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88228" w14:textId="77777777" w:rsidR="00EC2C74" w:rsidRDefault="00EC2C74" w:rsidP="00EB0B21">
      <w:pPr>
        <w:jc w:val="center"/>
        <w:rPr>
          <w:b/>
          <w:color w:val="1F4E79"/>
          <w:sz w:val="40"/>
          <w:szCs w:val="40"/>
        </w:rPr>
      </w:pPr>
    </w:p>
    <w:p w14:paraId="6B62B21A" w14:textId="77777777" w:rsidR="00EC2C74" w:rsidRDefault="00EC2C74" w:rsidP="00EB0B21">
      <w:pPr>
        <w:jc w:val="center"/>
        <w:rPr>
          <w:b/>
          <w:color w:val="1F4E79"/>
          <w:sz w:val="40"/>
          <w:szCs w:val="40"/>
        </w:rPr>
      </w:pPr>
    </w:p>
    <w:p w14:paraId="6DD588FC" w14:textId="77777777" w:rsidR="00EC2C74" w:rsidRDefault="00EC2C74" w:rsidP="00EB0B21">
      <w:pPr>
        <w:jc w:val="center"/>
        <w:rPr>
          <w:b/>
          <w:color w:val="1F4E79"/>
          <w:sz w:val="40"/>
          <w:szCs w:val="40"/>
        </w:rPr>
      </w:pPr>
    </w:p>
    <w:p w14:paraId="5BB103B4" w14:textId="77777777" w:rsidR="00EC2C74" w:rsidRDefault="00EC2C74" w:rsidP="00EB0B21">
      <w:pPr>
        <w:jc w:val="center"/>
        <w:rPr>
          <w:b/>
          <w:color w:val="1F4E79"/>
          <w:sz w:val="40"/>
          <w:szCs w:val="40"/>
        </w:rPr>
      </w:pPr>
    </w:p>
    <w:p w14:paraId="50E8935E" w14:textId="77777777" w:rsidR="00EC2C74" w:rsidRDefault="00EC2C74" w:rsidP="00EB0B21">
      <w:pPr>
        <w:jc w:val="center"/>
        <w:rPr>
          <w:b/>
          <w:color w:val="1F4E79"/>
          <w:sz w:val="40"/>
          <w:szCs w:val="40"/>
        </w:rPr>
      </w:pPr>
    </w:p>
    <w:p w14:paraId="59CEEE25" w14:textId="77777777" w:rsidR="00EC2C74" w:rsidRDefault="00EC2C74" w:rsidP="00EB0B21">
      <w:pPr>
        <w:jc w:val="center"/>
        <w:rPr>
          <w:b/>
          <w:color w:val="1F4E79"/>
          <w:sz w:val="40"/>
          <w:szCs w:val="40"/>
        </w:rPr>
      </w:pPr>
    </w:p>
    <w:p w14:paraId="0757C64E" w14:textId="77777777" w:rsidR="00EC2C74" w:rsidRDefault="00EC2C74" w:rsidP="00EB0B21">
      <w:pPr>
        <w:jc w:val="center"/>
        <w:rPr>
          <w:b/>
          <w:color w:val="1F4E79"/>
          <w:sz w:val="40"/>
          <w:szCs w:val="40"/>
        </w:rPr>
      </w:pPr>
    </w:p>
    <w:p w14:paraId="5E259AF9" w14:textId="77777777" w:rsidR="00EC2C74" w:rsidRDefault="00EC2C74" w:rsidP="00EB0B21">
      <w:pPr>
        <w:jc w:val="center"/>
        <w:rPr>
          <w:b/>
          <w:color w:val="1F4E79"/>
          <w:sz w:val="40"/>
          <w:szCs w:val="40"/>
        </w:rPr>
      </w:pPr>
    </w:p>
    <w:p w14:paraId="14F7B875" w14:textId="4D5F5AA7" w:rsidR="00AF5909" w:rsidRPr="00EC2C74" w:rsidRDefault="00000000" w:rsidP="00EB0B21">
      <w:pPr>
        <w:jc w:val="center"/>
        <w:rPr>
          <w:sz w:val="40"/>
          <w:szCs w:val="40"/>
        </w:rPr>
      </w:pPr>
      <w:r w:rsidRPr="00EC2C74">
        <w:rPr>
          <w:b/>
          <w:color w:val="1F4E79"/>
          <w:sz w:val="40"/>
          <w:szCs w:val="40"/>
        </w:rPr>
        <w:t>ŠKOLSKÝ PORIADOK</w:t>
      </w:r>
    </w:p>
    <w:p w14:paraId="7E6C18EC" w14:textId="77777777" w:rsidR="00AF5909" w:rsidRPr="00EC2C74" w:rsidRDefault="00000000">
      <w:pPr>
        <w:jc w:val="center"/>
        <w:rPr>
          <w:b/>
          <w:bCs/>
          <w:sz w:val="32"/>
          <w:szCs w:val="32"/>
        </w:rPr>
      </w:pPr>
      <w:r w:rsidRPr="00EC2C74">
        <w:rPr>
          <w:b/>
          <w:bCs/>
          <w:color w:val="1F4D79"/>
          <w:sz w:val="32"/>
          <w:szCs w:val="32"/>
        </w:rPr>
        <w:t>Materskej školy, Stromová 3, 911 01 Trenčín</w:t>
      </w:r>
    </w:p>
    <w:p w14:paraId="40230E9E" w14:textId="77777777" w:rsidR="00EC2C74" w:rsidRDefault="00EC2C74">
      <w:pPr>
        <w:jc w:val="center"/>
        <w:rPr>
          <w:color w:val="595959"/>
          <w:szCs w:val="24"/>
        </w:rPr>
      </w:pPr>
    </w:p>
    <w:p w14:paraId="141869A0" w14:textId="77777777" w:rsidR="00EC2C74" w:rsidRDefault="00EC2C74">
      <w:pPr>
        <w:jc w:val="center"/>
        <w:rPr>
          <w:color w:val="595959"/>
          <w:szCs w:val="24"/>
        </w:rPr>
      </w:pPr>
    </w:p>
    <w:p w14:paraId="0EF6570C" w14:textId="77777777" w:rsidR="00EC2C74" w:rsidRDefault="00EC2C74">
      <w:pPr>
        <w:jc w:val="center"/>
        <w:rPr>
          <w:color w:val="595959"/>
          <w:szCs w:val="24"/>
        </w:rPr>
      </w:pPr>
    </w:p>
    <w:p w14:paraId="14050D53" w14:textId="1B763104" w:rsidR="00AF5909" w:rsidRPr="00EC2C74" w:rsidRDefault="00EC2C74">
      <w:pPr>
        <w:jc w:val="center"/>
        <w:rPr>
          <w:szCs w:val="24"/>
        </w:rPr>
      </w:pPr>
      <w:r>
        <w:rPr>
          <w:noProof/>
        </w:rPr>
        <w:drawing>
          <wp:inline distT="0" distB="0" distL="0" distR="0" wp14:anchorId="20432F23" wp14:editId="4C740C88">
            <wp:extent cx="1943100" cy="1714500"/>
            <wp:effectExtent l="0" t="0" r="0" b="0"/>
            <wp:docPr id="6" name="Obrázok 6" descr="SÃºvisiaci obrÃ¡z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Ãºvisiaci obrÃ¡zok"/>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43100" cy="1714500"/>
                    </a:xfrm>
                    <a:prstGeom prst="rect">
                      <a:avLst/>
                    </a:prstGeom>
                    <a:noFill/>
                    <a:ln>
                      <a:noFill/>
                    </a:ln>
                  </pic:spPr>
                </pic:pic>
              </a:graphicData>
            </a:graphic>
          </wp:inline>
        </w:drawing>
      </w:r>
      <w:r w:rsidRPr="00EC2C74">
        <w:rPr>
          <w:color w:val="595959"/>
          <w:szCs w:val="24"/>
        </w:rPr>
        <w:br w:type="page"/>
      </w:r>
    </w:p>
    <w:p w14:paraId="20DCD8BC" w14:textId="3EF958A2" w:rsidR="00AF5909" w:rsidRDefault="00EC2C74">
      <w:pPr>
        <w:spacing w:after="0" w:line="240" w:lineRule="auto"/>
      </w:pPr>
      <w:r>
        <w:lastRenderedPageBreak/>
        <w:t>Základné údaje:</w:t>
      </w:r>
    </w:p>
    <w:p w14:paraId="0A2B4633" w14:textId="77777777" w:rsidR="00EC2C74" w:rsidRDefault="00EC2C74">
      <w:pPr>
        <w:spacing w:after="0" w:line="240" w:lineRule="auto"/>
      </w:pPr>
    </w:p>
    <w:p w14:paraId="1CDBA08D" w14:textId="77777777" w:rsidR="00EC2C74" w:rsidRDefault="00EC2C74">
      <w:pPr>
        <w:spacing w:after="0" w:line="240" w:lineRule="auto"/>
      </w:pPr>
    </w:p>
    <w:tbl>
      <w:tblPr>
        <w:tblStyle w:val="Mriekatabuky"/>
        <w:tblW w:w="9070" w:type="dxa"/>
        <w:tblLayout w:type="fixed"/>
        <w:tblLook w:val="04A0" w:firstRow="1" w:lastRow="0" w:firstColumn="1" w:lastColumn="0" w:noHBand="0" w:noVBand="1"/>
      </w:tblPr>
      <w:tblGrid>
        <w:gridCol w:w="3097"/>
        <w:gridCol w:w="5973"/>
      </w:tblGrid>
      <w:tr w:rsidR="00AF5909" w14:paraId="400E0833" w14:textId="77777777" w:rsidTr="00F75DE1">
        <w:trPr>
          <w:tblHeader/>
        </w:trPr>
        <w:tc>
          <w:tcPr>
            <w:tcW w:w="3097" w:type="dxa"/>
            <w:shd w:val="clear" w:color="auto" w:fill="D9EAF7"/>
            <w:tcMar>
              <w:top w:w="100" w:type="dxa"/>
              <w:left w:w="120" w:type="dxa"/>
              <w:bottom w:w="100" w:type="dxa"/>
              <w:right w:w="120" w:type="dxa"/>
            </w:tcMar>
          </w:tcPr>
          <w:p w14:paraId="537364E2" w14:textId="77777777" w:rsidR="00AF5909" w:rsidRDefault="00000000">
            <w:pPr>
              <w:spacing w:after="60"/>
            </w:pPr>
            <w:r>
              <w:rPr>
                <w:b/>
                <w:sz w:val="22"/>
              </w:rPr>
              <w:t>Údaj</w:t>
            </w:r>
          </w:p>
        </w:tc>
        <w:tc>
          <w:tcPr>
            <w:tcW w:w="5973" w:type="dxa"/>
            <w:shd w:val="clear" w:color="auto" w:fill="D9EAF7"/>
            <w:tcMar>
              <w:top w:w="100" w:type="dxa"/>
              <w:left w:w="120" w:type="dxa"/>
              <w:bottom w:w="100" w:type="dxa"/>
              <w:right w:w="120" w:type="dxa"/>
            </w:tcMar>
          </w:tcPr>
          <w:p w14:paraId="0CF221F9" w14:textId="7CB78EA9" w:rsidR="00AF5909" w:rsidRDefault="00AF5909">
            <w:pPr>
              <w:spacing w:after="60"/>
            </w:pPr>
          </w:p>
        </w:tc>
      </w:tr>
      <w:tr w:rsidR="00AF5909" w14:paraId="40155C16" w14:textId="77777777" w:rsidTr="00F75DE1">
        <w:tc>
          <w:tcPr>
            <w:tcW w:w="3097" w:type="dxa"/>
            <w:tcMar>
              <w:top w:w="100" w:type="dxa"/>
              <w:left w:w="120" w:type="dxa"/>
              <w:bottom w:w="100" w:type="dxa"/>
              <w:right w:w="120" w:type="dxa"/>
            </w:tcMar>
          </w:tcPr>
          <w:p w14:paraId="755D75F3" w14:textId="77777777" w:rsidR="00AF5909" w:rsidRDefault="00000000">
            <w:pPr>
              <w:spacing w:after="60"/>
            </w:pPr>
            <w:r>
              <w:rPr>
                <w:sz w:val="22"/>
              </w:rPr>
              <w:t>Názov školy</w:t>
            </w:r>
          </w:p>
        </w:tc>
        <w:tc>
          <w:tcPr>
            <w:tcW w:w="5973" w:type="dxa"/>
            <w:tcMar>
              <w:top w:w="100" w:type="dxa"/>
              <w:left w:w="120" w:type="dxa"/>
              <w:bottom w:w="100" w:type="dxa"/>
              <w:right w:w="120" w:type="dxa"/>
            </w:tcMar>
          </w:tcPr>
          <w:p w14:paraId="1D82DAEC" w14:textId="77777777" w:rsidR="00AF5909" w:rsidRDefault="00000000">
            <w:pPr>
              <w:spacing w:after="60"/>
            </w:pPr>
            <w:r>
              <w:rPr>
                <w:sz w:val="22"/>
              </w:rPr>
              <w:t>Materská škola, Stromová 3, Trenčín</w:t>
            </w:r>
          </w:p>
        </w:tc>
      </w:tr>
      <w:tr w:rsidR="00AF5909" w14:paraId="6793BEF9" w14:textId="77777777" w:rsidTr="00F75DE1">
        <w:tc>
          <w:tcPr>
            <w:tcW w:w="3097" w:type="dxa"/>
            <w:tcMar>
              <w:top w:w="100" w:type="dxa"/>
              <w:left w:w="120" w:type="dxa"/>
              <w:bottom w:w="100" w:type="dxa"/>
              <w:right w:w="120" w:type="dxa"/>
            </w:tcMar>
          </w:tcPr>
          <w:p w14:paraId="0E7A955B" w14:textId="77777777" w:rsidR="00AF5909" w:rsidRDefault="00000000">
            <w:pPr>
              <w:spacing w:after="60"/>
            </w:pPr>
            <w:r>
              <w:rPr>
                <w:sz w:val="22"/>
              </w:rPr>
              <w:t>Adresa</w:t>
            </w:r>
          </w:p>
        </w:tc>
        <w:tc>
          <w:tcPr>
            <w:tcW w:w="5973" w:type="dxa"/>
            <w:tcMar>
              <w:top w:w="100" w:type="dxa"/>
              <w:left w:w="120" w:type="dxa"/>
              <w:bottom w:w="100" w:type="dxa"/>
              <w:right w:w="120" w:type="dxa"/>
            </w:tcMar>
          </w:tcPr>
          <w:p w14:paraId="0FC083FA" w14:textId="77777777" w:rsidR="00AF5909" w:rsidRDefault="00000000">
            <w:pPr>
              <w:spacing w:after="60"/>
            </w:pPr>
            <w:r>
              <w:rPr>
                <w:sz w:val="22"/>
              </w:rPr>
              <w:t>Stromová 3, 911 01 Trenčín</w:t>
            </w:r>
          </w:p>
        </w:tc>
      </w:tr>
      <w:tr w:rsidR="00AF5909" w14:paraId="4679ABCC" w14:textId="77777777" w:rsidTr="00F75DE1">
        <w:tc>
          <w:tcPr>
            <w:tcW w:w="3097" w:type="dxa"/>
            <w:tcMar>
              <w:top w:w="100" w:type="dxa"/>
              <w:left w:w="120" w:type="dxa"/>
              <w:bottom w:w="100" w:type="dxa"/>
              <w:right w:w="120" w:type="dxa"/>
            </w:tcMar>
          </w:tcPr>
          <w:p w14:paraId="2A12364B" w14:textId="77777777" w:rsidR="00AF5909" w:rsidRDefault="00000000">
            <w:pPr>
              <w:spacing w:after="60"/>
            </w:pPr>
            <w:r>
              <w:rPr>
                <w:sz w:val="22"/>
              </w:rPr>
              <w:t>Zriaďovateľ</w:t>
            </w:r>
          </w:p>
        </w:tc>
        <w:tc>
          <w:tcPr>
            <w:tcW w:w="5973" w:type="dxa"/>
            <w:tcMar>
              <w:top w:w="100" w:type="dxa"/>
              <w:left w:w="120" w:type="dxa"/>
              <w:bottom w:w="100" w:type="dxa"/>
              <w:right w:w="120" w:type="dxa"/>
            </w:tcMar>
          </w:tcPr>
          <w:p w14:paraId="17B99AF0" w14:textId="77777777" w:rsidR="00AF5909" w:rsidRDefault="00000000">
            <w:pPr>
              <w:spacing w:after="60"/>
            </w:pPr>
            <w:r>
              <w:rPr>
                <w:sz w:val="22"/>
              </w:rPr>
              <w:t>Mesto Trenčín</w:t>
            </w:r>
          </w:p>
        </w:tc>
      </w:tr>
      <w:tr w:rsidR="00AF5909" w14:paraId="6B4763E0" w14:textId="77777777" w:rsidTr="00F75DE1">
        <w:tc>
          <w:tcPr>
            <w:tcW w:w="3097" w:type="dxa"/>
            <w:tcMar>
              <w:top w:w="100" w:type="dxa"/>
              <w:left w:w="120" w:type="dxa"/>
              <w:bottom w:w="100" w:type="dxa"/>
              <w:right w:w="120" w:type="dxa"/>
            </w:tcMar>
          </w:tcPr>
          <w:p w14:paraId="44C09D4E" w14:textId="77777777" w:rsidR="00AF5909" w:rsidRDefault="00000000">
            <w:pPr>
              <w:spacing w:after="60"/>
            </w:pPr>
            <w:r>
              <w:rPr>
                <w:sz w:val="22"/>
              </w:rPr>
              <w:t>Riaditeľka školy</w:t>
            </w:r>
          </w:p>
        </w:tc>
        <w:tc>
          <w:tcPr>
            <w:tcW w:w="5973" w:type="dxa"/>
            <w:tcMar>
              <w:top w:w="100" w:type="dxa"/>
              <w:left w:w="120" w:type="dxa"/>
              <w:bottom w:w="100" w:type="dxa"/>
              <w:right w:w="120" w:type="dxa"/>
            </w:tcMar>
          </w:tcPr>
          <w:p w14:paraId="2C5F9E44" w14:textId="77777777" w:rsidR="00AF5909" w:rsidRDefault="00000000">
            <w:pPr>
              <w:spacing w:after="60"/>
            </w:pPr>
            <w:r>
              <w:rPr>
                <w:sz w:val="22"/>
              </w:rPr>
              <w:t>PhDr. Bc. Silvia Kozinková</w:t>
            </w:r>
          </w:p>
        </w:tc>
      </w:tr>
      <w:tr w:rsidR="00AF5909" w14:paraId="3362F316" w14:textId="77777777" w:rsidTr="00862715">
        <w:tc>
          <w:tcPr>
            <w:tcW w:w="3097" w:type="dxa"/>
            <w:tcMar>
              <w:top w:w="100" w:type="dxa"/>
              <w:left w:w="120" w:type="dxa"/>
              <w:bottom w:w="100" w:type="dxa"/>
              <w:right w:w="120" w:type="dxa"/>
            </w:tcMar>
          </w:tcPr>
          <w:p w14:paraId="60E759B5" w14:textId="77777777" w:rsidR="00AF5909" w:rsidRDefault="00000000">
            <w:pPr>
              <w:spacing w:after="60"/>
            </w:pPr>
            <w:r>
              <w:rPr>
                <w:sz w:val="22"/>
              </w:rPr>
              <w:t>Prerokované v pedagogickej rade</w:t>
            </w:r>
          </w:p>
        </w:tc>
        <w:tc>
          <w:tcPr>
            <w:tcW w:w="5973" w:type="dxa"/>
            <w:shd w:val="clear" w:color="auto" w:fill="auto"/>
            <w:tcMar>
              <w:top w:w="100" w:type="dxa"/>
              <w:left w:w="120" w:type="dxa"/>
              <w:bottom w:w="100" w:type="dxa"/>
              <w:right w:w="120" w:type="dxa"/>
            </w:tcMar>
          </w:tcPr>
          <w:p w14:paraId="26695EB4" w14:textId="77777777" w:rsidR="00AF5909" w:rsidRDefault="00722C26">
            <w:pPr>
              <w:spacing w:after="60"/>
            </w:pPr>
            <w:r>
              <w:rPr>
                <w:sz w:val="22"/>
              </w:rPr>
              <w:t>26.08.2026</w:t>
            </w:r>
          </w:p>
        </w:tc>
      </w:tr>
      <w:tr w:rsidR="00AF5909" w14:paraId="4B018133" w14:textId="77777777" w:rsidTr="00862715">
        <w:tc>
          <w:tcPr>
            <w:tcW w:w="3097" w:type="dxa"/>
            <w:tcMar>
              <w:top w:w="100" w:type="dxa"/>
              <w:left w:w="120" w:type="dxa"/>
              <w:bottom w:w="100" w:type="dxa"/>
              <w:right w:w="120" w:type="dxa"/>
            </w:tcMar>
          </w:tcPr>
          <w:p w14:paraId="761468B5" w14:textId="77777777" w:rsidR="00AF5909" w:rsidRDefault="00000000">
            <w:pPr>
              <w:spacing w:after="60"/>
            </w:pPr>
            <w:r>
              <w:rPr>
                <w:sz w:val="22"/>
              </w:rPr>
              <w:t>Prerokované v rade školy</w:t>
            </w:r>
          </w:p>
        </w:tc>
        <w:tc>
          <w:tcPr>
            <w:tcW w:w="5973" w:type="dxa"/>
            <w:shd w:val="clear" w:color="auto" w:fill="auto"/>
            <w:tcMar>
              <w:top w:w="100" w:type="dxa"/>
              <w:left w:w="120" w:type="dxa"/>
              <w:bottom w:w="100" w:type="dxa"/>
              <w:right w:w="120" w:type="dxa"/>
            </w:tcMar>
          </w:tcPr>
          <w:p w14:paraId="0801E02B" w14:textId="665091A3" w:rsidR="00AF5909" w:rsidRDefault="00F4791C">
            <w:pPr>
              <w:spacing w:after="60"/>
            </w:pPr>
            <w:r>
              <w:t>31.08.2026</w:t>
            </w:r>
          </w:p>
        </w:tc>
      </w:tr>
      <w:tr w:rsidR="00AF5909" w14:paraId="314B128C" w14:textId="77777777" w:rsidTr="00862715">
        <w:tc>
          <w:tcPr>
            <w:tcW w:w="3097" w:type="dxa"/>
            <w:tcMar>
              <w:top w:w="100" w:type="dxa"/>
              <w:left w:w="120" w:type="dxa"/>
              <w:bottom w:w="100" w:type="dxa"/>
              <w:right w:w="120" w:type="dxa"/>
            </w:tcMar>
          </w:tcPr>
          <w:p w14:paraId="13C6687B" w14:textId="77777777" w:rsidR="00AF5909" w:rsidRDefault="00000000">
            <w:pPr>
              <w:spacing w:after="60"/>
            </w:pPr>
            <w:r>
              <w:rPr>
                <w:sz w:val="22"/>
              </w:rPr>
              <w:t>Vydané riaditeľkou školy dňa</w:t>
            </w:r>
          </w:p>
        </w:tc>
        <w:tc>
          <w:tcPr>
            <w:tcW w:w="5973" w:type="dxa"/>
            <w:shd w:val="clear" w:color="auto" w:fill="auto"/>
            <w:tcMar>
              <w:top w:w="100" w:type="dxa"/>
              <w:left w:w="120" w:type="dxa"/>
              <w:bottom w:w="100" w:type="dxa"/>
              <w:right w:w="120" w:type="dxa"/>
            </w:tcMar>
          </w:tcPr>
          <w:p w14:paraId="3DA30030" w14:textId="77777777" w:rsidR="00AF5909" w:rsidRDefault="00FF438F">
            <w:pPr>
              <w:spacing w:after="60"/>
            </w:pPr>
            <w:r>
              <w:rPr>
                <w:sz w:val="22"/>
              </w:rPr>
              <w:t>31.08.2026</w:t>
            </w:r>
          </w:p>
        </w:tc>
      </w:tr>
      <w:tr w:rsidR="00AF5909" w14:paraId="4CE34FA8" w14:textId="77777777" w:rsidTr="00862715">
        <w:tc>
          <w:tcPr>
            <w:tcW w:w="3097" w:type="dxa"/>
            <w:tcMar>
              <w:top w:w="100" w:type="dxa"/>
              <w:left w:w="120" w:type="dxa"/>
              <w:bottom w:w="100" w:type="dxa"/>
              <w:right w:w="120" w:type="dxa"/>
            </w:tcMar>
          </w:tcPr>
          <w:p w14:paraId="281347EC" w14:textId="77777777" w:rsidR="00AF5909" w:rsidRDefault="00000000">
            <w:pPr>
              <w:spacing w:after="60"/>
            </w:pPr>
            <w:r>
              <w:rPr>
                <w:sz w:val="22"/>
              </w:rPr>
              <w:t>Účinnosť od</w:t>
            </w:r>
          </w:p>
        </w:tc>
        <w:tc>
          <w:tcPr>
            <w:tcW w:w="5973" w:type="dxa"/>
            <w:shd w:val="clear" w:color="auto" w:fill="auto"/>
            <w:tcMar>
              <w:top w:w="100" w:type="dxa"/>
              <w:left w:w="120" w:type="dxa"/>
              <w:bottom w:w="100" w:type="dxa"/>
              <w:right w:w="120" w:type="dxa"/>
            </w:tcMar>
          </w:tcPr>
          <w:p w14:paraId="06BAF205" w14:textId="77777777" w:rsidR="00AF5909" w:rsidRDefault="00000000">
            <w:pPr>
              <w:spacing w:after="60"/>
            </w:pPr>
            <w:r>
              <w:rPr>
                <w:sz w:val="22"/>
              </w:rPr>
              <w:t>01. 09. 2026</w:t>
            </w:r>
          </w:p>
        </w:tc>
      </w:tr>
    </w:tbl>
    <w:p w14:paraId="1DE29D5D" w14:textId="77777777" w:rsidR="00E54E31" w:rsidRDefault="00E54E31" w:rsidP="00722C26">
      <w:pPr>
        <w:jc w:val="center"/>
        <w:rPr>
          <w:noProof/>
        </w:rPr>
      </w:pPr>
    </w:p>
    <w:p w14:paraId="53D72974" w14:textId="77777777" w:rsidR="00E54E31" w:rsidRDefault="00E54E31" w:rsidP="00722C26">
      <w:pPr>
        <w:jc w:val="center"/>
        <w:rPr>
          <w:noProof/>
        </w:rPr>
      </w:pPr>
    </w:p>
    <w:p w14:paraId="37F5B9E8" w14:textId="77777777" w:rsidR="00E54E31" w:rsidRDefault="00E54E31" w:rsidP="00722C26">
      <w:pPr>
        <w:jc w:val="center"/>
        <w:rPr>
          <w:noProof/>
        </w:rPr>
      </w:pPr>
    </w:p>
    <w:p w14:paraId="4773AF75" w14:textId="2ABD582B" w:rsidR="00AF5909" w:rsidRDefault="007C79CC" w:rsidP="00722C26">
      <w:pPr>
        <w:jc w:val="center"/>
      </w:pPr>
      <w: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436"/>
        <w:gridCol w:w="342"/>
      </w:tblGrid>
      <w:tr w:rsidR="00022D96" w:rsidRPr="00022D96" w14:paraId="3C379B41" w14:textId="77777777" w:rsidTr="00022D96">
        <w:trPr>
          <w:tblCellSpacing w:w="15" w:type="dxa"/>
        </w:trPr>
        <w:tc>
          <w:tcPr>
            <w:tcW w:w="0" w:type="auto"/>
            <w:vAlign w:val="center"/>
            <w:hideMark/>
          </w:tcPr>
          <w:p w14:paraId="0F5E0BA5" w14:textId="77777777" w:rsidR="00022D96" w:rsidRPr="00022D96" w:rsidRDefault="00022D96" w:rsidP="00022D96">
            <w:pPr>
              <w:rPr>
                <w:lang w:val="sk-SK"/>
              </w:rPr>
            </w:pPr>
            <w:bookmarkStart w:id="0" w:name="_Toc238333696"/>
            <w:r w:rsidRPr="00022D96">
              <w:rPr>
                <w:lang w:val="sk-SK"/>
              </w:rPr>
              <w:lastRenderedPageBreak/>
              <w:t>Obsah</w:t>
            </w:r>
          </w:p>
        </w:tc>
        <w:tc>
          <w:tcPr>
            <w:tcW w:w="0" w:type="auto"/>
            <w:vAlign w:val="center"/>
            <w:hideMark/>
          </w:tcPr>
          <w:p w14:paraId="25F17C3B" w14:textId="5F086072" w:rsidR="00022D96" w:rsidRPr="00022D96" w:rsidRDefault="00022D96" w:rsidP="00022D96">
            <w:pPr>
              <w:rPr>
                <w:lang w:val="sk-SK"/>
              </w:rPr>
            </w:pPr>
          </w:p>
        </w:tc>
      </w:tr>
      <w:tr w:rsidR="00022D96" w:rsidRPr="00022D96" w14:paraId="7E7E61E8" w14:textId="77777777" w:rsidTr="00022D96">
        <w:trPr>
          <w:tblCellSpacing w:w="15" w:type="dxa"/>
        </w:trPr>
        <w:tc>
          <w:tcPr>
            <w:tcW w:w="0" w:type="auto"/>
            <w:vAlign w:val="center"/>
            <w:hideMark/>
          </w:tcPr>
          <w:p w14:paraId="3C4BF2D1" w14:textId="77777777" w:rsidR="00022D96" w:rsidRPr="00022D96" w:rsidRDefault="00022D96" w:rsidP="00022D96">
            <w:pPr>
              <w:rPr>
                <w:lang w:val="sk-SK"/>
              </w:rPr>
            </w:pPr>
            <w:r w:rsidRPr="00022D96">
              <w:rPr>
                <w:lang w:val="sk-SK"/>
              </w:rPr>
              <w:t>Všeobecná charakteristika materskej školy</w:t>
            </w:r>
          </w:p>
        </w:tc>
        <w:tc>
          <w:tcPr>
            <w:tcW w:w="0" w:type="auto"/>
            <w:vAlign w:val="center"/>
            <w:hideMark/>
          </w:tcPr>
          <w:p w14:paraId="48AF0C79" w14:textId="77777777" w:rsidR="00022D96" w:rsidRPr="00022D96" w:rsidRDefault="00022D96" w:rsidP="00022D96">
            <w:pPr>
              <w:rPr>
                <w:lang w:val="sk-SK"/>
              </w:rPr>
            </w:pPr>
            <w:r w:rsidRPr="00022D96">
              <w:rPr>
                <w:lang w:val="sk-SK"/>
              </w:rPr>
              <w:t>4</w:t>
            </w:r>
          </w:p>
        </w:tc>
      </w:tr>
      <w:tr w:rsidR="00022D96" w:rsidRPr="00022D96" w14:paraId="2DA17DD5" w14:textId="77777777" w:rsidTr="00022D96">
        <w:trPr>
          <w:tblCellSpacing w:w="15" w:type="dxa"/>
        </w:trPr>
        <w:tc>
          <w:tcPr>
            <w:tcW w:w="0" w:type="auto"/>
            <w:vAlign w:val="center"/>
            <w:hideMark/>
          </w:tcPr>
          <w:p w14:paraId="517F0D52" w14:textId="77777777" w:rsidR="00022D96" w:rsidRPr="00022D96" w:rsidRDefault="00022D96" w:rsidP="00022D96">
            <w:pPr>
              <w:rPr>
                <w:lang w:val="sk-SK"/>
              </w:rPr>
            </w:pPr>
            <w:r w:rsidRPr="00022D96">
              <w:rPr>
                <w:lang w:val="sk-SK"/>
              </w:rPr>
              <w:t>Článok I. Úvodné ustanovenia</w:t>
            </w:r>
          </w:p>
        </w:tc>
        <w:tc>
          <w:tcPr>
            <w:tcW w:w="0" w:type="auto"/>
            <w:vAlign w:val="center"/>
            <w:hideMark/>
          </w:tcPr>
          <w:p w14:paraId="122EEF5D" w14:textId="77777777" w:rsidR="00022D96" w:rsidRPr="00022D96" w:rsidRDefault="00022D96" w:rsidP="00022D96">
            <w:pPr>
              <w:rPr>
                <w:lang w:val="sk-SK"/>
              </w:rPr>
            </w:pPr>
            <w:r w:rsidRPr="00022D96">
              <w:rPr>
                <w:lang w:val="sk-SK"/>
              </w:rPr>
              <w:t>5</w:t>
            </w:r>
          </w:p>
        </w:tc>
      </w:tr>
      <w:tr w:rsidR="00022D96" w:rsidRPr="00022D96" w14:paraId="490D8763" w14:textId="77777777" w:rsidTr="00022D96">
        <w:trPr>
          <w:tblCellSpacing w:w="15" w:type="dxa"/>
        </w:trPr>
        <w:tc>
          <w:tcPr>
            <w:tcW w:w="0" w:type="auto"/>
            <w:vAlign w:val="center"/>
            <w:hideMark/>
          </w:tcPr>
          <w:p w14:paraId="27650CF4" w14:textId="77777777" w:rsidR="00022D96" w:rsidRPr="00022D96" w:rsidRDefault="00022D96" w:rsidP="00022D96">
            <w:pPr>
              <w:rPr>
                <w:lang w:val="sk-SK"/>
              </w:rPr>
            </w:pPr>
            <w:r w:rsidRPr="00022D96">
              <w:rPr>
                <w:lang w:val="sk-SK"/>
              </w:rPr>
              <w:t>Článok II. Výkon práv a povinností detí, zákonných zástupcov a zamestnancov</w:t>
            </w:r>
          </w:p>
        </w:tc>
        <w:tc>
          <w:tcPr>
            <w:tcW w:w="0" w:type="auto"/>
            <w:vAlign w:val="center"/>
            <w:hideMark/>
          </w:tcPr>
          <w:p w14:paraId="6AAEA56F" w14:textId="77777777" w:rsidR="00022D96" w:rsidRPr="00022D96" w:rsidRDefault="00022D96" w:rsidP="00022D96">
            <w:pPr>
              <w:rPr>
                <w:lang w:val="sk-SK"/>
              </w:rPr>
            </w:pPr>
            <w:r w:rsidRPr="00022D96">
              <w:rPr>
                <w:lang w:val="sk-SK"/>
              </w:rPr>
              <w:t>6</w:t>
            </w:r>
          </w:p>
        </w:tc>
      </w:tr>
      <w:tr w:rsidR="00022D96" w:rsidRPr="00022D96" w14:paraId="34ACD464" w14:textId="77777777" w:rsidTr="00022D96">
        <w:trPr>
          <w:tblCellSpacing w:w="15" w:type="dxa"/>
        </w:trPr>
        <w:tc>
          <w:tcPr>
            <w:tcW w:w="0" w:type="auto"/>
            <w:vAlign w:val="center"/>
            <w:hideMark/>
          </w:tcPr>
          <w:p w14:paraId="270FC8AB" w14:textId="77777777" w:rsidR="00022D96" w:rsidRPr="00022D96" w:rsidRDefault="00022D96" w:rsidP="00022D96">
            <w:pPr>
              <w:rPr>
                <w:lang w:val="sk-SK"/>
              </w:rPr>
            </w:pPr>
            <w:r w:rsidRPr="00022D96">
              <w:rPr>
                <w:lang w:val="sk-SK"/>
              </w:rPr>
              <w:t>Článok III. Pravidlá vzájomných vzťahov a komunikácie</w:t>
            </w:r>
          </w:p>
        </w:tc>
        <w:tc>
          <w:tcPr>
            <w:tcW w:w="0" w:type="auto"/>
            <w:vAlign w:val="center"/>
            <w:hideMark/>
          </w:tcPr>
          <w:p w14:paraId="23920A96" w14:textId="77777777" w:rsidR="00022D96" w:rsidRPr="00022D96" w:rsidRDefault="00022D96" w:rsidP="00022D96">
            <w:pPr>
              <w:rPr>
                <w:lang w:val="sk-SK"/>
              </w:rPr>
            </w:pPr>
            <w:r w:rsidRPr="00022D96">
              <w:rPr>
                <w:lang w:val="sk-SK"/>
              </w:rPr>
              <w:t>18</w:t>
            </w:r>
          </w:p>
        </w:tc>
      </w:tr>
      <w:tr w:rsidR="00022D96" w:rsidRPr="00022D96" w14:paraId="2C058769" w14:textId="77777777" w:rsidTr="00022D96">
        <w:trPr>
          <w:tblCellSpacing w:w="15" w:type="dxa"/>
        </w:trPr>
        <w:tc>
          <w:tcPr>
            <w:tcW w:w="0" w:type="auto"/>
            <w:vAlign w:val="center"/>
            <w:hideMark/>
          </w:tcPr>
          <w:p w14:paraId="655CC722" w14:textId="77777777" w:rsidR="00022D96" w:rsidRPr="00022D96" w:rsidRDefault="00022D96" w:rsidP="00022D96">
            <w:pPr>
              <w:rPr>
                <w:lang w:val="sk-SK"/>
              </w:rPr>
            </w:pPr>
            <w:r w:rsidRPr="00022D96">
              <w:rPr>
                <w:lang w:val="sk-SK"/>
              </w:rPr>
              <w:t>Článok IV. Prevádzka materskej školy</w:t>
            </w:r>
          </w:p>
        </w:tc>
        <w:tc>
          <w:tcPr>
            <w:tcW w:w="0" w:type="auto"/>
            <w:vAlign w:val="center"/>
            <w:hideMark/>
          </w:tcPr>
          <w:p w14:paraId="33505625" w14:textId="77777777" w:rsidR="00022D96" w:rsidRPr="00022D96" w:rsidRDefault="00022D96" w:rsidP="00022D96">
            <w:pPr>
              <w:rPr>
                <w:lang w:val="sk-SK"/>
              </w:rPr>
            </w:pPr>
            <w:r w:rsidRPr="00022D96">
              <w:rPr>
                <w:lang w:val="sk-SK"/>
              </w:rPr>
              <w:t>22</w:t>
            </w:r>
          </w:p>
        </w:tc>
      </w:tr>
      <w:tr w:rsidR="00022D96" w:rsidRPr="00022D96" w14:paraId="434D20A7" w14:textId="77777777" w:rsidTr="00022D96">
        <w:trPr>
          <w:tblCellSpacing w:w="15" w:type="dxa"/>
        </w:trPr>
        <w:tc>
          <w:tcPr>
            <w:tcW w:w="0" w:type="auto"/>
            <w:vAlign w:val="center"/>
            <w:hideMark/>
          </w:tcPr>
          <w:p w14:paraId="6B2882EF" w14:textId="77777777" w:rsidR="00022D96" w:rsidRPr="00022D96" w:rsidRDefault="00022D96" w:rsidP="00022D96">
            <w:pPr>
              <w:rPr>
                <w:lang w:val="sk-SK"/>
              </w:rPr>
            </w:pPr>
            <w:r w:rsidRPr="00022D96">
              <w:rPr>
                <w:lang w:val="sk-SK"/>
              </w:rPr>
              <w:t>Článok V. Vnútorný režim materskej školy</w:t>
            </w:r>
          </w:p>
        </w:tc>
        <w:tc>
          <w:tcPr>
            <w:tcW w:w="0" w:type="auto"/>
            <w:vAlign w:val="center"/>
            <w:hideMark/>
          </w:tcPr>
          <w:p w14:paraId="0C340915" w14:textId="77777777" w:rsidR="00022D96" w:rsidRPr="00022D96" w:rsidRDefault="00022D96" w:rsidP="00022D96">
            <w:pPr>
              <w:rPr>
                <w:lang w:val="sk-SK"/>
              </w:rPr>
            </w:pPr>
            <w:r w:rsidRPr="00022D96">
              <w:rPr>
                <w:lang w:val="sk-SK"/>
              </w:rPr>
              <w:t>33</w:t>
            </w:r>
          </w:p>
        </w:tc>
      </w:tr>
      <w:tr w:rsidR="00022D96" w:rsidRPr="00022D96" w14:paraId="6A979105" w14:textId="77777777" w:rsidTr="00022D96">
        <w:trPr>
          <w:tblCellSpacing w:w="15" w:type="dxa"/>
        </w:trPr>
        <w:tc>
          <w:tcPr>
            <w:tcW w:w="0" w:type="auto"/>
            <w:vAlign w:val="center"/>
            <w:hideMark/>
          </w:tcPr>
          <w:p w14:paraId="00EA7F16" w14:textId="77777777" w:rsidR="00022D96" w:rsidRPr="00022D96" w:rsidRDefault="00022D96" w:rsidP="00022D96">
            <w:pPr>
              <w:rPr>
                <w:lang w:val="sk-SK"/>
              </w:rPr>
            </w:pPr>
            <w:r w:rsidRPr="00022D96">
              <w:rPr>
                <w:lang w:val="sk-SK"/>
              </w:rPr>
              <w:t>Článok VI. Prijímanie detí, rozhodovanie a povinné predprimárne vzdelávanie</w:t>
            </w:r>
          </w:p>
        </w:tc>
        <w:tc>
          <w:tcPr>
            <w:tcW w:w="0" w:type="auto"/>
            <w:vAlign w:val="center"/>
            <w:hideMark/>
          </w:tcPr>
          <w:p w14:paraId="3F1A2F5B" w14:textId="77777777" w:rsidR="00022D96" w:rsidRPr="00022D96" w:rsidRDefault="00022D96" w:rsidP="00022D96">
            <w:pPr>
              <w:rPr>
                <w:lang w:val="sk-SK"/>
              </w:rPr>
            </w:pPr>
            <w:r w:rsidRPr="00022D96">
              <w:rPr>
                <w:lang w:val="sk-SK"/>
              </w:rPr>
              <w:t>42</w:t>
            </w:r>
          </w:p>
        </w:tc>
      </w:tr>
      <w:tr w:rsidR="00022D96" w:rsidRPr="00022D96" w14:paraId="4FAEB768" w14:textId="77777777" w:rsidTr="00022D96">
        <w:trPr>
          <w:tblCellSpacing w:w="15" w:type="dxa"/>
        </w:trPr>
        <w:tc>
          <w:tcPr>
            <w:tcW w:w="0" w:type="auto"/>
            <w:vAlign w:val="center"/>
            <w:hideMark/>
          </w:tcPr>
          <w:p w14:paraId="53A365C0" w14:textId="77777777" w:rsidR="00022D96" w:rsidRPr="00022D96" w:rsidRDefault="00022D96" w:rsidP="00022D96">
            <w:pPr>
              <w:rPr>
                <w:lang w:val="sk-SK"/>
              </w:rPr>
            </w:pPr>
            <w:r w:rsidRPr="00022D96">
              <w:rPr>
                <w:lang w:val="sk-SK"/>
              </w:rPr>
              <w:t>Článok VII. Organizácia denných činností, stravovanie a podpora detí</w:t>
            </w:r>
          </w:p>
        </w:tc>
        <w:tc>
          <w:tcPr>
            <w:tcW w:w="0" w:type="auto"/>
            <w:vAlign w:val="center"/>
            <w:hideMark/>
          </w:tcPr>
          <w:p w14:paraId="3E835709" w14:textId="77777777" w:rsidR="00022D96" w:rsidRPr="00022D96" w:rsidRDefault="00022D96" w:rsidP="00022D96">
            <w:pPr>
              <w:rPr>
                <w:lang w:val="sk-SK"/>
              </w:rPr>
            </w:pPr>
            <w:r w:rsidRPr="00022D96">
              <w:rPr>
                <w:lang w:val="sk-SK"/>
              </w:rPr>
              <w:t>58</w:t>
            </w:r>
          </w:p>
        </w:tc>
      </w:tr>
      <w:tr w:rsidR="00022D96" w:rsidRPr="00022D96" w14:paraId="3F5E34DC" w14:textId="77777777" w:rsidTr="00022D96">
        <w:trPr>
          <w:tblCellSpacing w:w="15" w:type="dxa"/>
        </w:trPr>
        <w:tc>
          <w:tcPr>
            <w:tcW w:w="0" w:type="auto"/>
            <w:vAlign w:val="center"/>
            <w:hideMark/>
          </w:tcPr>
          <w:p w14:paraId="7CBEE107" w14:textId="77777777" w:rsidR="00022D96" w:rsidRPr="00022D96" w:rsidRDefault="00022D96" w:rsidP="00022D96">
            <w:pPr>
              <w:rPr>
                <w:lang w:val="sk-SK"/>
              </w:rPr>
            </w:pPr>
            <w:r w:rsidRPr="00022D96">
              <w:rPr>
                <w:lang w:val="sk-SK"/>
              </w:rPr>
              <w:t>Článok VIII. Bezpečnosť, ochrana zdravia a ochrana pred rizikovým správaním</w:t>
            </w:r>
          </w:p>
        </w:tc>
        <w:tc>
          <w:tcPr>
            <w:tcW w:w="0" w:type="auto"/>
            <w:vAlign w:val="center"/>
            <w:hideMark/>
          </w:tcPr>
          <w:p w14:paraId="41CBB7FD" w14:textId="77777777" w:rsidR="00022D96" w:rsidRPr="00022D96" w:rsidRDefault="00022D96" w:rsidP="00022D96">
            <w:pPr>
              <w:rPr>
                <w:lang w:val="sk-SK"/>
              </w:rPr>
            </w:pPr>
            <w:r w:rsidRPr="00022D96">
              <w:rPr>
                <w:lang w:val="sk-SK"/>
              </w:rPr>
              <w:t>75</w:t>
            </w:r>
          </w:p>
        </w:tc>
      </w:tr>
      <w:tr w:rsidR="00022D96" w:rsidRPr="00022D96" w14:paraId="38F11A96" w14:textId="77777777" w:rsidTr="00022D96">
        <w:trPr>
          <w:tblCellSpacing w:w="15" w:type="dxa"/>
        </w:trPr>
        <w:tc>
          <w:tcPr>
            <w:tcW w:w="0" w:type="auto"/>
            <w:vAlign w:val="center"/>
            <w:hideMark/>
          </w:tcPr>
          <w:p w14:paraId="1C1EAE7F" w14:textId="77777777" w:rsidR="00022D96" w:rsidRPr="00022D96" w:rsidRDefault="00022D96" w:rsidP="00022D96">
            <w:pPr>
              <w:rPr>
                <w:lang w:val="sk-SK"/>
              </w:rPr>
            </w:pPr>
            <w:r w:rsidRPr="00022D96">
              <w:rPr>
                <w:lang w:val="sk-SK"/>
              </w:rPr>
              <w:t>Článok IX. Podmienky zaobchádzania s majetkom materskej školy</w:t>
            </w:r>
          </w:p>
        </w:tc>
        <w:tc>
          <w:tcPr>
            <w:tcW w:w="0" w:type="auto"/>
            <w:vAlign w:val="center"/>
            <w:hideMark/>
          </w:tcPr>
          <w:p w14:paraId="6018F80E" w14:textId="77777777" w:rsidR="00022D96" w:rsidRPr="00022D96" w:rsidRDefault="00022D96" w:rsidP="00022D96">
            <w:pPr>
              <w:rPr>
                <w:lang w:val="sk-SK"/>
              </w:rPr>
            </w:pPr>
            <w:r w:rsidRPr="00022D96">
              <w:rPr>
                <w:lang w:val="sk-SK"/>
              </w:rPr>
              <w:t>89</w:t>
            </w:r>
          </w:p>
        </w:tc>
      </w:tr>
      <w:tr w:rsidR="00022D96" w:rsidRPr="00022D96" w14:paraId="1210149C" w14:textId="77777777" w:rsidTr="00022D96">
        <w:trPr>
          <w:tblCellSpacing w:w="15" w:type="dxa"/>
        </w:trPr>
        <w:tc>
          <w:tcPr>
            <w:tcW w:w="0" w:type="auto"/>
            <w:vAlign w:val="center"/>
            <w:hideMark/>
          </w:tcPr>
          <w:p w14:paraId="1495BCBE" w14:textId="77777777" w:rsidR="00022D96" w:rsidRPr="00022D96" w:rsidRDefault="00022D96" w:rsidP="00022D96">
            <w:pPr>
              <w:rPr>
                <w:lang w:val="sk-SK"/>
              </w:rPr>
            </w:pPr>
            <w:r w:rsidRPr="00022D96">
              <w:rPr>
                <w:lang w:val="sk-SK"/>
              </w:rPr>
              <w:t>Článok X. Ochrana osobných údajov detí</w:t>
            </w:r>
          </w:p>
        </w:tc>
        <w:tc>
          <w:tcPr>
            <w:tcW w:w="0" w:type="auto"/>
            <w:vAlign w:val="center"/>
            <w:hideMark/>
          </w:tcPr>
          <w:p w14:paraId="4F768D1B" w14:textId="77777777" w:rsidR="00022D96" w:rsidRPr="00022D96" w:rsidRDefault="00022D96" w:rsidP="00022D96">
            <w:pPr>
              <w:rPr>
                <w:lang w:val="sk-SK"/>
              </w:rPr>
            </w:pPr>
            <w:r w:rsidRPr="00022D96">
              <w:rPr>
                <w:lang w:val="sk-SK"/>
              </w:rPr>
              <w:t>91</w:t>
            </w:r>
          </w:p>
        </w:tc>
      </w:tr>
      <w:tr w:rsidR="00022D96" w:rsidRPr="00022D96" w14:paraId="194F89AD" w14:textId="77777777" w:rsidTr="00022D96">
        <w:trPr>
          <w:tblCellSpacing w:w="15" w:type="dxa"/>
        </w:trPr>
        <w:tc>
          <w:tcPr>
            <w:tcW w:w="0" w:type="auto"/>
            <w:vAlign w:val="center"/>
            <w:hideMark/>
          </w:tcPr>
          <w:p w14:paraId="0DF3694F" w14:textId="77777777" w:rsidR="00022D96" w:rsidRPr="00022D96" w:rsidRDefault="00022D96" w:rsidP="00022D96">
            <w:pPr>
              <w:rPr>
                <w:lang w:val="sk-SK"/>
              </w:rPr>
            </w:pPr>
            <w:r w:rsidRPr="00022D96">
              <w:rPr>
                <w:lang w:val="sk-SK"/>
              </w:rPr>
              <w:t>Článok XI. Podnety, sťažnosti a riešenie porušenia školského poriadku</w:t>
            </w:r>
          </w:p>
        </w:tc>
        <w:tc>
          <w:tcPr>
            <w:tcW w:w="0" w:type="auto"/>
            <w:vAlign w:val="center"/>
            <w:hideMark/>
          </w:tcPr>
          <w:p w14:paraId="4E1BBDDC" w14:textId="77777777" w:rsidR="00022D96" w:rsidRPr="00022D96" w:rsidRDefault="00022D96" w:rsidP="00022D96">
            <w:pPr>
              <w:rPr>
                <w:lang w:val="sk-SK"/>
              </w:rPr>
            </w:pPr>
            <w:r w:rsidRPr="00022D96">
              <w:rPr>
                <w:lang w:val="sk-SK"/>
              </w:rPr>
              <w:t>92</w:t>
            </w:r>
          </w:p>
        </w:tc>
      </w:tr>
      <w:tr w:rsidR="00022D96" w:rsidRPr="00022D96" w14:paraId="4FAE51C2" w14:textId="77777777" w:rsidTr="00022D96">
        <w:trPr>
          <w:tblCellSpacing w:w="15" w:type="dxa"/>
        </w:trPr>
        <w:tc>
          <w:tcPr>
            <w:tcW w:w="0" w:type="auto"/>
            <w:vAlign w:val="center"/>
            <w:hideMark/>
          </w:tcPr>
          <w:p w14:paraId="1B6162C7" w14:textId="77777777" w:rsidR="00022D96" w:rsidRPr="00022D96" w:rsidRDefault="00022D96" w:rsidP="00022D96">
            <w:pPr>
              <w:rPr>
                <w:lang w:val="sk-SK"/>
              </w:rPr>
            </w:pPr>
            <w:r w:rsidRPr="00022D96">
              <w:rPr>
                <w:lang w:val="sk-SK"/>
              </w:rPr>
              <w:t>Článok XII. Záverečné ustanovenia</w:t>
            </w:r>
          </w:p>
        </w:tc>
        <w:tc>
          <w:tcPr>
            <w:tcW w:w="0" w:type="auto"/>
            <w:vAlign w:val="center"/>
            <w:hideMark/>
          </w:tcPr>
          <w:p w14:paraId="0217373A" w14:textId="77777777" w:rsidR="00022D96" w:rsidRPr="00022D96" w:rsidRDefault="00022D96" w:rsidP="00022D96">
            <w:pPr>
              <w:rPr>
                <w:lang w:val="sk-SK"/>
              </w:rPr>
            </w:pPr>
            <w:r w:rsidRPr="00022D96">
              <w:rPr>
                <w:lang w:val="sk-SK"/>
              </w:rPr>
              <w:t>93</w:t>
            </w:r>
          </w:p>
        </w:tc>
      </w:tr>
      <w:tr w:rsidR="00022D96" w:rsidRPr="00022D96" w14:paraId="14374C53" w14:textId="77777777" w:rsidTr="00022D96">
        <w:trPr>
          <w:tblCellSpacing w:w="15" w:type="dxa"/>
        </w:trPr>
        <w:tc>
          <w:tcPr>
            <w:tcW w:w="0" w:type="auto"/>
            <w:vAlign w:val="center"/>
            <w:hideMark/>
          </w:tcPr>
          <w:p w14:paraId="6D836754" w14:textId="5BAE8D0E" w:rsidR="00022D96" w:rsidRPr="00022D96" w:rsidRDefault="00022D96" w:rsidP="00022D96">
            <w:pPr>
              <w:rPr>
                <w:lang w:val="sk-SK"/>
              </w:rPr>
            </w:pPr>
            <w:r w:rsidRPr="00022D96">
              <w:rPr>
                <w:lang w:val="sk-SK"/>
              </w:rPr>
              <w:t>Právny rámec a použité zdroje</w:t>
            </w:r>
          </w:p>
        </w:tc>
        <w:tc>
          <w:tcPr>
            <w:tcW w:w="0" w:type="auto"/>
            <w:vAlign w:val="center"/>
            <w:hideMark/>
          </w:tcPr>
          <w:p w14:paraId="651FE8EA" w14:textId="3397BBB2" w:rsidR="00022D96" w:rsidRPr="00022D96" w:rsidRDefault="00022D96" w:rsidP="00022D96">
            <w:pPr>
              <w:rPr>
                <w:lang w:val="sk-SK"/>
              </w:rPr>
            </w:pPr>
            <w:r w:rsidRPr="00022D96">
              <w:rPr>
                <w:lang w:val="sk-SK"/>
              </w:rPr>
              <w:t>9</w:t>
            </w:r>
            <w:r>
              <w:rPr>
                <w:lang w:val="sk-SK"/>
              </w:rPr>
              <w:t>4</w:t>
            </w:r>
          </w:p>
        </w:tc>
      </w:tr>
    </w:tbl>
    <w:p w14:paraId="45F530AF" w14:textId="77777777" w:rsidR="004F3A2F" w:rsidRDefault="004F3A2F" w:rsidP="004F3A2F"/>
    <w:p w14:paraId="6F52365C" w14:textId="77777777" w:rsidR="00022D96" w:rsidRDefault="00022D96" w:rsidP="004F3A2F"/>
    <w:p w14:paraId="4FBBC6E8" w14:textId="77777777" w:rsidR="00022D96" w:rsidRDefault="00022D96" w:rsidP="004F3A2F"/>
    <w:p w14:paraId="053FD27A" w14:textId="77777777" w:rsidR="00022D96" w:rsidRDefault="00022D96" w:rsidP="004F3A2F"/>
    <w:p w14:paraId="79FCB2F8" w14:textId="77777777" w:rsidR="00022D96" w:rsidRDefault="00022D96" w:rsidP="004F3A2F"/>
    <w:p w14:paraId="10685B80" w14:textId="77777777" w:rsidR="00022D96" w:rsidRDefault="00022D96" w:rsidP="004F3A2F"/>
    <w:p w14:paraId="06A0505B" w14:textId="77777777" w:rsidR="004F3A2F" w:rsidRDefault="004F3A2F" w:rsidP="004F3A2F"/>
    <w:p w14:paraId="1D091490" w14:textId="77777777" w:rsidR="004F3A2F" w:rsidRDefault="004F3A2F" w:rsidP="004F3A2F"/>
    <w:p w14:paraId="7ACE01E0" w14:textId="77777777" w:rsidR="004F3A2F" w:rsidRDefault="004F3A2F" w:rsidP="004F3A2F"/>
    <w:p w14:paraId="2762B4A4" w14:textId="77777777" w:rsidR="004F3A2F" w:rsidRDefault="004F3A2F" w:rsidP="004F3A2F"/>
    <w:p w14:paraId="59712657" w14:textId="77777777" w:rsidR="004F3A2F" w:rsidRPr="004F3A2F" w:rsidRDefault="004F3A2F" w:rsidP="004F3A2F"/>
    <w:p w14:paraId="782AADFD" w14:textId="4E074114" w:rsidR="00F75DE1" w:rsidRPr="00765D47" w:rsidRDefault="00F75DE1" w:rsidP="00F75DE1">
      <w:pPr>
        <w:pStyle w:val="Nadpis2"/>
        <w:spacing w:before="0"/>
        <w:rPr>
          <w:rFonts w:ascii="Times New Roman" w:hAnsi="Times New Roman" w:cs="Times New Roman"/>
          <w:color w:val="0070C0"/>
        </w:rPr>
      </w:pPr>
      <w:r w:rsidRPr="00765D47">
        <w:rPr>
          <w:rFonts w:ascii="Arial" w:eastAsia="Arial" w:hAnsi="Arial" w:cs="Arial"/>
          <w:color w:val="0070C0"/>
          <w:sz w:val="24"/>
        </w:rPr>
        <w:lastRenderedPageBreak/>
        <w:t>Všeobecná charakteristika materskej školy</w:t>
      </w:r>
      <w:bookmarkEnd w:id="0"/>
    </w:p>
    <w:p w14:paraId="1861CD4E" w14:textId="77777777" w:rsidR="00F75DE1" w:rsidRDefault="00F75DE1" w:rsidP="00F75DE1">
      <w:pPr>
        <w:pStyle w:val="Normlnywebov"/>
      </w:pPr>
      <w:r>
        <w:t>Materská škola sa nachádza v pokojnej a bezpečnej lokalite mestskej časti Noviny, v blízkosti rieky Váh a mimo frekventovanej cestnej komunikácie. Umiestnenie školy v prostredí s dostatkom zelene vytvára priaznivé podmienky na každodenný pobyt detí vonku, realizáciu pohybových aktivít, priame pozorovanie prírody a systematické rozvíjanie environmentálneho povedomia. Poloha materskej školy zároveň zabezpečuje dobrú dostupnosť pre zákonných zástupcov detí z blízkeho okolia.</w:t>
      </w:r>
    </w:p>
    <w:p w14:paraId="7B0DEFB1" w14:textId="77777777" w:rsidR="00F75DE1" w:rsidRDefault="00F75DE1" w:rsidP="00F75DE1">
      <w:pPr>
        <w:pStyle w:val="Normlnywebov"/>
      </w:pPr>
      <w:r>
        <w:t>Materská škola poskytuje predprimárne vzdelávanie deťom spravidla od troch do šiestich rokov veku, ako aj deťom pokračujúcim v plnení povinného predprimárneho vzdelávania. Výchova a vzdelávanie sa realizuje v celodennej forme, podľa potrieb zákonných zástupcov a organizačných možností školy aj v poldennej forme. Organizácia denných činností rešpektuje vekové a individuálne osobitosti detí, zásady psychohygieny, potrebu aktívneho pohybu, oddychu, hry a primeranej výchovno-vzdelávacej stimulácie.</w:t>
      </w:r>
    </w:p>
    <w:p w14:paraId="60B148A4" w14:textId="77777777" w:rsidR="00F75DE1" w:rsidRDefault="00F75DE1" w:rsidP="00F75DE1">
      <w:pPr>
        <w:pStyle w:val="Normlnywebov"/>
      </w:pPr>
      <w:r>
        <w:t>Budova materskej školy je pavilónového typu a svojím priestorovým riešením zodpovedá potrebám detí predškolského veku. Priestory školy tvoria triedy s herňami a priestormi určenými na odpočinok detí, sociálne a hygienické zariadenia, hospodárske priestory, školská kuchyňa a ďalšie priestory súvisiace so zabezpečením prevádzky. Vnútorné prostredie školy je usporiadané tak, aby podporovalo bezpečný pohyb detí, samostatnosť, hru, tvorivé činnosti, skupinové aktivity aj individuálnu prácu s dieťaťom.</w:t>
      </w:r>
    </w:p>
    <w:p w14:paraId="0C3CB8C9" w14:textId="77777777" w:rsidR="00F75DE1" w:rsidRDefault="00F75DE1" w:rsidP="00F75DE1">
      <w:pPr>
        <w:pStyle w:val="Normlnywebov"/>
      </w:pPr>
      <w:r>
        <w:t>Materiálno-technické podmienky materskej školy sa priebežne skvalitňujú a prispôsobujú aktuálnym požiadavkám predprimárneho vzdelávania. Triedy sú vybavené nábytkom, učebnými a didaktickými pomôckami, hračkami, knihami, výtvarným, pracovným, konštrukčným a manipulačným materiálom. Výchovno-vzdelávací proces je podľa možností školy podporovaný aj primeraným využívaním digitálnych technológií a interaktívnych pomôcok, ktoré slúžia najmä na podporu názornosti, motivácie, tvorivosti a aktívneho poznávania.</w:t>
      </w:r>
    </w:p>
    <w:p w14:paraId="1089BE81" w14:textId="77777777" w:rsidR="00F75DE1" w:rsidRDefault="00F75DE1" w:rsidP="00F75DE1">
      <w:pPr>
        <w:pStyle w:val="Normlnywebov"/>
      </w:pPr>
      <w:r>
        <w:t>Súčasťou areálu materskej školy je školský dvor, ktorý poskytuje priestor na pohybové, športové, relaxačné, tvorivé a environmentálne aktivity. Deti majú možnosť využívať trávnaté plochy, pieskovisko, hrové prvky a priestor na sezónne činnosti. Pobyt vonku tvorí významnú súčasť denného režimu a podporuje zdravý životný štýl, rozvoj pohybových zručností, odolnosti, samostatnosti a pozitívneho vzťahu k prírodnému prostrediu.</w:t>
      </w:r>
    </w:p>
    <w:p w14:paraId="0F5E1948" w14:textId="77777777" w:rsidR="00F75DE1" w:rsidRDefault="00F75DE1" w:rsidP="00F75DE1">
      <w:pPr>
        <w:pStyle w:val="Normlnywebov"/>
      </w:pPr>
      <w:r>
        <w:t xml:space="preserve">Materská škola vytvára bezpečné, podnetné, rešpektujúce a inkluzívne prostredie, v ktorom sa prihliada na individuálne potreby, schopnosti, možnosti a aktuálnu </w:t>
      </w:r>
      <w:r>
        <w:lastRenderedPageBreak/>
        <w:t>vývinovú úroveň každého dieťaťa. Dôraz sa kladie na rozvoj samostatnosti, sociálnych a komunikačných kompetencií, tvorivosti, pohybovej aktivity, sebaobslužných návykov a pozitívneho vzťahu k poznávaniu. Výchovno-vzdelávacia činnosť je založená na hre, zážitkovom poznávaní, praktických skúsenostiach, pohybe, tvorivých činnostiach a rešpektujúcej komunikácii.</w:t>
      </w:r>
    </w:p>
    <w:p w14:paraId="27FC9E66" w14:textId="77777777" w:rsidR="00F75DE1" w:rsidRDefault="00F75DE1" w:rsidP="00F75DE1">
      <w:pPr>
        <w:pStyle w:val="Normlnywebov"/>
      </w:pPr>
      <w:r>
        <w:t>Materská škola vytvára podmienky aj pre deti so špeciálnymi výchovno-vzdelávacími potrebami a pre deti, ktorým sú poskytované podporné opatrenia. Pri ich výchove a vzdelávaní rešpektuje odporúčania odborných zariadení, spolupracuje so zákonnými zástupcami a podľa možností školy vytvára primerané podmienky na ich aktívne zapojenie do kolektívu. Cieľom je podporovať rozvoj každého dieťaťa v súlade s jeho individuálnymi potrebami a vytvárať prostredie založené na prijatí, rešpekte a rovnosti príležitostí.</w:t>
      </w:r>
    </w:p>
    <w:p w14:paraId="21556E39" w14:textId="77777777" w:rsidR="00F75DE1" w:rsidRPr="00B50815" w:rsidRDefault="00F75DE1" w:rsidP="00B50815">
      <w:pPr>
        <w:pStyle w:val="Normlnywebov"/>
      </w:pPr>
      <w:r>
        <w:t>Materská škola považuje spoluprácu so zákonnými zástupcami za významný predpoklad úspešného rozvoja dieťaťa. Rozvíja partnerskú komunikáciu s rodinou, zriaďovateľom, poradenskými zariadeniami, základnou školou, kultúrnymi a environmentálnymi inštitúciami a ďalšími partnermi. Táto spolupráca prispieva k vytváraniu kvalitných podmienok pre predprimárne vzdelávanie, podporuje plynulú adaptáciu detí, ich všestranný rozvoj a obohacovanie života materskej školy.</w:t>
      </w:r>
    </w:p>
    <w:p w14:paraId="7357E705" w14:textId="77777777" w:rsidR="00F4791C" w:rsidRDefault="00000000" w:rsidP="00F4791C">
      <w:pPr>
        <w:pStyle w:val="Nadpis1"/>
        <w:spacing w:before="0"/>
        <w:jc w:val="center"/>
        <w:rPr>
          <w:rFonts w:ascii="Arial" w:eastAsia="Arial" w:hAnsi="Arial" w:cs="Arial"/>
          <w:color w:val="0070C0"/>
          <w:sz w:val="24"/>
        </w:rPr>
      </w:pPr>
      <w:bookmarkStart w:id="1" w:name="_Toc238333697"/>
      <w:r w:rsidRPr="00765D47">
        <w:rPr>
          <w:rFonts w:ascii="Arial" w:eastAsia="Arial" w:hAnsi="Arial" w:cs="Arial"/>
          <w:color w:val="0070C0"/>
          <w:sz w:val="24"/>
        </w:rPr>
        <w:t xml:space="preserve">Článok I. </w:t>
      </w:r>
    </w:p>
    <w:p w14:paraId="657238E7" w14:textId="5E3D5E4F" w:rsidR="00644A5C" w:rsidRDefault="00000000" w:rsidP="00F4791C">
      <w:pPr>
        <w:pStyle w:val="Nadpis1"/>
        <w:spacing w:before="0"/>
        <w:jc w:val="center"/>
        <w:rPr>
          <w:rFonts w:ascii="Arial" w:eastAsia="Arial" w:hAnsi="Arial" w:cs="Arial"/>
          <w:color w:val="0070C0"/>
          <w:sz w:val="24"/>
        </w:rPr>
      </w:pPr>
      <w:r w:rsidRPr="00765D47">
        <w:rPr>
          <w:rFonts w:ascii="Arial" w:eastAsia="Arial" w:hAnsi="Arial" w:cs="Arial"/>
          <w:color w:val="0070C0"/>
          <w:sz w:val="24"/>
        </w:rPr>
        <w:t>Úvodné ustanovenia</w:t>
      </w:r>
      <w:bookmarkEnd w:id="1"/>
    </w:p>
    <w:p w14:paraId="303BF9F4" w14:textId="77777777" w:rsidR="00F4791C" w:rsidRPr="00765D47" w:rsidRDefault="00F4791C" w:rsidP="00765D47"/>
    <w:p w14:paraId="4A6B47E3" w14:textId="77777777" w:rsidR="00AF5909" w:rsidRPr="008A06FC" w:rsidRDefault="00000000">
      <w:pPr>
        <w:rPr>
          <w:szCs w:val="24"/>
        </w:rPr>
      </w:pPr>
      <w:r w:rsidRPr="008A06FC">
        <w:rPr>
          <w:szCs w:val="24"/>
        </w:rPr>
        <w:t>Riaditeľka Materskej školy, Stromová 3, 911 01 Trenčín vydáva tento školský poriadok po prerokovaní v pedagogickej rade a v rade školy. Školský poriadok je vnútorným záväzným dokumentom školy, ktorý upravuje organizáciu, pravidlá a podmienky výchovy a vzdelávania, vzájomné vzťahy a ochranu práv detí, zákonných zástupcov a zamestnancov školy.</w:t>
      </w:r>
    </w:p>
    <w:p w14:paraId="10B1B54C" w14:textId="77777777" w:rsidR="00AF5909" w:rsidRPr="008A06FC" w:rsidRDefault="00000000">
      <w:pPr>
        <w:rPr>
          <w:szCs w:val="24"/>
        </w:rPr>
      </w:pPr>
      <w:r w:rsidRPr="008A06FC">
        <w:rPr>
          <w:szCs w:val="24"/>
        </w:rPr>
        <w:t>Školský poriadok je záväzný pre deti prijaté na predprimárne vzdelávanie primerane ich veku a schopnostiam, pre zákonných zástupcov detí, zamestnancov školy a ďalšie osoby, ktoré sa s vedomím riaditeľky školy zdržiavajú v priestoroch školy alebo sa zúčastňujú na aktivitách organizovaných školou.</w:t>
      </w:r>
    </w:p>
    <w:p w14:paraId="0C84D252" w14:textId="77777777" w:rsidR="00AF5909" w:rsidRPr="008A06FC" w:rsidRDefault="00000000">
      <w:pPr>
        <w:rPr>
          <w:szCs w:val="24"/>
        </w:rPr>
      </w:pPr>
      <w:r w:rsidRPr="008A06FC">
        <w:rPr>
          <w:szCs w:val="24"/>
        </w:rPr>
        <w:t>Školský poriadok vychádza najmä zo školského zákona, zákona o školskej správe, vyhlášky o materskej škole, právnych predpisov na ochranu verejného zdravia, predpisov o pedagogických a odborných zamestnancoch, antidiskriminačného zákona, smernice k prevencii a riešeniu šikanovania a zo štandardov dodržiavania zákazu segregácie.</w:t>
      </w:r>
    </w:p>
    <w:p w14:paraId="5E853F9F" w14:textId="4C5330A4" w:rsidR="00644A5C" w:rsidRPr="00644A5C" w:rsidRDefault="00E731D0" w:rsidP="00644A5C">
      <w:pPr>
        <w:ind w:right="149"/>
        <w:jc w:val="both"/>
      </w:pPr>
      <w:r w:rsidRPr="00E731D0">
        <w:lastRenderedPageBreak/>
        <w:t>Zriaďovateľom materskej školy</w:t>
      </w:r>
      <w:r w:rsidRPr="00E731D0">
        <w:rPr>
          <w:spacing w:val="1"/>
        </w:rPr>
        <w:t xml:space="preserve"> </w:t>
      </w:r>
      <w:r w:rsidRPr="00E731D0">
        <w:t>je Mesto Trenčín, Mierové námestie č. 2,</w:t>
      </w:r>
      <w:r w:rsidRPr="00E731D0">
        <w:rPr>
          <w:spacing w:val="1"/>
        </w:rPr>
        <w:t xml:space="preserve"> </w:t>
      </w:r>
      <w:r w:rsidRPr="00E731D0">
        <w:t>911 64</w:t>
      </w:r>
      <w:r w:rsidRPr="00E731D0">
        <w:rPr>
          <w:spacing w:val="1"/>
        </w:rPr>
        <w:t xml:space="preserve"> </w:t>
      </w:r>
      <w:r w:rsidRPr="00E731D0">
        <w:t>Trenčín. Materská škola s vyučovacím jazykom slovenským bola zriadená Zriaďovacou</w:t>
      </w:r>
      <w:r w:rsidRPr="00E731D0">
        <w:rPr>
          <w:spacing w:val="-57"/>
        </w:rPr>
        <w:t xml:space="preserve"> </w:t>
      </w:r>
      <w:r w:rsidR="007A5C43">
        <w:rPr>
          <w:spacing w:val="-57"/>
        </w:rPr>
        <w:t xml:space="preserve">   </w:t>
      </w:r>
      <w:r w:rsidRPr="00E731D0">
        <w:t>listinou</w:t>
      </w:r>
      <w:r w:rsidRPr="00E731D0">
        <w:rPr>
          <w:spacing w:val="1"/>
        </w:rPr>
        <w:t xml:space="preserve"> </w:t>
      </w:r>
      <w:r w:rsidRPr="00E731D0">
        <w:t>č.</w:t>
      </w:r>
      <w:r w:rsidRPr="00E731D0">
        <w:rPr>
          <w:spacing w:val="1"/>
        </w:rPr>
        <w:t xml:space="preserve"> </w:t>
      </w:r>
      <w:r w:rsidRPr="00E731D0">
        <w:t>Škol.</w:t>
      </w:r>
      <w:r w:rsidRPr="00E731D0">
        <w:rPr>
          <w:spacing w:val="1"/>
        </w:rPr>
        <w:t xml:space="preserve"> </w:t>
      </w:r>
      <w:r w:rsidRPr="00E731D0">
        <w:t>/2001/74</w:t>
      </w:r>
      <w:r w:rsidRPr="00E731D0">
        <w:rPr>
          <w:spacing w:val="1"/>
        </w:rPr>
        <w:t xml:space="preserve"> </w:t>
      </w:r>
      <w:r w:rsidRPr="00E731D0">
        <w:t>zo</w:t>
      </w:r>
      <w:r w:rsidRPr="00E731D0">
        <w:rPr>
          <w:spacing w:val="1"/>
        </w:rPr>
        <w:t xml:space="preserve"> </w:t>
      </w:r>
      <w:r w:rsidRPr="00E731D0">
        <w:t>dňa</w:t>
      </w:r>
      <w:r w:rsidRPr="00E731D0">
        <w:rPr>
          <w:spacing w:val="1"/>
        </w:rPr>
        <w:t xml:space="preserve"> </w:t>
      </w:r>
      <w:r w:rsidRPr="00E731D0">
        <w:t>1.11.2001</w:t>
      </w:r>
      <w:r w:rsidRPr="00E731D0">
        <w:rPr>
          <w:spacing w:val="1"/>
        </w:rPr>
        <w:t xml:space="preserve"> </w:t>
      </w:r>
      <w:r w:rsidRPr="00E731D0">
        <w:t>vydanej</w:t>
      </w:r>
      <w:r w:rsidRPr="00E731D0">
        <w:rPr>
          <w:spacing w:val="1"/>
        </w:rPr>
        <w:t xml:space="preserve"> </w:t>
      </w:r>
      <w:r w:rsidRPr="00E731D0">
        <w:t>Okresným</w:t>
      </w:r>
      <w:r w:rsidRPr="00E731D0">
        <w:rPr>
          <w:spacing w:val="1"/>
        </w:rPr>
        <w:t xml:space="preserve"> </w:t>
      </w:r>
      <w:r w:rsidRPr="00E731D0">
        <w:t>úradom</w:t>
      </w:r>
      <w:r w:rsidRPr="00E731D0">
        <w:rPr>
          <w:spacing w:val="1"/>
        </w:rPr>
        <w:t xml:space="preserve"> </w:t>
      </w:r>
      <w:r w:rsidRPr="00E731D0">
        <w:t>v Trenčíne,</w:t>
      </w:r>
      <w:r w:rsidRPr="00E731D0">
        <w:rPr>
          <w:spacing w:val="-57"/>
        </w:rPr>
        <w:t xml:space="preserve"> </w:t>
      </w:r>
      <w:r w:rsidRPr="00E731D0">
        <w:t>Hviezdoslavova</w:t>
      </w:r>
      <w:r w:rsidRPr="00E731D0">
        <w:rPr>
          <w:spacing w:val="51"/>
        </w:rPr>
        <w:t xml:space="preserve"> </w:t>
      </w:r>
      <w:r w:rsidRPr="00E731D0">
        <w:t>ulica</w:t>
      </w:r>
      <w:r w:rsidRPr="00E731D0">
        <w:rPr>
          <w:spacing w:val="50"/>
        </w:rPr>
        <w:t xml:space="preserve"> </w:t>
      </w:r>
      <w:r w:rsidRPr="00E731D0">
        <w:t>č.</w:t>
      </w:r>
      <w:r w:rsidRPr="00E731D0">
        <w:rPr>
          <w:spacing w:val="51"/>
        </w:rPr>
        <w:t xml:space="preserve"> </w:t>
      </w:r>
      <w:r w:rsidRPr="00E731D0">
        <w:t>1,</w:t>
      </w:r>
      <w:r w:rsidRPr="00E731D0">
        <w:rPr>
          <w:spacing w:val="50"/>
        </w:rPr>
        <w:t xml:space="preserve"> </w:t>
      </w:r>
      <w:r w:rsidRPr="00E731D0">
        <w:t>911</w:t>
      </w:r>
      <w:r w:rsidRPr="00E731D0">
        <w:rPr>
          <w:spacing w:val="50"/>
        </w:rPr>
        <w:t xml:space="preserve"> </w:t>
      </w:r>
      <w:r w:rsidRPr="00E731D0">
        <w:t>01</w:t>
      </w:r>
      <w:r w:rsidRPr="00E731D0">
        <w:rPr>
          <w:spacing w:val="49"/>
        </w:rPr>
        <w:t xml:space="preserve"> </w:t>
      </w:r>
      <w:r w:rsidRPr="00E731D0">
        <w:t>Trenčín</w:t>
      </w:r>
      <w:r w:rsidRPr="00E731D0">
        <w:rPr>
          <w:spacing w:val="50"/>
        </w:rPr>
        <w:t xml:space="preserve"> </w:t>
      </w:r>
      <w:r w:rsidRPr="00E731D0">
        <w:t>a</w:t>
      </w:r>
      <w:r w:rsidRPr="00E731D0">
        <w:rPr>
          <w:spacing w:val="1"/>
        </w:rPr>
        <w:t xml:space="preserve"> </w:t>
      </w:r>
      <w:r w:rsidRPr="00E731D0">
        <w:t>jeho</w:t>
      </w:r>
      <w:r w:rsidRPr="00E731D0">
        <w:rPr>
          <w:spacing w:val="49"/>
        </w:rPr>
        <w:t xml:space="preserve"> </w:t>
      </w:r>
      <w:r w:rsidRPr="00E731D0">
        <w:t>dodatku</w:t>
      </w:r>
      <w:r w:rsidRPr="00E731D0">
        <w:rPr>
          <w:spacing w:val="49"/>
        </w:rPr>
        <w:t xml:space="preserve"> </w:t>
      </w:r>
      <w:r w:rsidRPr="00E731D0">
        <w:t>č.</w:t>
      </w:r>
      <w:r w:rsidRPr="00E731D0">
        <w:rPr>
          <w:spacing w:val="52"/>
        </w:rPr>
        <w:t xml:space="preserve"> </w:t>
      </w:r>
      <w:r w:rsidRPr="00E731D0">
        <w:t>1.</w:t>
      </w:r>
      <w:r w:rsidRPr="00E731D0">
        <w:rPr>
          <w:spacing w:val="49"/>
        </w:rPr>
        <w:t xml:space="preserve"> </w:t>
      </w:r>
      <w:r w:rsidRPr="00E731D0">
        <w:t>zo</w:t>
      </w:r>
      <w:r w:rsidRPr="00E731D0">
        <w:rPr>
          <w:spacing w:val="50"/>
        </w:rPr>
        <w:t xml:space="preserve"> </w:t>
      </w:r>
      <w:r w:rsidRPr="00E731D0">
        <w:t>dňa</w:t>
      </w:r>
      <w:r w:rsidRPr="00E731D0">
        <w:rPr>
          <w:spacing w:val="50"/>
        </w:rPr>
        <w:t xml:space="preserve"> </w:t>
      </w:r>
      <w:r w:rsidRPr="00E731D0">
        <w:t>20.12.2005 s</w:t>
      </w:r>
      <w:r w:rsidRPr="00E731D0">
        <w:rPr>
          <w:spacing w:val="-1"/>
        </w:rPr>
        <w:t xml:space="preserve"> </w:t>
      </w:r>
      <w:r w:rsidRPr="00E731D0">
        <w:t>účinnosťou</w:t>
      </w:r>
      <w:r w:rsidRPr="00E731D0">
        <w:rPr>
          <w:spacing w:val="2"/>
        </w:rPr>
        <w:t xml:space="preserve"> </w:t>
      </w:r>
      <w:r w:rsidRPr="00E731D0">
        <w:t>od</w:t>
      </w:r>
      <w:r w:rsidRPr="00E731D0">
        <w:rPr>
          <w:spacing w:val="2"/>
        </w:rPr>
        <w:t xml:space="preserve"> </w:t>
      </w:r>
      <w:r w:rsidRPr="00E731D0">
        <w:t>01.07.2002,</w:t>
      </w:r>
      <w:r w:rsidRPr="00E731D0">
        <w:rPr>
          <w:spacing w:val="65"/>
        </w:rPr>
        <w:t xml:space="preserve"> </w:t>
      </w:r>
      <w:r w:rsidRPr="00E731D0">
        <w:t>dodatku</w:t>
      </w:r>
      <w:r w:rsidRPr="00E731D0">
        <w:rPr>
          <w:spacing w:val="2"/>
        </w:rPr>
        <w:t xml:space="preserve"> </w:t>
      </w:r>
      <w:r w:rsidRPr="00E731D0">
        <w:t>č.</w:t>
      </w:r>
      <w:r w:rsidRPr="00E731D0">
        <w:rPr>
          <w:spacing w:val="3"/>
        </w:rPr>
        <w:t xml:space="preserve"> </w:t>
      </w:r>
      <w:r w:rsidRPr="00E731D0">
        <w:t>2</w:t>
      </w:r>
      <w:r w:rsidRPr="00E731D0">
        <w:rPr>
          <w:spacing w:val="65"/>
        </w:rPr>
        <w:t xml:space="preserve"> </w:t>
      </w:r>
      <w:r w:rsidRPr="00E731D0">
        <w:t>zo</w:t>
      </w:r>
      <w:r w:rsidRPr="00E731D0">
        <w:rPr>
          <w:spacing w:val="2"/>
        </w:rPr>
        <w:t xml:space="preserve"> </w:t>
      </w:r>
      <w:r w:rsidRPr="00E731D0">
        <w:t>dňa</w:t>
      </w:r>
      <w:r w:rsidRPr="00E731D0">
        <w:rPr>
          <w:spacing w:val="6"/>
        </w:rPr>
        <w:t xml:space="preserve"> </w:t>
      </w:r>
      <w:r w:rsidRPr="00E731D0">
        <w:t>25.02.2010</w:t>
      </w:r>
      <w:r w:rsidRPr="00E731D0">
        <w:rPr>
          <w:spacing w:val="2"/>
        </w:rPr>
        <w:t xml:space="preserve"> </w:t>
      </w:r>
      <w:r w:rsidRPr="00E731D0">
        <w:t>s</w:t>
      </w:r>
      <w:r w:rsidRPr="00E731D0">
        <w:rPr>
          <w:spacing w:val="1"/>
        </w:rPr>
        <w:t xml:space="preserve"> </w:t>
      </w:r>
      <w:r w:rsidRPr="00E731D0">
        <w:t>účinnosťou</w:t>
      </w:r>
      <w:r w:rsidRPr="00E731D0">
        <w:rPr>
          <w:spacing w:val="3"/>
        </w:rPr>
        <w:t xml:space="preserve"> </w:t>
      </w:r>
      <w:r w:rsidRPr="00E731D0">
        <w:t>25,02.2010, dodatku č.</w:t>
      </w:r>
      <w:r w:rsidRPr="00E731D0">
        <w:rPr>
          <w:spacing w:val="8"/>
        </w:rPr>
        <w:t xml:space="preserve"> </w:t>
      </w:r>
      <w:r w:rsidRPr="00E731D0">
        <w:t>3 zo dňa 12.12.2013</w:t>
      </w:r>
      <w:r w:rsidRPr="00E731D0">
        <w:rPr>
          <w:spacing w:val="8"/>
        </w:rPr>
        <w:t xml:space="preserve"> </w:t>
      </w:r>
      <w:r w:rsidRPr="00E731D0">
        <w:t>s</w:t>
      </w:r>
      <w:r w:rsidRPr="00E731D0">
        <w:rPr>
          <w:spacing w:val="1"/>
        </w:rPr>
        <w:t xml:space="preserve"> </w:t>
      </w:r>
      <w:r w:rsidRPr="00E731D0">
        <w:t>účinnosťou</w:t>
      </w:r>
      <w:r w:rsidRPr="00E731D0">
        <w:rPr>
          <w:spacing w:val="9"/>
        </w:rPr>
        <w:t xml:space="preserve"> </w:t>
      </w:r>
      <w:r w:rsidRPr="00E731D0">
        <w:t>13.12.2013</w:t>
      </w:r>
      <w:r>
        <w:t xml:space="preserve"> a dodatku č. 4 zo dňa 27.06.2024.</w:t>
      </w:r>
    </w:p>
    <w:p w14:paraId="38E69A91" w14:textId="77777777" w:rsidR="00AF5909" w:rsidRPr="00765D47" w:rsidRDefault="00000000">
      <w:pPr>
        <w:pStyle w:val="Nadpis2"/>
        <w:spacing w:before="0"/>
        <w:rPr>
          <w:rFonts w:ascii="Arial" w:hAnsi="Arial" w:cs="Arial"/>
          <w:color w:val="0070C0"/>
          <w:sz w:val="24"/>
          <w:szCs w:val="24"/>
        </w:rPr>
      </w:pPr>
      <w:bookmarkStart w:id="2" w:name="_Toc238333698"/>
      <w:r w:rsidRPr="00765D47">
        <w:rPr>
          <w:rFonts w:ascii="Arial" w:eastAsia="Arial" w:hAnsi="Arial" w:cs="Arial"/>
          <w:color w:val="0070C0"/>
          <w:sz w:val="24"/>
        </w:rPr>
        <w:t>1.1 Zásady uplatňovania školského poriadku</w:t>
      </w:r>
      <w:bookmarkEnd w:id="2"/>
    </w:p>
    <w:p w14:paraId="01C4846C" w14:textId="77777777" w:rsidR="00AF5909" w:rsidRPr="008A06FC" w:rsidRDefault="00000000">
      <w:pPr>
        <w:pStyle w:val="Zoznamsodrkami"/>
        <w:rPr>
          <w:szCs w:val="24"/>
        </w:rPr>
      </w:pPr>
      <w:r w:rsidRPr="008A06FC">
        <w:rPr>
          <w:szCs w:val="24"/>
        </w:rPr>
        <w:t>najlepší záujem dieťaťa je prvoradým hľadiskom pri všetkých rozhodnutiach školy,</w:t>
      </w:r>
    </w:p>
    <w:p w14:paraId="6B18CB3E" w14:textId="77777777" w:rsidR="00AF5909" w:rsidRPr="008A06FC" w:rsidRDefault="00000000">
      <w:pPr>
        <w:pStyle w:val="Zoznamsodrkami"/>
        <w:rPr>
          <w:szCs w:val="24"/>
        </w:rPr>
      </w:pPr>
      <w:r w:rsidRPr="008A06FC">
        <w:rPr>
          <w:szCs w:val="24"/>
        </w:rPr>
        <w:t>každé dieťa má rovnocenný prístup k výchove a vzdelávaniu bez diskriminácie a segregácie,</w:t>
      </w:r>
    </w:p>
    <w:p w14:paraId="313A0994" w14:textId="77777777" w:rsidR="00AF5909" w:rsidRPr="008A06FC" w:rsidRDefault="00000000">
      <w:pPr>
        <w:pStyle w:val="Zoznamsodrkami"/>
        <w:rPr>
          <w:szCs w:val="24"/>
        </w:rPr>
      </w:pPr>
      <w:r w:rsidRPr="008A06FC">
        <w:rPr>
          <w:szCs w:val="24"/>
        </w:rPr>
        <w:t>pravidlá sa uplatňujú primerane veku, zdravotnému stavu, schopnostiam a individuálnym potrebám dieťaťa,</w:t>
      </w:r>
    </w:p>
    <w:p w14:paraId="1A8E4D82" w14:textId="77777777" w:rsidR="00AF5909" w:rsidRPr="008A06FC" w:rsidRDefault="00000000">
      <w:pPr>
        <w:pStyle w:val="Zoznamsodrkami"/>
        <w:rPr>
          <w:szCs w:val="24"/>
        </w:rPr>
      </w:pPr>
      <w:r w:rsidRPr="008A06FC">
        <w:rPr>
          <w:szCs w:val="24"/>
        </w:rPr>
        <w:t>škola chráni bezpečnosť, zdravie, dôstojnosť a osobné údaje detí a zamestnancov,</w:t>
      </w:r>
    </w:p>
    <w:p w14:paraId="6040266D" w14:textId="77777777" w:rsidR="00AF5909" w:rsidRPr="008A06FC" w:rsidRDefault="00000000">
      <w:pPr>
        <w:pStyle w:val="Zoznamsodrkami"/>
        <w:rPr>
          <w:szCs w:val="24"/>
        </w:rPr>
      </w:pPr>
      <w:r w:rsidRPr="008A06FC">
        <w:rPr>
          <w:szCs w:val="24"/>
        </w:rPr>
        <w:t>zákonní zástupcovia a zamestnanci riešia podnety vecne, včas a najprv interne v škole.</w:t>
      </w:r>
    </w:p>
    <w:p w14:paraId="180F1844" w14:textId="2BEA025B" w:rsidR="00BF0F73" w:rsidRPr="00765D47" w:rsidRDefault="0019022A" w:rsidP="00BF0F73">
      <w:pPr>
        <w:pStyle w:val="Nadpis1"/>
        <w:spacing w:before="0"/>
        <w:jc w:val="center"/>
        <w:rPr>
          <w:rFonts w:ascii="Arial" w:hAnsi="Arial" w:cs="Arial"/>
          <w:color w:val="0070C0"/>
          <w:sz w:val="24"/>
          <w:szCs w:val="24"/>
        </w:rPr>
      </w:pPr>
      <w:bookmarkStart w:id="3" w:name="_Toc238333699"/>
      <w:r w:rsidRPr="00765D47">
        <w:rPr>
          <w:rFonts w:ascii="Arial" w:eastAsia="Arial" w:hAnsi="Arial" w:cs="Arial"/>
          <w:color w:val="0070C0"/>
          <w:sz w:val="24"/>
        </w:rPr>
        <w:t xml:space="preserve">Článok II. </w:t>
      </w:r>
      <w:bookmarkEnd w:id="3"/>
    </w:p>
    <w:p w14:paraId="16229510" w14:textId="77777777" w:rsidR="00BF0F73" w:rsidRPr="00BF0F73" w:rsidRDefault="00BF0F73" w:rsidP="00BF0F73">
      <w:pPr>
        <w:spacing w:after="0" w:line="240" w:lineRule="auto"/>
      </w:pPr>
    </w:p>
    <w:p w14:paraId="47BD4EAB" w14:textId="292FDACF" w:rsidR="00A1215A" w:rsidRPr="00644A5C" w:rsidRDefault="001344F0" w:rsidP="00A1215A">
      <w:pPr>
        <w:rPr>
          <w:b/>
          <w:color w:val="0070C0"/>
          <w:szCs w:val="24"/>
          <w:lang w:val="sk-SK"/>
        </w:rPr>
      </w:pPr>
      <w:r w:rsidRPr="00644A5C">
        <w:rPr>
          <w:b/>
          <w:color w:val="0070C0"/>
          <w:szCs w:val="24"/>
          <w:lang w:val="sk-SK"/>
        </w:rPr>
        <w:t>Výkon práv a povinnosti detí a ich zákonných zástupcov v materskej škole, pravidlá vzájomných vzťahov a vzťahov s pedagogickými zamestnancami, odbornými zamestnancami a ďalšími zamestnancami materskej školy</w:t>
      </w:r>
    </w:p>
    <w:p w14:paraId="447FD761" w14:textId="77777777" w:rsidR="00AF5909" w:rsidRPr="008A06FC" w:rsidRDefault="0019022A">
      <w:pPr>
        <w:pStyle w:val="Nadpis2"/>
        <w:spacing w:before="0"/>
        <w:rPr>
          <w:rFonts w:ascii="Arial" w:hAnsi="Arial" w:cs="Arial"/>
          <w:sz w:val="24"/>
          <w:szCs w:val="24"/>
        </w:rPr>
      </w:pPr>
      <w:bookmarkStart w:id="4" w:name="_Toc238333700"/>
      <w:r>
        <w:rPr>
          <w:rFonts w:ascii="Arial" w:eastAsia="Arial" w:hAnsi="Arial" w:cs="Arial"/>
          <w:sz w:val="24"/>
        </w:rPr>
        <w:t>2.1 Práva dieťaťa</w:t>
      </w:r>
      <w:bookmarkEnd w:id="4"/>
    </w:p>
    <w:p w14:paraId="7776753C" w14:textId="77777777" w:rsidR="00240C79" w:rsidRPr="008A06FC" w:rsidRDefault="00240C79" w:rsidP="00240C79">
      <w:pPr>
        <w:rPr>
          <w:szCs w:val="24"/>
        </w:rPr>
      </w:pPr>
      <w:r w:rsidRPr="008A06FC">
        <w:rPr>
          <w:szCs w:val="24"/>
        </w:rPr>
        <w:t>Dieťa má právo na:</w:t>
      </w:r>
    </w:p>
    <w:p w14:paraId="167C6633" w14:textId="77777777" w:rsidR="00AF5909" w:rsidRPr="008A06FC" w:rsidRDefault="00000000">
      <w:pPr>
        <w:pStyle w:val="Zoznamsodrkami"/>
        <w:rPr>
          <w:szCs w:val="24"/>
        </w:rPr>
      </w:pPr>
      <w:r w:rsidRPr="008A06FC">
        <w:rPr>
          <w:szCs w:val="24"/>
        </w:rPr>
        <w:t>rovnoprávny prístup k predprimárnemu vzdelávaniu,</w:t>
      </w:r>
    </w:p>
    <w:p w14:paraId="3D697F7B" w14:textId="77777777" w:rsidR="00DC3D6F" w:rsidRPr="008A06FC" w:rsidRDefault="00DC3D6F" w:rsidP="00DC3D6F">
      <w:pPr>
        <w:pStyle w:val="Zoznamsodrkami"/>
        <w:rPr>
          <w:szCs w:val="24"/>
        </w:rPr>
      </w:pPr>
      <w:r w:rsidRPr="008A06FC">
        <w:rPr>
          <w:szCs w:val="24"/>
        </w:rPr>
        <w:t xml:space="preserve">bezplatné vzdelanie pre deti, pre ktoré je predprimárne vzdelávanie povinné, </w:t>
      </w:r>
    </w:p>
    <w:p w14:paraId="134C5A11" w14:textId="77777777" w:rsidR="001D36E5" w:rsidRPr="008A06FC" w:rsidRDefault="001D36E5" w:rsidP="001D36E5">
      <w:pPr>
        <w:pStyle w:val="Zoznamsodrkami"/>
        <w:rPr>
          <w:szCs w:val="24"/>
        </w:rPr>
      </w:pPr>
      <w:r w:rsidRPr="008A06FC">
        <w:rPr>
          <w:szCs w:val="24"/>
        </w:rPr>
        <w:t xml:space="preserve">vzdelanie v štátnom jazyku a v materinskom jazyku </w:t>
      </w:r>
    </w:p>
    <w:p w14:paraId="7328037B" w14:textId="77777777" w:rsidR="005C0597" w:rsidRPr="008A06FC" w:rsidRDefault="005C0597" w:rsidP="005C0597">
      <w:pPr>
        <w:pStyle w:val="Zoznamsodrkami"/>
        <w:rPr>
          <w:szCs w:val="24"/>
        </w:rPr>
      </w:pPr>
      <w:r w:rsidRPr="008A06FC">
        <w:rPr>
          <w:szCs w:val="24"/>
        </w:rPr>
        <w:t>na úctu k svojej osobe, dôstojnosti, vierovyznaniu, svetonázoru, národnostnej a etnickej príslušnosti,</w:t>
      </w:r>
    </w:p>
    <w:p w14:paraId="611A868F" w14:textId="77777777" w:rsidR="001D36E5" w:rsidRPr="008A06FC" w:rsidRDefault="001D36E5" w:rsidP="001D36E5">
      <w:pPr>
        <w:pStyle w:val="Zoznamsodrkami"/>
        <w:rPr>
          <w:szCs w:val="24"/>
        </w:rPr>
      </w:pPr>
      <w:r w:rsidRPr="008A06FC">
        <w:rPr>
          <w:szCs w:val="24"/>
        </w:rPr>
        <w:t>organizáciu výchovy a vzdelávania primeranú jeho veku, schopnostiam, záujmom, zdravotnému stavu a v súlade so zásadami psychohygieny,</w:t>
      </w:r>
    </w:p>
    <w:p w14:paraId="51A905F9" w14:textId="77777777" w:rsidR="00DC3D6F" w:rsidRPr="008A06FC" w:rsidRDefault="00DC3D6F" w:rsidP="00DC3D6F">
      <w:pPr>
        <w:pStyle w:val="Zoznamsodrkami"/>
        <w:rPr>
          <w:szCs w:val="24"/>
        </w:rPr>
      </w:pPr>
      <w:r w:rsidRPr="008A06FC">
        <w:rPr>
          <w:szCs w:val="24"/>
        </w:rPr>
        <w:t>vytváranie podmienok na rozvoj svojich schopností, talentu, tvorivosti a nadania prostredníctvom primeraných edukačných aktivít,</w:t>
      </w:r>
    </w:p>
    <w:p w14:paraId="5C56FC1E" w14:textId="77777777" w:rsidR="00DC3D6F" w:rsidRPr="008A06FC" w:rsidRDefault="00DC3D6F" w:rsidP="00DC3D6F">
      <w:pPr>
        <w:pStyle w:val="Zoznamsodrkami"/>
        <w:rPr>
          <w:szCs w:val="24"/>
        </w:rPr>
      </w:pPr>
      <w:r w:rsidRPr="008A06FC">
        <w:rPr>
          <w:szCs w:val="24"/>
        </w:rPr>
        <w:t>individuálny prístup rešpektujúci schopnosti, možnosti, zdravotný stav, nadanie a špeciálne výchovno-vzdelávacie potreby,</w:t>
      </w:r>
    </w:p>
    <w:p w14:paraId="101302DD" w14:textId="77777777" w:rsidR="00AB2E6B" w:rsidRPr="008A06FC" w:rsidRDefault="00AB2E6B" w:rsidP="00AB2E6B">
      <w:pPr>
        <w:pStyle w:val="Zoznamsodrkami"/>
        <w:rPr>
          <w:szCs w:val="24"/>
        </w:rPr>
      </w:pPr>
      <w:r w:rsidRPr="008A06FC">
        <w:rPr>
          <w:szCs w:val="24"/>
        </w:rPr>
        <w:t xml:space="preserve">inkluzívne vzdelávanie </w:t>
      </w:r>
      <w:r w:rsidR="005C0597" w:rsidRPr="008A06FC">
        <w:rPr>
          <w:szCs w:val="24"/>
        </w:rPr>
        <w:t>a</w:t>
      </w:r>
      <w:r w:rsidRPr="008A06FC">
        <w:rPr>
          <w:szCs w:val="24"/>
        </w:rPr>
        <w:t xml:space="preserve"> individuálny prístup rešpektujúci jeho rôzne výchovno-vzdelávacie potreby, schopnosti a možnosti, nadanie a zdravotný stav </w:t>
      </w:r>
    </w:p>
    <w:p w14:paraId="44618458" w14:textId="77777777" w:rsidR="00AB2E6B" w:rsidRPr="008A06FC" w:rsidRDefault="00AB2E6B" w:rsidP="005C0597">
      <w:pPr>
        <w:pStyle w:val="Zoznamsodrkami"/>
        <w:rPr>
          <w:szCs w:val="24"/>
        </w:rPr>
      </w:pPr>
      <w:r w:rsidRPr="008A06FC">
        <w:rPr>
          <w:szCs w:val="24"/>
        </w:rPr>
        <w:lastRenderedPageBreak/>
        <w:t xml:space="preserve">dieťa so špeciálnymi výchovno-vzdelávacími potrebami alebo dieťa s podpornými </w:t>
      </w:r>
      <w:r w:rsidR="005C0597" w:rsidRPr="008A06FC">
        <w:rPr>
          <w:szCs w:val="24"/>
        </w:rPr>
        <w:t xml:space="preserve">opatreniami </w:t>
      </w:r>
      <w:r w:rsidRPr="008A06FC">
        <w:rPr>
          <w:szCs w:val="24"/>
        </w:rPr>
        <w:t xml:space="preserve">má právo na </w:t>
      </w:r>
      <w:r w:rsidR="005C0597" w:rsidRPr="008A06FC">
        <w:rPr>
          <w:szCs w:val="24"/>
        </w:rPr>
        <w:t xml:space="preserve">na vytvorenie primeraných podmienok podľa jeho individuálnych potrieb a odporúčaní príslušných odborných zariadení, </w:t>
      </w:r>
      <w:r w:rsidRPr="008A06FC">
        <w:rPr>
          <w:szCs w:val="24"/>
        </w:rPr>
        <w:t xml:space="preserve">výchovu a vzdelávanie s využitím špecifických foriem a metód, ktoré zodpovedajú jeho potrebám, </w:t>
      </w:r>
    </w:p>
    <w:p w14:paraId="6C1EF650" w14:textId="77777777" w:rsidR="005C0597" w:rsidRPr="008A06FC" w:rsidRDefault="005C0597" w:rsidP="005C0597">
      <w:pPr>
        <w:pStyle w:val="Zoznamsodrkami"/>
        <w:rPr>
          <w:szCs w:val="24"/>
        </w:rPr>
      </w:pPr>
      <w:r w:rsidRPr="008A06FC">
        <w:rPr>
          <w:szCs w:val="24"/>
        </w:rPr>
        <w:t>poskytovanie poradenstva a služieb spojených s výchovou a vzdelávaním,</w:t>
      </w:r>
    </w:p>
    <w:p w14:paraId="7ADC4CCD" w14:textId="77777777" w:rsidR="00DC3D6F" w:rsidRPr="008A06FC" w:rsidRDefault="00DC3D6F" w:rsidP="00DC3D6F">
      <w:pPr>
        <w:pStyle w:val="Zoznamsodrkami"/>
        <w:rPr>
          <w:szCs w:val="24"/>
        </w:rPr>
      </w:pPr>
      <w:r w:rsidRPr="008A06FC">
        <w:rPr>
          <w:szCs w:val="24"/>
        </w:rPr>
        <w:t>ochranu pred fyzickým, psychickým a sexuálnym násilím, šikanovaním, diskrimináciou, segregáciou a sociálno-patologickými javmi,</w:t>
      </w:r>
    </w:p>
    <w:p w14:paraId="707B4A7B" w14:textId="77777777" w:rsidR="001D36E5" w:rsidRPr="008A06FC" w:rsidRDefault="001D36E5" w:rsidP="001D36E5">
      <w:pPr>
        <w:pStyle w:val="Zoznamsodrkami"/>
        <w:rPr>
          <w:szCs w:val="24"/>
        </w:rPr>
      </w:pPr>
      <w:r w:rsidRPr="008A06FC">
        <w:rPr>
          <w:szCs w:val="24"/>
        </w:rPr>
        <w:t>výchovu a vzdelávanie v bezpečnom a hygienicky vyhovujúcom prostredí,</w:t>
      </w:r>
    </w:p>
    <w:p w14:paraId="44E5542F" w14:textId="77777777" w:rsidR="001D36E5" w:rsidRPr="008A06FC" w:rsidRDefault="001D36E5" w:rsidP="001D36E5">
      <w:pPr>
        <w:pStyle w:val="Zoznamsodrkami"/>
        <w:rPr>
          <w:szCs w:val="24"/>
        </w:rPr>
      </w:pPr>
      <w:r w:rsidRPr="008A06FC">
        <w:rPr>
          <w:szCs w:val="24"/>
        </w:rPr>
        <w:t>slobodné vyjadrenie primerané veku a rozumovej vyspelosti dieťaťa;</w:t>
      </w:r>
    </w:p>
    <w:p w14:paraId="2CDB6086" w14:textId="77777777" w:rsidR="001D36E5" w:rsidRDefault="001D36E5" w:rsidP="001D36E5">
      <w:pPr>
        <w:pStyle w:val="Zoznamsodrkami"/>
        <w:rPr>
          <w:szCs w:val="24"/>
        </w:rPr>
      </w:pPr>
      <w:r w:rsidRPr="008A06FC">
        <w:rPr>
          <w:szCs w:val="24"/>
        </w:rPr>
        <w:t>hru, oddych, pobyt vonku, pohybové, tvorivé, kultúrne a zážitkové aktivity;</w:t>
      </w:r>
    </w:p>
    <w:p w14:paraId="6261FFE8" w14:textId="77777777" w:rsidR="00765D47" w:rsidRPr="008A06FC" w:rsidRDefault="00765D47" w:rsidP="00765D47">
      <w:pPr>
        <w:pStyle w:val="Zoznamsodrkami"/>
        <w:numPr>
          <w:ilvl w:val="0"/>
          <w:numId w:val="0"/>
        </w:numPr>
        <w:ind w:left="360"/>
        <w:rPr>
          <w:szCs w:val="24"/>
        </w:rPr>
      </w:pPr>
    </w:p>
    <w:p w14:paraId="7712B929" w14:textId="77777777" w:rsidR="00AF5909" w:rsidRPr="00765D47" w:rsidRDefault="0019022A">
      <w:pPr>
        <w:pStyle w:val="Nadpis2"/>
        <w:spacing w:before="0"/>
        <w:rPr>
          <w:rFonts w:ascii="Arial" w:eastAsia="Arial" w:hAnsi="Arial" w:cs="Arial"/>
          <w:color w:val="0070C0"/>
          <w:sz w:val="24"/>
        </w:rPr>
      </w:pPr>
      <w:bookmarkStart w:id="5" w:name="_Toc238333701"/>
      <w:r w:rsidRPr="00765D47">
        <w:rPr>
          <w:rFonts w:ascii="Arial" w:eastAsia="Arial" w:hAnsi="Arial" w:cs="Arial"/>
          <w:color w:val="0070C0"/>
          <w:sz w:val="24"/>
        </w:rPr>
        <w:t>2.2 Povinnosti dieťaťa primerane veku a schopnostiam</w:t>
      </w:r>
      <w:bookmarkEnd w:id="5"/>
    </w:p>
    <w:p w14:paraId="6795A1F5" w14:textId="77777777" w:rsidR="00765D47" w:rsidRPr="00765D47" w:rsidRDefault="00765D47" w:rsidP="00765D47"/>
    <w:p w14:paraId="24565AD9" w14:textId="77777777" w:rsidR="005D44A4" w:rsidRPr="008A06FC" w:rsidRDefault="008A6C4A" w:rsidP="008A6C4A">
      <w:pPr>
        <w:rPr>
          <w:szCs w:val="24"/>
        </w:rPr>
      </w:pPr>
      <w:r w:rsidRPr="00520154">
        <w:rPr>
          <w:szCs w:val="24"/>
        </w:rPr>
        <w:t>Povinnosti dieťaťa sa uplatňujú primerane jeho veku, rozumovej vyspelosti, zdravotnému stavu a individuálnym možnostiam. Dieťa je vedené najmä k tomu, aby:</w:t>
      </w:r>
    </w:p>
    <w:p w14:paraId="1FE8018A" w14:textId="77777777" w:rsidR="00B73268" w:rsidRPr="008A06FC" w:rsidRDefault="00B73268" w:rsidP="00B73268">
      <w:pPr>
        <w:pStyle w:val="Zoznamsodrkami"/>
        <w:rPr>
          <w:szCs w:val="24"/>
        </w:rPr>
      </w:pPr>
      <w:r w:rsidRPr="005D44A4">
        <w:rPr>
          <w:szCs w:val="24"/>
          <w:lang w:val="sk-SK"/>
        </w:rPr>
        <w:t>dodržiavalo školský poriadok, pravidlá triedy a ďalšie vnútorné pravidlá materskej školy primerane svojmu veku a schopnostiam;</w:t>
      </w:r>
    </w:p>
    <w:p w14:paraId="228FC248" w14:textId="77777777" w:rsidR="00B73268" w:rsidRPr="008A06FC" w:rsidRDefault="00B73268" w:rsidP="00B73268">
      <w:pPr>
        <w:pStyle w:val="Zoznamsodrkami"/>
        <w:rPr>
          <w:szCs w:val="24"/>
        </w:rPr>
      </w:pPr>
      <w:r w:rsidRPr="005D44A4">
        <w:rPr>
          <w:szCs w:val="24"/>
          <w:lang w:val="sk-SK"/>
        </w:rPr>
        <w:t xml:space="preserve">rešpektovalo pokyny pedagogických a ostatných zamestnancov materskej školy, </w:t>
      </w:r>
      <w:r w:rsidRPr="008A06FC">
        <w:rPr>
          <w:szCs w:val="24"/>
        </w:rPr>
        <w:t>ktoré smerujú k ochrane jeho zdravia, bezpečnosti a priaznivému priebehu výchovno-vzdelávacieho procesu,</w:t>
      </w:r>
    </w:p>
    <w:p w14:paraId="001D1203" w14:textId="77777777" w:rsidR="005D44A4" w:rsidRPr="008A06FC" w:rsidRDefault="005D44A4" w:rsidP="00640325">
      <w:pPr>
        <w:pStyle w:val="Zoznamsodrkami"/>
        <w:rPr>
          <w:szCs w:val="24"/>
        </w:rPr>
      </w:pPr>
      <w:r w:rsidRPr="005D44A4">
        <w:rPr>
          <w:szCs w:val="24"/>
          <w:lang w:val="sk-SK"/>
        </w:rPr>
        <w:t>neobmedzovalo svojím správaním práva ostatných detí a osôb zúčastňujúcich sa na výchove a vzdelávaní;</w:t>
      </w:r>
    </w:p>
    <w:p w14:paraId="7648A5FF" w14:textId="77777777" w:rsidR="005D44A4" w:rsidRPr="008A06FC" w:rsidRDefault="005D44A4" w:rsidP="005D44A4">
      <w:pPr>
        <w:pStyle w:val="Zoznamsodrkami"/>
        <w:rPr>
          <w:szCs w:val="24"/>
        </w:rPr>
      </w:pPr>
      <w:r w:rsidRPr="005D44A4">
        <w:rPr>
          <w:szCs w:val="24"/>
          <w:lang w:val="sk-SK"/>
        </w:rPr>
        <w:t>správalo sa ohľaduplne, slušne a priateľsky k ostatným deťom aj dospelým;</w:t>
      </w:r>
    </w:p>
    <w:p w14:paraId="5C152E95" w14:textId="77777777" w:rsidR="005D44A4" w:rsidRPr="008A06FC" w:rsidRDefault="005D44A4" w:rsidP="005D44A4">
      <w:pPr>
        <w:pStyle w:val="Zoznamsodrkami"/>
        <w:rPr>
          <w:szCs w:val="24"/>
        </w:rPr>
      </w:pPr>
      <w:r w:rsidRPr="005D44A4">
        <w:rPr>
          <w:szCs w:val="24"/>
          <w:lang w:val="sk-SK"/>
        </w:rPr>
        <w:t>chránilo svoje zdravie a bezpečnosť a neohrozovalo zdravie a bezpečnosť ostatných detí, zamestnancov školy ani iných osôb;</w:t>
      </w:r>
    </w:p>
    <w:p w14:paraId="33A8F79A" w14:textId="77777777" w:rsidR="005D44A4" w:rsidRPr="008A06FC" w:rsidRDefault="005D44A4" w:rsidP="005D44A4">
      <w:pPr>
        <w:pStyle w:val="Zoznamsodrkami"/>
        <w:rPr>
          <w:szCs w:val="24"/>
        </w:rPr>
      </w:pPr>
      <w:r w:rsidRPr="005D44A4">
        <w:rPr>
          <w:szCs w:val="24"/>
          <w:lang w:val="sk-SK"/>
        </w:rPr>
        <w:t>chránilo pred poškodením majetok materskej školy, hračky, učebné pomôcky, knihy, zariadenie triedy a školského dvora;</w:t>
      </w:r>
    </w:p>
    <w:p w14:paraId="742F90E1" w14:textId="77777777" w:rsidR="00B73268" w:rsidRPr="008A06FC" w:rsidRDefault="00B73268" w:rsidP="00B73268">
      <w:pPr>
        <w:pStyle w:val="Zoznamsodrkami"/>
        <w:rPr>
          <w:szCs w:val="24"/>
        </w:rPr>
      </w:pPr>
      <w:r w:rsidRPr="005D44A4">
        <w:rPr>
          <w:szCs w:val="24"/>
          <w:lang w:val="sk-SK"/>
        </w:rPr>
        <w:t>pravidelne sa zúčastňovalo na výchove a vzdelávaní, najmä ak plní povinné predprimárne vzdelávanie;</w:t>
      </w:r>
    </w:p>
    <w:p w14:paraId="5FD601F2" w14:textId="77777777" w:rsidR="00B73268" w:rsidRPr="008A06FC" w:rsidRDefault="005D44A4" w:rsidP="00B73268">
      <w:pPr>
        <w:pStyle w:val="Zoznamsodrkami"/>
        <w:rPr>
          <w:szCs w:val="24"/>
        </w:rPr>
      </w:pPr>
      <w:r w:rsidRPr="005D44A4">
        <w:rPr>
          <w:szCs w:val="24"/>
          <w:lang w:val="sk-SK"/>
        </w:rPr>
        <w:t>ctilo si ľudskú dôstojnosť ostatných detí a zamestnancov školy;</w:t>
      </w:r>
    </w:p>
    <w:p w14:paraId="301584A5" w14:textId="77777777" w:rsidR="00B73268" w:rsidRPr="008A06FC" w:rsidRDefault="005D44A4" w:rsidP="00B73268">
      <w:pPr>
        <w:pStyle w:val="Zoznamsodrkami"/>
        <w:rPr>
          <w:szCs w:val="24"/>
        </w:rPr>
      </w:pPr>
      <w:r w:rsidRPr="005D44A4">
        <w:rPr>
          <w:szCs w:val="24"/>
          <w:lang w:val="sk-SK"/>
        </w:rPr>
        <w:t>primerane svojim možnostiam dodržiavalo hygienické, sebaobslužné, stravovacie a spoločenské návyky;</w:t>
      </w:r>
    </w:p>
    <w:p w14:paraId="448E7EB7" w14:textId="77777777" w:rsidR="008A6C4A" w:rsidRPr="00F74900" w:rsidRDefault="005D44A4" w:rsidP="00B50815">
      <w:pPr>
        <w:pStyle w:val="Zoznamsodrkami"/>
        <w:rPr>
          <w:szCs w:val="24"/>
        </w:rPr>
      </w:pPr>
      <w:r w:rsidRPr="005D44A4">
        <w:rPr>
          <w:szCs w:val="24"/>
          <w:lang w:val="sk-SK"/>
        </w:rPr>
        <w:t>zapájalo sa do činností materskej školy podľa svojich schopností, možností a aktuálneho zdravotného stavu;</w:t>
      </w:r>
    </w:p>
    <w:p w14:paraId="098C1D2D" w14:textId="77777777" w:rsidR="00F74900" w:rsidRPr="00B50815" w:rsidRDefault="00F74900" w:rsidP="00F74900">
      <w:pPr>
        <w:pStyle w:val="Zoznamsodrkami"/>
        <w:numPr>
          <w:ilvl w:val="0"/>
          <w:numId w:val="0"/>
        </w:numPr>
        <w:ind w:left="360"/>
        <w:rPr>
          <w:szCs w:val="24"/>
        </w:rPr>
      </w:pPr>
    </w:p>
    <w:p w14:paraId="29A004FA" w14:textId="77777777" w:rsidR="00AF5909" w:rsidRPr="00765D47" w:rsidRDefault="00FA1DFF">
      <w:pPr>
        <w:pStyle w:val="Nadpis2"/>
        <w:spacing w:before="0"/>
        <w:rPr>
          <w:rFonts w:ascii="Arial" w:hAnsi="Arial" w:cs="Arial"/>
          <w:color w:val="0070C0"/>
          <w:sz w:val="24"/>
          <w:szCs w:val="24"/>
        </w:rPr>
      </w:pPr>
      <w:bookmarkStart w:id="6" w:name="_Toc238333702"/>
      <w:r w:rsidRPr="00765D47">
        <w:rPr>
          <w:rFonts w:ascii="Arial" w:eastAsia="Arial" w:hAnsi="Arial" w:cs="Arial"/>
          <w:color w:val="0070C0"/>
          <w:sz w:val="24"/>
        </w:rPr>
        <w:lastRenderedPageBreak/>
        <w:t>2.3 Práva a povinnosti zákonného zástupcu</w:t>
      </w:r>
      <w:bookmarkEnd w:id="6"/>
    </w:p>
    <w:p w14:paraId="7AEBC422" w14:textId="77777777" w:rsidR="00E64CA0" w:rsidRPr="008A06FC" w:rsidRDefault="00E64CA0" w:rsidP="00E64CA0">
      <w:pPr>
        <w:pStyle w:val="Normlnywebov"/>
      </w:pPr>
      <w:r w:rsidRPr="008A06FC">
        <w:t>Zákonný zástupca dieťaťa má v materskej škole práva vyplývajúce zo zákona č. 245/2008 Z. z. o výchove a vzdelávaní a z ďalších všeobecne záväzných právnych predpisov. Výkon týchto práv sa uskutočňuje v súlade s dobrými mravmi, so školským poriadkom, s organizáciou prevádzky materskej školy a s rešpektovaním práv ostatných detí, zákonných zástupcov a zamestnancov školy.</w:t>
      </w:r>
    </w:p>
    <w:p w14:paraId="41D039F9" w14:textId="77777777" w:rsidR="00E64CA0" w:rsidRPr="008A06FC" w:rsidRDefault="00E64CA0" w:rsidP="00E64CA0">
      <w:pPr>
        <w:pStyle w:val="Normlnywebov"/>
      </w:pPr>
      <w:r w:rsidRPr="008A06FC">
        <w:t xml:space="preserve">Zákonný zástupca má </w:t>
      </w:r>
      <w:r w:rsidRPr="008A06FC">
        <w:rPr>
          <w:b/>
          <w:bCs/>
        </w:rPr>
        <w:t>právo</w:t>
      </w:r>
      <w:r w:rsidRPr="008A06FC">
        <w:t xml:space="preserve"> :</w:t>
      </w:r>
    </w:p>
    <w:p w14:paraId="6C4CD567" w14:textId="77777777" w:rsidR="00E64CA0" w:rsidRPr="008A06FC" w:rsidRDefault="00E64CA0" w:rsidP="00E64CA0">
      <w:pPr>
        <w:pStyle w:val="Zoznamsodrkami"/>
        <w:rPr>
          <w:szCs w:val="24"/>
        </w:rPr>
      </w:pPr>
      <w:r w:rsidRPr="008A06FC">
        <w:rPr>
          <w:szCs w:val="24"/>
        </w:rPr>
        <w:t>vybrať pre svoje dieťa materskú školu, ktorá poskytuje predprimárne vzdelávanie zodpovedajúce schopnostiam, zdravotnému stavu, potrebám, záujmom, vierovyznaniu, svetonázoru, národnosti a etnickej príslušnosti dieťaťa, v súlade s možnosťami siete škôl a školských zariadení;</w:t>
      </w:r>
    </w:p>
    <w:p w14:paraId="5AA3C95A" w14:textId="77777777" w:rsidR="00E64CA0" w:rsidRPr="008A06FC" w:rsidRDefault="00E64CA0" w:rsidP="00E64CA0">
      <w:pPr>
        <w:pStyle w:val="Zoznamsodrkami"/>
        <w:rPr>
          <w:szCs w:val="24"/>
        </w:rPr>
      </w:pPr>
      <w:r w:rsidRPr="008A06FC">
        <w:rPr>
          <w:szCs w:val="24"/>
        </w:rPr>
        <w:t>oboznámiť sa so školským vzdelávacím programom materskej školy, školským poriadkom a ďalšími vnútornými dokumentmi školy, ktoré sa týkajú organizácie výchovy a vzdelávania, bezpečnosti, ochrany zdravia a práv dieťaťa;</w:t>
      </w:r>
    </w:p>
    <w:p w14:paraId="58706220" w14:textId="77777777" w:rsidR="00E64CA0" w:rsidRPr="008A06FC" w:rsidRDefault="00E64CA0" w:rsidP="00E64CA0">
      <w:pPr>
        <w:pStyle w:val="Zoznamsodrkami"/>
        <w:rPr>
          <w:szCs w:val="24"/>
        </w:rPr>
      </w:pPr>
      <w:r w:rsidRPr="008A06FC">
        <w:rPr>
          <w:szCs w:val="24"/>
        </w:rPr>
        <w:t>byť informovaný o výchovno-vzdelávacích výsledkoch svojho dieťaťa, jeho adaptácii, správaní, napredovaní, silných stránkach, potrebách podpory a o prípadných ťažkostiach v materskej škole;</w:t>
      </w:r>
    </w:p>
    <w:p w14:paraId="6A715D0F" w14:textId="77777777" w:rsidR="00E64CA0" w:rsidRPr="008A06FC" w:rsidRDefault="00E64CA0" w:rsidP="00E64CA0">
      <w:pPr>
        <w:pStyle w:val="Zoznamsodrkami"/>
        <w:rPr>
          <w:szCs w:val="24"/>
        </w:rPr>
      </w:pPr>
      <w:r w:rsidRPr="008A06FC">
        <w:rPr>
          <w:szCs w:val="24"/>
        </w:rPr>
        <w:t>požiadať o konzultáciu s triednou učiteľkou, riaditeľkou školy alebo iným príslušným zamestnancom školy v otázkach týkajúcich sa výchovy, vzdelávania, adaptácie, správania, zdravia alebo potrieb dieťaťa;</w:t>
      </w:r>
    </w:p>
    <w:p w14:paraId="1A0BF6D2" w14:textId="77777777" w:rsidR="00E64CA0" w:rsidRPr="008A06FC" w:rsidRDefault="00E64CA0" w:rsidP="00E64CA0">
      <w:pPr>
        <w:pStyle w:val="Zoznamsodrkami"/>
        <w:rPr>
          <w:szCs w:val="24"/>
        </w:rPr>
      </w:pPr>
      <w:r w:rsidRPr="008A06FC">
        <w:rPr>
          <w:szCs w:val="24"/>
        </w:rPr>
        <w:t>na poskytnutie poradenstva vo výchove a vzdelávaní dieťaťa, prípadne na odporúčanie spolupráce s príslušným zariadením poradenstva a prevencie alebo iným odborným pracoviskom;</w:t>
      </w:r>
    </w:p>
    <w:p w14:paraId="58089F1E" w14:textId="77777777" w:rsidR="00E64CA0" w:rsidRPr="008A06FC" w:rsidRDefault="00E64CA0" w:rsidP="00E64CA0">
      <w:pPr>
        <w:pStyle w:val="Zoznamsodrkami"/>
        <w:rPr>
          <w:szCs w:val="24"/>
        </w:rPr>
      </w:pPr>
      <w:r w:rsidRPr="008A06FC">
        <w:rPr>
          <w:szCs w:val="24"/>
        </w:rPr>
        <w:t>vyjadrovať sa k školskému vzdelávaciemu programu a k podstatným otázkam výchovy a vzdelávania prostredníctvom orgánov školskej samosprávy, najmä rady školy, alebo iným primeraným spôsobom určeným školou;</w:t>
      </w:r>
    </w:p>
    <w:p w14:paraId="5DCD3104" w14:textId="77777777" w:rsidR="00E64CA0" w:rsidRPr="008A06FC" w:rsidRDefault="00E64CA0" w:rsidP="00E64CA0">
      <w:pPr>
        <w:pStyle w:val="Zoznamsodrkami"/>
        <w:rPr>
          <w:szCs w:val="24"/>
        </w:rPr>
      </w:pPr>
      <w:r w:rsidRPr="008A06FC">
        <w:rPr>
          <w:szCs w:val="24"/>
        </w:rPr>
        <w:t>zúčastňovať sa na aktivitách materskej školy určených pre zákonných zástupcov, ak to umožňujú organizačné, bezpečnostné a prevádzkové podmienky školy a ak s tým súhlasí riaditeľka školy;</w:t>
      </w:r>
    </w:p>
    <w:p w14:paraId="23DE4E9B" w14:textId="77777777" w:rsidR="00E64CA0" w:rsidRPr="008A06FC" w:rsidRDefault="00E64CA0" w:rsidP="00E64CA0">
      <w:pPr>
        <w:pStyle w:val="Zoznamsodrkami"/>
        <w:rPr>
          <w:szCs w:val="24"/>
        </w:rPr>
      </w:pPr>
      <w:r w:rsidRPr="008A06FC">
        <w:rPr>
          <w:szCs w:val="24"/>
        </w:rPr>
        <w:t>byť informovaný o organizácii školského roka, prevádzke materskej školy, triednom zaradení dieťaťa, plánovaných aktivitách, podujatiach a dôležitých zmenách týkajúcich sa dochádzky dieťaťa;</w:t>
      </w:r>
    </w:p>
    <w:p w14:paraId="227A5638" w14:textId="77777777" w:rsidR="00E64CA0" w:rsidRPr="008A06FC" w:rsidRDefault="00E64CA0" w:rsidP="00E64CA0">
      <w:pPr>
        <w:pStyle w:val="Zoznamsodrkami"/>
        <w:rPr>
          <w:szCs w:val="24"/>
        </w:rPr>
      </w:pPr>
      <w:r w:rsidRPr="008A06FC">
        <w:rPr>
          <w:szCs w:val="24"/>
        </w:rPr>
        <w:t>podať žiadosť, návrh, podnet alebo sťažnosť týkajúcu sa výchovy a vzdelávania dieťaťa, pričom materská škola ju vybavuje vecne, primerane a v súlade s príslušnými právnymi predpismi;</w:t>
      </w:r>
    </w:p>
    <w:p w14:paraId="4A4A67E0" w14:textId="77777777" w:rsidR="00E64CA0" w:rsidRPr="008A06FC" w:rsidRDefault="00E64CA0" w:rsidP="00E64CA0">
      <w:pPr>
        <w:pStyle w:val="Zoznamsodrkami"/>
        <w:rPr>
          <w:szCs w:val="24"/>
        </w:rPr>
      </w:pPr>
      <w:r w:rsidRPr="008A06FC">
        <w:rPr>
          <w:szCs w:val="24"/>
        </w:rPr>
        <w:t xml:space="preserve">požiadať o prijatie dieťaťa na predprimárne vzdelávanie, o prijatie prestupom, o prerušenie dochádzky, o zanechanie vzdelávania alebo o predčasné skončenie </w:t>
      </w:r>
      <w:r w:rsidRPr="008A06FC">
        <w:rPr>
          <w:szCs w:val="24"/>
        </w:rPr>
        <w:lastRenderedPageBreak/>
        <w:t>predprimárneho vzdelávania, ak to právne predpisy umožňujú a nejde o dieťa plniace povinné predprimárne vzdelávanie;</w:t>
      </w:r>
    </w:p>
    <w:p w14:paraId="237FEBCC" w14:textId="77777777" w:rsidR="00E64CA0" w:rsidRPr="008A06FC" w:rsidRDefault="00E64CA0" w:rsidP="00E64CA0">
      <w:pPr>
        <w:pStyle w:val="Zoznamsodrkami"/>
        <w:rPr>
          <w:szCs w:val="24"/>
        </w:rPr>
      </w:pPr>
      <w:r w:rsidRPr="008A06FC">
        <w:rPr>
          <w:szCs w:val="24"/>
        </w:rPr>
        <w:t>požiadať o individuálne vzdelávanie dieťaťa za podmienok ustanovených školským zákonom, najmä ak ide o dieťa plniace povinné predprimárne vzdelávanie;</w:t>
      </w:r>
    </w:p>
    <w:p w14:paraId="7D85A867" w14:textId="77777777" w:rsidR="00E64CA0" w:rsidRPr="008A06FC" w:rsidRDefault="00E64CA0" w:rsidP="00E64CA0">
      <w:pPr>
        <w:pStyle w:val="Zoznamsodrkami"/>
        <w:rPr>
          <w:szCs w:val="24"/>
        </w:rPr>
      </w:pPr>
      <w:r w:rsidRPr="008A06FC">
        <w:rPr>
          <w:szCs w:val="24"/>
        </w:rPr>
        <w:t>byť informovaný o podmienkach poskytovania podporných opatrení a spolupracovať so školou pri ich nastavovaní, realizácii a vyhodnocovaní;</w:t>
      </w:r>
    </w:p>
    <w:p w14:paraId="0B9A7992" w14:textId="77777777" w:rsidR="00E64CA0" w:rsidRPr="008A06FC" w:rsidRDefault="00E64CA0" w:rsidP="00E64CA0">
      <w:pPr>
        <w:pStyle w:val="Zoznamsodrkami"/>
        <w:rPr>
          <w:szCs w:val="24"/>
        </w:rPr>
      </w:pPr>
      <w:r w:rsidRPr="008A06FC">
        <w:rPr>
          <w:szCs w:val="24"/>
        </w:rPr>
        <w:t>byť oboznámený s opatreniami školy prijatými na zaistenie bezpečnosti a ochrany zdravia detí, ochrany pred sociálno-patologickými javmi, diskrimináciou, segregáciou, násilím a šikanovaním;</w:t>
      </w:r>
    </w:p>
    <w:p w14:paraId="40369D25" w14:textId="77777777" w:rsidR="00E64CA0" w:rsidRPr="008A06FC" w:rsidRDefault="00E64CA0" w:rsidP="00E64CA0">
      <w:pPr>
        <w:pStyle w:val="Zoznamsodrkami"/>
        <w:rPr>
          <w:szCs w:val="24"/>
        </w:rPr>
      </w:pPr>
      <w:r w:rsidRPr="008A06FC">
        <w:rPr>
          <w:szCs w:val="24"/>
        </w:rPr>
        <w:t>poveriť písomne inú osobu na preberanie dieťaťa z materskej školy v súlade s pravidlami určenými školským poriadkom;</w:t>
      </w:r>
    </w:p>
    <w:p w14:paraId="0A377CBF" w14:textId="77777777" w:rsidR="00E64CA0" w:rsidRPr="008A06FC" w:rsidRDefault="00E64CA0" w:rsidP="00E64CA0">
      <w:pPr>
        <w:pStyle w:val="Zoznamsodrkami"/>
        <w:rPr>
          <w:szCs w:val="24"/>
        </w:rPr>
      </w:pPr>
      <w:r w:rsidRPr="008A06FC">
        <w:rPr>
          <w:szCs w:val="24"/>
        </w:rPr>
        <w:t>na ochranu osobných údajov dieťaťa a zákonného zástupcu v súlade s osobitnými právnymi predpismi;</w:t>
      </w:r>
    </w:p>
    <w:p w14:paraId="0DB958DF" w14:textId="77777777" w:rsidR="00634228" w:rsidRDefault="00E64CA0" w:rsidP="00E731D0">
      <w:pPr>
        <w:pStyle w:val="Zoznamsodrkami"/>
        <w:rPr>
          <w:szCs w:val="24"/>
        </w:rPr>
      </w:pPr>
      <w:r w:rsidRPr="008A06FC">
        <w:rPr>
          <w:szCs w:val="24"/>
        </w:rPr>
        <w:t>na korektnú, vecnú a rešpektujúcu komunikáciu zo strany pedagogických, odborných a ostatných zamestnancov materskej školy.</w:t>
      </w:r>
    </w:p>
    <w:p w14:paraId="1A93204E" w14:textId="77777777" w:rsidR="00B50815" w:rsidRPr="00E731D0" w:rsidRDefault="00B50815" w:rsidP="00B50815">
      <w:pPr>
        <w:pStyle w:val="Zoznamsodrkami"/>
        <w:numPr>
          <w:ilvl w:val="0"/>
          <w:numId w:val="0"/>
        </w:numPr>
        <w:spacing w:after="0" w:line="240" w:lineRule="auto"/>
        <w:ind w:left="360"/>
        <w:rPr>
          <w:szCs w:val="24"/>
        </w:rPr>
      </w:pPr>
    </w:p>
    <w:p w14:paraId="194B1A25" w14:textId="77777777" w:rsidR="00634228" w:rsidRPr="00765D47" w:rsidRDefault="0019022A" w:rsidP="00634228">
      <w:pPr>
        <w:pStyle w:val="Nadpis2"/>
        <w:spacing w:before="0"/>
        <w:rPr>
          <w:rFonts w:ascii="Arial" w:hAnsi="Arial" w:cs="Arial"/>
          <w:color w:val="0070C0"/>
          <w:sz w:val="24"/>
          <w:szCs w:val="24"/>
          <w:lang w:val="sk-SK"/>
        </w:rPr>
      </w:pPr>
      <w:bookmarkStart w:id="7" w:name="_Toc238333703"/>
      <w:r w:rsidRPr="00765D47">
        <w:rPr>
          <w:rFonts w:ascii="Arial" w:eastAsia="Arial" w:hAnsi="Arial" w:cs="Arial"/>
          <w:color w:val="0070C0"/>
          <w:sz w:val="24"/>
        </w:rPr>
        <w:t>2.4 Povinnosti vo vzťahu k výchove a vzdelávaniu dieťaťa</w:t>
      </w:r>
      <w:bookmarkEnd w:id="7"/>
    </w:p>
    <w:p w14:paraId="7136ADB1" w14:textId="77777777" w:rsidR="00B50815" w:rsidRPr="00634228" w:rsidRDefault="00B50815" w:rsidP="00634228">
      <w:pPr>
        <w:pStyle w:val="Zoznamsodrkami"/>
        <w:numPr>
          <w:ilvl w:val="0"/>
          <w:numId w:val="0"/>
        </w:numPr>
        <w:spacing w:after="0" w:line="240" w:lineRule="auto"/>
        <w:rPr>
          <w:szCs w:val="24"/>
          <w:lang w:val="sk-SK"/>
        </w:rPr>
      </w:pPr>
    </w:p>
    <w:p w14:paraId="59B25E9A" w14:textId="77777777" w:rsidR="00634228" w:rsidRPr="00634228" w:rsidRDefault="00634228" w:rsidP="008607EE">
      <w:pPr>
        <w:pStyle w:val="Zoznamsodrkami"/>
        <w:numPr>
          <w:ilvl w:val="0"/>
          <w:numId w:val="0"/>
        </w:numPr>
        <w:ind w:left="360" w:hanging="360"/>
        <w:rPr>
          <w:szCs w:val="24"/>
          <w:lang w:val="sk-SK"/>
        </w:rPr>
      </w:pPr>
      <w:r w:rsidRPr="00634228">
        <w:rPr>
          <w:szCs w:val="24"/>
          <w:lang w:val="sk-SK"/>
        </w:rPr>
        <w:t>Zákonný zástupca je povinný najmä:</w:t>
      </w:r>
    </w:p>
    <w:p w14:paraId="2AE42B2A" w14:textId="05F9FB58" w:rsidR="00634228" w:rsidRPr="00634228" w:rsidRDefault="00634228" w:rsidP="00D55664">
      <w:pPr>
        <w:pStyle w:val="Zoznamsodrkami"/>
        <w:numPr>
          <w:ilvl w:val="0"/>
          <w:numId w:val="142"/>
        </w:numPr>
        <w:ind w:left="284" w:hanging="284"/>
        <w:rPr>
          <w:szCs w:val="24"/>
          <w:lang w:val="sk-SK"/>
        </w:rPr>
      </w:pPr>
      <w:r w:rsidRPr="00634228">
        <w:rPr>
          <w:szCs w:val="24"/>
          <w:lang w:val="sk-SK"/>
        </w:rPr>
        <w:t>vytvoriť dieťaťu vhodné podmienky na pravidelnú účasť na výchove a vzdelávaní v materskej škole;</w:t>
      </w:r>
    </w:p>
    <w:p w14:paraId="0E58AF58" w14:textId="77777777" w:rsidR="00634228" w:rsidRPr="00634228" w:rsidRDefault="00634228" w:rsidP="00634228">
      <w:pPr>
        <w:pStyle w:val="Zoznamsodrkami"/>
        <w:rPr>
          <w:szCs w:val="24"/>
          <w:lang w:val="sk-SK"/>
        </w:rPr>
      </w:pPr>
      <w:r w:rsidRPr="00634228">
        <w:rPr>
          <w:szCs w:val="24"/>
          <w:lang w:val="sk-SK"/>
        </w:rPr>
        <w:t>podporovať dieťa pri adaptácii na prostredie materskej školy;</w:t>
      </w:r>
    </w:p>
    <w:p w14:paraId="7B4B8893" w14:textId="77777777" w:rsidR="00634228" w:rsidRPr="00634228" w:rsidRDefault="00634228" w:rsidP="00634228">
      <w:pPr>
        <w:pStyle w:val="Zoznamsodrkami"/>
        <w:rPr>
          <w:szCs w:val="24"/>
          <w:lang w:val="sk-SK"/>
        </w:rPr>
      </w:pPr>
      <w:r w:rsidRPr="00634228">
        <w:rPr>
          <w:szCs w:val="24"/>
          <w:lang w:val="sk-SK"/>
        </w:rPr>
        <w:t>viesť dieťa k dodržiavaniu základných hygienických, sebaobslužných, spoločenských a bezpečnostných návykov primerane jeho veku;</w:t>
      </w:r>
    </w:p>
    <w:p w14:paraId="1BC365CB" w14:textId="77777777" w:rsidR="00634228" w:rsidRPr="008A06FC" w:rsidRDefault="00634228" w:rsidP="00634228">
      <w:pPr>
        <w:pStyle w:val="Zoznamsodrkami"/>
        <w:rPr>
          <w:szCs w:val="24"/>
          <w:lang w:val="sk-SK"/>
        </w:rPr>
      </w:pPr>
      <w:r w:rsidRPr="00634228">
        <w:rPr>
          <w:szCs w:val="24"/>
          <w:lang w:val="sk-SK"/>
        </w:rPr>
        <w:t>rešpektovať organizáciu výchovno-vzdelávacieho procesu určenú školským poriadkom;</w:t>
      </w:r>
    </w:p>
    <w:p w14:paraId="3224CFEC" w14:textId="77777777" w:rsidR="001B445D" w:rsidRPr="008A06FC" w:rsidRDefault="001B445D" w:rsidP="001B445D">
      <w:pPr>
        <w:pStyle w:val="Zoznamsodrkami"/>
        <w:rPr>
          <w:szCs w:val="24"/>
          <w:lang w:eastAsia="sk-SK"/>
        </w:rPr>
      </w:pPr>
      <w:r w:rsidRPr="008A06FC">
        <w:rPr>
          <w:szCs w:val="24"/>
          <w:lang w:eastAsia="sk-SK"/>
        </w:rPr>
        <w:t>poskytovať súčinnosť pri riešení prejavov rizikového správania svojho dieťaťa v škole, ktoré môžu ohroziť bezpečnosť a zdravie;</w:t>
      </w:r>
    </w:p>
    <w:p w14:paraId="49496CE5" w14:textId="77777777" w:rsidR="001B445D" w:rsidRPr="00634228" w:rsidRDefault="001B445D" w:rsidP="001B445D">
      <w:pPr>
        <w:pStyle w:val="Zoznamsodrkami"/>
        <w:rPr>
          <w:szCs w:val="24"/>
          <w:lang w:eastAsia="sk-SK"/>
        </w:rPr>
      </w:pPr>
      <w:r w:rsidRPr="008A06FC">
        <w:rPr>
          <w:szCs w:val="24"/>
          <w:lang w:eastAsia="sk-SK"/>
        </w:rPr>
        <w:t>všetky veci súvisiace s poskytovaním predprimárneho vzdelávania jeho dieťaťu riešiť interne, v materskej škole s učiteľkami, ktoré pracujú v triede, v ktorej je zaradené jeho dieťa po predchádzajúcom prerokovaní pedagogickou radou, a podľa potreby s riaditeľkou;</w:t>
      </w:r>
    </w:p>
    <w:p w14:paraId="20E37711" w14:textId="77777777" w:rsidR="001B445D" w:rsidRPr="00634228" w:rsidRDefault="001B445D" w:rsidP="001B445D">
      <w:pPr>
        <w:pStyle w:val="Zoznamsodrkami"/>
        <w:rPr>
          <w:szCs w:val="24"/>
          <w:lang w:eastAsia="sk-SK"/>
        </w:rPr>
      </w:pPr>
      <w:r w:rsidRPr="008A06FC">
        <w:rPr>
          <w:szCs w:val="24"/>
          <w:lang w:eastAsia="sk-SK"/>
        </w:rPr>
        <w:t>zdržať sa znevažujúcich vyjadrení, statusov a komentárov na sociálnych sieťach týkajúcich sa pedagogickej činnosti MŠ a riadenia MŠ;</w:t>
      </w:r>
    </w:p>
    <w:p w14:paraId="515B93E7" w14:textId="77777777" w:rsidR="00634228" w:rsidRPr="00634228" w:rsidRDefault="00634228" w:rsidP="00634228">
      <w:pPr>
        <w:pStyle w:val="Zoznamsodrkami"/>
        <w:rPr>
          <w:szCs w:val="24"/>
          <w:lang w:val="sk-SK"/>
        </w:rPr>
      </w:pPr>
      <w:r w:rsidRPr="00634228">
        <w:rPr>
          <w:szCs w:val="24"/>
          <w:lang w:val="sk-SK"/>
        </w:rPr>
        <w:t>zabezpečiť, aby dieťa prichádzalo do materskej školy včas, čisté, primerane upravené, vhodne oblečené a obuté podľa počasia a plánovaných činností;</w:t>
      </w:r>
    </w:p>
    <w:p w14:paraId="4145DEC2" w14:textId="77777777" w:rsidR="00634228" w:rsidRPr="00634228" w:rsidRDefault="00634228" w:rsidP="00634228">
      <w:pPr>
        <w:pStyle w:val="Zoznamsodrkami"/>
        <w:rPr>
          <w:szCs w:val="24"/>
          <w:lang w:val="sk-SK"/>
        </w:rPr>
      </w:pPr>
      <w:r w:rsidRPr="00634228">
        <w:rPr>
          <w:szCs w:val="24"/>
          <w:lang w:val="sk-SK"/>
        </w:rPr>
        <w:t>zabezpečiť dieťaťu náhradné oblečenie, obuv a ďalšie osobné veci podľa pokynov materskej školy;</w:t>
      </w:r>
    </w:p>
    <w:p w14:paraId="307F8A26" w14:textId="77777777" w:rsidR="00634228" w:rsidRDefault="00634228" w:rsidP="00634228">
      <w:pPr>
        <w:pStyle w:val="Zoznamsodrkami"/>
        <w:rPr>
          <w:szCs w:val="24"/>
          <w:lang w:val="sk-SK"/>
        </w:rPr>
      </w:pPr>
      <w:r w:rsidRPr="00634228">
        <w:rPr>
          <w:szCs w:val="24"/>
          <w:lang w:val="sk-SK"/>
        </w:rPr>
        <w:lastRenderedPageBreak/>
        <w:t>zabezpečiť, aby dieťa nenosilo do materskej školy predmety, ktoré by mohli ohroziť jeho bezpečnosť alebo bezpečnosť iných detí.</w:t>
      </w:r>
    </w:p>
    <w:p w14:paraId="27E3AD32" w14:textId="77777777" w:rsidR="00B50815" w:rsidRPr="00634228" w:rsidRDefault="00B50815" w:rsidP="00B50815">
      <w:pPr>
        <w:pStyle w:val="Zoznamsodrkami"/>
        <w:numPr>
          <w:ilvl w:val="0"/>
          <w:numId w:val="0"/>
        </w:numPr>
        <w:spacing w:after="0" w:line="240" w:lineRule="auto"/>
        <w:ind w:left="360"/>
        <w:rPr>
          <w:szCs w:val="24"/>
          <w:lang w:val="sk-SK"/>
        </w:rPr>
      </w:pPr>
    </w:p>
    <w:p w14:paraId="64782563" w14:textId="77777777" w:rsidR="00634228" w:rsidRPr="00765D47" w:rsidRDefault="00634228" w:rsidP="00634228">
      <w:pPr>
        <w:pStyle w:val="Nadpis2"/>
        <w:spacing w:before="0"/>
        <w:rPr>
          <w:rFonts w:ascii="Arial" w:hAnsi="Arial" w:cs="Arial"/>
          <w:color w:val="0070C0"/>
          <w:sz w:val="24"/>
          <w:szCs w:val="24"/>
          <w:lang w:val="sk-SK"/>
        </w:rPr>
      </w:pPr>
      <w:bookmarkStart w:id="8" w:name="_Toc238333704"/>
      <w:r w:rsidRPr="00765D47">
        <w:rPr>
          <w:rFonts w:ascii="Arial" w:eastAsia="Arial" w:hAnsi="Arial" w:cs="Arial"/>
          <w:color w:val="0070C0"/>
          <w:sz w:val="24"/>
        </w:rPr>
        <w:t>2.5 Povinnosti pri dochádzke dieťaťa</w:t>
      </w:r>
      <w:bookmarkEnd w:id="8"/>
    </w:p>
    <w:p w14:paraId="703F3914" w14:textId="77777777" w:rsidR="00B50815" w:rsidRPr="00634228" w:rsidRDefault="00B50815" w:rsidP="00634228">
      <w:pPr>
        <w:pStyle w:val="Zoznamsodrkami"/>
        <w:numPr>
          <w:ilvl w:val="0"/>
          <w:numId w:val="0"/>
        </w:numPr>
        <w:spacing w:after="0" w:line="240" w:lineRule="auto"/>
        <w:rPr>
          <w:b/>
          <w:bCs/>
          <w:color w:val="0070C0"/>
          <w:szCs w:val="24"/>
          <w:lang w:val="sk-SK"/>
        </w:rPr>
      </w:pPr>
    </w:p>
    <w:p w14:paraId="447DA69B" w14:textId="77777777" w:rsidR="00634228" w:rsidRPr="00634228" w:rsidRDefault="00634228" w:rsidP="008607EE">
      <w:pPr>
        <w:pStyle w:val="Zoznamsodrkami"/>
        <w:numPr>
          <w:ilvl w:val="0"/>
          <w:numId w:val="0"/>
        </w:numPr>
        <w:ind w:left="360" w:hanging="360"/>
        <w:rPr>
          <w:szCs w:val="24"/>
          <w:lang w:val="sk-SK"/>
        </w:rPr>
      </w:pPr>
      <w:r w:rsidRPr="00634228">
        <w:rPr>
          <w:szCs w:val="24"/>
          <w:lang w:val="sk-SK"/>
        </w:rPr>
        <w:t>Zákonný zástupca je povinný:</w:t>
      </w:r>
    </w:p>
    <w:p w14:paraId="236D6958" w14:textId="77777777" w:rsidR="00634228" w:rsidRPr="00634228" w:rsidRDefault="00634228" w:rsidP="00634228">
      <w:pPr>
        <w:pStyle w:val="Zoznamsodrkami"/>
        <w:rPr>
          <w:szCs w:val="24"/>
          <w:lang w:val="sk-SK"/>
        </w:rPr>
      </w:pPr>
      <w:r w:rsidRPr="00634228">
        <w:rPr>
          <w:szCs w:val="24"/>
          <w:lang w:val="sk-SK"/>
        </w:rPr>
        <w:t>dbať na pravidelnú a včasnú dochádzku dieťaťa do materskej školy;</w:t>
      </w:r>
    </w:p>
    <w:p w14:paraId="376F1110" w14:textId="77777777" w:rsidR="00634228" w:rsidRPr="00634228" w:rsidRDefault="00634228" w:rsidP="00634228">
      <w:pPr>
        <w:pStyle w:val="Zoznamsodrkami"/>
        <w:rPr>
          <w:szCs w:val="24"/>
          <w:lang w:val="sk-SK"/>
        </w:rPr>
      </w:pPr>
      <w:r w:rsidRPr="00634228">
        <w:rPr>
          <w:szCs w:val="24"/>
          <w:lang w:val="sk-SK"/>
        </w:rPr>
        <w:t>osobitne dbať na pravidelné plnenie povinného predprimárneho vzdelávania, ak ide o dieťa, pre ktoré je predprimárne vzdelávanie povinné;</w:t>
      </w:r>
    </w:p>
    <w:p w14:paraId="3AEE6037" w14:textId="77777777" w:rsidR="00634228" w:rsidRPr="00634228" w:rsidRDefault="00634228" w:rsidP="00634228">
      <w:pPr>
        <w:pStyle w:val="Zoznamsodrkami"/>
        <w:rPr>
          <w:szCs w:val="24"/>
          <w:lang w:val="sk-SK"/>
        </w:rPr>
      </w:pPr>
      <w:r w:rsidRPr="00634228">
        <w:rPr>
          <w:szCs w:val="24"/>
          <w:lang w:val="sk-SK"/>
        </w:rPr>
        <w:t>oznámiť materskej škole dôvod neprítomnosti dieťaťa bez zbytočného odkladu;</w:t>
      </w:r>
    </w:p>
    <w:p w14:paraId="65EDE9CE" w14:textId="77777777" w:rsidR="00634228" w:rsidRPr="00634228" w:rsidRDefault="00634228" w:rsidP="00634228">
      <w:pPr>
        <w:pStyle w:val="Zoznamsodrkami"/>
        <w:rPr>
          <w:szCs w:val="24"/>
          <w:lang w:val="sk-SK"/>
        </w:rPr>
      </w:pPr>
      <w:r w:rsidRPr="00634228">
        <w:rPr>
          <w:szCs w:val="24"/>
          <w:lang w:val="sk-SK"/>
        </w:rPr>
        <w:t>ospravedlňovať neprítomnosť dieťaťa spôsobom určeným školským poriadkom;</w:t>
      </w:r>
    </w:p>
    <w:p w14:paraId="732F7D24" w14:textId="77777777" w:rsidR="00634228" w:rsidRPr="00634228" w:rsidRDefault="00634228" w:rsidP="00634228">
      <w:pPr>
        <w:pStyle w:val="Zoznamsodrkami"/>
        <w:rPr>
          <w:szCs w:val="24"/>
          <w:lang w:val="sk-SK"/>
        </w:rPr>
      </w:pPr>
      <w:r w:rsidRPr="00634228">
        <w:rPr>
          <w:szCs w:val="24"/>
          <w:lang w:val="sk-SK"/>
        </w:rPr>
        <w:t>predkladať doklady preukazujúce dôvod neprítomnosti dieťaťa v rozsahu a lehote určenej školským poriadkom;</w:t>
      </w:r>
    </w:p>
    <w:p w14:paraId="7FE0D133" w14:textId="77777777" w:rsidR="00634228" w:rsidRPr="00634228" w:rsidRDefault="00634228" w:rsidP="00634228">
      <w:pPr>
        <w:pStyle w:val="Zoznamsodrkami"/>
        <w:rPr>
          <w:szCs w:val="24"/>
          <w:lang w:val="sk-SK"/>
        </w:rPr>
      </w:pPr>
      <w:r w:rsidRPr="00634228">
        <w:rPr>
          <w:szCs w:val="24"/>
          <w:lang w:val="sk-SK"/>
        </w:rPr>
        <w:t>pri neprítomnosti dieťaťa z dôvodu ochorenia postupovať podľa pravidiel ustanovených školským zákonom a školským poriadkom;</w:t>
      </w:r>
    </w:p>
    <w:p w14:paraId="6EC68CEF" w14:textId="77777777" w:rsidR="00634228" w:rsidRPr="00634228" w:rsidRDefault="00634228" w:rsidP="00634228">
      <w:pPr>
        <w:pStyle w:val="Zoznamsodrkami"/>
        <w:rPr>
          <w:szCs w:val="24"/>
          <w:lang w:val="sk-SK"/>
        </w:rPr>
      </w:pPr>
      <w:r w:rsidRPr="00634228">
        <w:rPr>
          <w:szCs w:val="24"/>
          <w:lang w:val="sk-SK"/>
        </w:rPr>
        <w:t>rešpektovať, že pri dieťati plniacom povinné predprimárne vzdelávanie môže materská škola vyžadovať potvrdenie od lekára, ak sú splnené podmienky ustanovené školským zákonom;</w:t>
      </w:r>
    </w:p>
    <w:p w14:paraId="52198CF5" w14:textId="77777777" w:rsidR="00634228" w:rsidRDefault="00634228" w:rsidP="00634228">
      <w:pPr>
        <w:pStyle w:val="Zoznamsodrkami"/>
        <w:rPr>
          <w:szCs w:val="24"/>
          <w:lang w:val="sk-SK"/>
        </w:rPr>
      </w:pPr>
      <w:r w:rsidRPr="00634228">
        <w:rPr>
          <w:szCs w:val="24"/>
          <w:lang w:val="sk-SK"/>
        </w:rPr>
        <w:t>v odôvodnených prípadoch predložiť lekárske potvrdenie alebo iný doklad potvrdzujúci dôvod neprítomnosti, ak si ho materská škola vyžiada.</w:t>
      </w:r>
    </w:p>
    <w:p w14:paraId="39416EA4" w14:textId="77777777" w:rsidR="00B50815" w:rsidRPr="00634228" w:rsidRDefault="00B50815" w:rsidP="00B50815">
      <w:pPr>
        <w:pStyle w:val="Zoznamsodrkami"/>
        <w:numPr>
          <w:ilvl w:val="0"/>
          <w:numId w:val="0"/>
        </w:numPr>
        <w:spacing w:after="0" w:line="240" w:lineRule="auto"/>
        <w:ind w:left="360"/>
        <w:rPr>
          <w:szCs w:val="24"/>
          <w:lang w:val="sk-SK"/>
        </w:rPr>
      </w:pPr>
    </w:p>
    <w:p w14:paraId="1E3E690A" w14:textId="77777777" w:rsidR="00634228" w:rsidRPr="00765D47" w:rsidRDefault="00DC1A67" w:rsidP="00634228">
      <w:pPr>
        <w:pStyle w:val="Nadpis2"/>
        <w:spacing w:before="0"/>
        <w:rPr>
          <w:rFonts w:ascii="Arial" w:hAnsi="Arial" w:cs="Arial"/>
          <w:color w:val="0070C0"/>
          <w:sz w:val="24"/>
          <w:szCs w:val="24"/>
          <w:lang w:val="sk-SK"/>
        </w:rPr>
      </w:pPr>
      <w:bookmarkStart w:id="9" w:name="_Toc238333705"/>
      <w:r w:rsidRPr="00765D47">
        <w:rPr>
          <w:rFonts w:ascii="Arial" w:eastAsia="Arial" w:hAnsi="Arial" w:cs="Arial"/>
          <w:color w:val="0070C0"/>
          <w:sz w:val="24"/>
        </w:rPr>
        <w:t>2.6 Povinnosti pri informovaní školy</w:t>
      </w:r>
      <w:bookmarkEnd w:id="9"/>
    </w:p>
    <w:p w14:paraId="5B5067D8" w14:textId="77777777" w:rsidR="00B50815" w:rsidRPr="00634228" w:rsidRDefault="00B50815" w:rsidP="00634228">
      <w:pPr>
        <w:pStyle w:val="Zoznamsodrkami"/>
        <w:numPr>
          <w:ilvl w:val="0"/>
          <w:numId w:val="0"/>
        </w:numPr>
        <w:spacing w:after="0" w:line="240" w:lineRule="auto"/>
        <w:rPr>
          <w:b/>
          <w:bCs/>
          <w:color w:val="0070C0"/>
          <w:szCs w:val="24"/>
          <w:lang w:val="sk-SK"/>
        </w:rPr>
      </w:pPr>
    </w:p>
    <w:p w14:paraId="36ACA0B0" w14:textId="77777777" w:rsidR="00CB14D1" w:rsidRPr="008A06FC" w:rsidRDefault="00634228" w:rsidP="00CB14D1">
      <w:pPr>
        <w:pStyle w:val="Zoznamsodrkami"/>
        <w:numPr>
          <w:ilvl w:val="0"/>
          <w:numId w:val="0"/>
        </w:numPr>
        <w:ind w:left="360" w:hanging="360"/>
        <w:rPr>
          <w:szCs w:val="24"/>
          <w:lang w:val="sk-SK"/>
        </w:rPr>
      </w:pPr>
      <w:r w:rsidRPr="00634228">
        <w:rPr>
          <w:szCs w:val="24"/>
          <w:lang w:val="sk-SK"/>
        </w:rPr>
        <w:t>Zákonný zástupca je povinný bezodkladne informovať materskú školu najmä o:</w:t>
      </w:r>
    </w:p>
    <w:p w14:paraId="179D43E6" w14:textId="6FB9580D" w:rsidR="00634228" w:rsidRPr="00634228" w:rsidRDefault="00634228" w:rsidP="00CB14D1">
      <w:pPr>
        <w:pStyle w:val="Zoznamsodrkami"/>
        <w:numPr>
          <w:ilvl w:val="0"/>
          <w:numId w:val="28"/>
        </w:numPr>
        <w:ind w:left="284" w:hanging="284"/>
        <w:rPr>
          <w:szCs w:val="24"/>
          <w:lang w:val="sk-SK"/>
        </w:rPr>
      </w:pPr>
      <w:r w:rsidRPr="00634228">
        <w:rPr>
          <w:szCs w:val="24"/>
          <w:lang w:val="sk-SK"/>
        </w:rPr>
        <w:t>zmene zdravotnej spôsobilosti dieťaťa</w:t>
      </w:r>
      <w:r w:rsidR="00CB14D1" w:rsidRPr="008A06FC">
        <w:rPr>
          <w:szCs w:val="24"/>
          <w:lang w:val="sk-SK"/>
        </w:rPr>
        <w:t xml:space="preserve"> </w:t>
      </w:r>
      <w:r w:rsidR="00CB14D1" w:rsidRPr="008A06FC">
        <w:rPr>
          <w:color w:val="000000"/>
          <w:szCs w:val="24"/>
          <w:lang w:eastAsia="sk-SK"/>
        </w:rPr>
        <w:t>jeho dieťaťa, jeho zdravotných problémoch alebo iných závažných skutočnostiach, ktoré by mohli mať vplyv na priebeh výchovy a vzdelávania. Ak zákonní zástupcovia nebudú materskú školu informovať o zmenách v zdravotnom stave dieťaťa alebo o iných závažných skutočnostiach, ktoré by mohli mať vplyv na priebeh výchovy a vzdelávania dieťaťa, po predchádzajúcom písomnom upozornení zákonného zástupcu, materská škola pristúpi k vydaniu rozhodnutia o prerušení dochádzky dieťaťa do materskej školy z podnetu riaditeľky materskej školy alebo o predčasnom skončení predprimárneho vzdelávania, ak nejde o povinné predprimárne vzdelávanie z dôvodu, že materská škola nie je schopná, vzhľadom na svoje podmienky (personálne, priestorové, ale napr. aj materiálno-technické), poskytnúť dieťaťu výchovu a vzdelávanie primeranú druhu a stupňu jeho zdravotného znevýhodnenia;</w:t>
      </w:r>
    </w:p>
    <w:p w14:paraId="07429EBB" w14:textId="77777777" w:rsidR="00634228" w:rsidRPr="008A06FC" w:rsidRDefault="00634228" w:rsidP="00634228">
      <w:pPr>
        <w:pStyle w:val="Zoznamsodrkami"/>
        <w:rPr>
          <w:szCs w:val="24"/>
          <w:lang w:val="sk-SK"/>
        </w:rPr>
      </w:pPr>
      <w:r w:rsidRPr="00634228">
        <w:rPr>
          <w:szCs w:val="24"/>
          <w:lang w:val="sk-SK"/>
        </w:rPr>
        <w:t>zdravotných problémoch dieťaťa, ktoré môžu mať vplyv na jeho pobyt v materskej škole;</w:t>
      </w:r>
    </w:p>
    <w:p w14:paraId="21D02D0C" w14:textId="77777777" w:rsidR="00CB14D1" w:rsidRPr="00634228" w:rsidRDefault="00CB14D1" w:rsidP="00CB14D1">
      <w:pPr>
        <w:pStyle w:val="Zoznamsodrkami"/>
        <w:rPr>
          <w:szCs w:val="24"/>
          <w:lang w:val="sk-SK"/>
        </w:rPr>
      </w:pPr>
      <w:r w:rsidRPr="00634228">
        <w:rPr>
          <w:szCs w:val="24"/>
          <w:lang w:val="sk-SK"/>
        </w:rPr>
        <w:lastRenderedPageBreak/>
        <w:t>zmenách v správaní dieťaťa alebo o iných okolnostiach, ktoré môžu ovplyvniť priebeh výchovy a vzdelávania;</w:t>
      </w:r>
    </w:p>
    <w:p w14:paraId="4A5CF947" w14:textId="77777777" w:rsidR="00634228" w:rsidRPr="00634228" w:rsidRDefault="00634228" w:rsidP="00634228">
      <w:pPr>
        <w:pStyle w:val="Zoznamsodrkami"/>
        <w:rPr>
          <w:szCs w:val="24"/>
          <w:lang w:val="sk-SK"/>
        </w:rPr>
      </w:pPr>
      <w:r w:rsidRPr="00634228">
        <w:rPr>
          <w:szCs w:val="24"/>
          <w:lang w:val="sk-SK"/>
        </w:rPr>
        <w:t>alergiách, diétnych obmedzeniach, užívaní liekov alebo iných závažných zdravotných skutočnostiach;</w:t>
      </w:r>
    </w:p>
    <w:p w14:paraId="6BD4036A" w14:textId="77777777" w:rsidR="00634228" w:rsidRPr="00634228" w:rsidRDefault="00634228" w:rsidP="00634228">
      <w:pPr>
        <w:pStyle w:val="Zoznamsodrkami"/>
        <w:rPr>
          <w:szCs w:val="24"/>
          <w:lang w:val="sk-SK"/>
        </w:rPr>
      </w:pPr>
      <w:r w:rsidRPr="00634228">
        <w:rPr>
          <w:szCs w:val="24"/>
          <w:lang w:val="sk-SK"/>
        </w:rPr>
        <w:t>infekčnom alebo prenosnom ochorení dieťaťa alebo osôb v domácnosti, ak môže mať vplyv na kolektív detí;</w:t>
      </w:r>
    </w:p>
    <w:p w14:paraId="3F93E58E" w14:textId="77777777" w:rsidR="00634228" w:rsidRPr="00634228" w:rsidRDefault="00634228" w:rsidP="00634228">
      <w:pPr>
        <w:pStyle w:val="Zoznamsodrkami"/>
        <w:rPr>
          <w:szCs w:val="24"/>
          <w:lang w:val="sk-SK"/>
        </w:rPr>
      </w:pPr>
      <w:r w:rsidRPr="00634228">
        <w:rPr>
          <w:szCs w:val="24"/>
          <w:lang w:val="sk-SK"/>
        </w:rPr>
        <w:t>zmene bydliska, telefónneho čísla, e-mailovej adresy, zdravotnej poisťovne alebo iných údajov potrebných na riadnu evidenciu dieťaťa;</w:t>
      </w:r>
    </w:p>
    <w:p w14:paraId="27DA4FBB" w14:textId="77777777" w:rsidR="00634228" w:rsidRPr="00634228" w:rsidRDefault="00634228" w:rsidP="00634228">
      <w:pPr>
        <w:pStyle w:val="Zoznamsodrkami"/>
        <w:rPr>
          <w:szCs w:val="24"/>
          <w:lang w:val="sk-SK"/>
        </w:rPr>
      </w:pPr>
      <w:r w:rsidRPr="00634228">
        <w:rPr>
          <w:szCs w:val="24"/>
          <w:lang w:val="sk-SK"/>
        </w:rPr>
        <w:t>zmene osôb oprávnených preberať dieťa z materskej školy;</w:t>
      </w:r>
    </w:p>
    <w:p w14:paraId="7D3175EC" w14:textId="77777777" w:rsidR="00CB14D1" w:rsidRDefault="00634228" w:rsidP="00E20D07">
      <w:pPr>
        <w:pStyle w:val="Zoznamsodrkami"/>
        <w:rPr>
          <w:szCs w:val="24"/>
          <w:lang w:val="sk-SK"/>
        </w:rPr>
      </w:pPr>
      <w:r w:rsidRPr="00634228">
        <w:rPr>
          <w:szCs w:val="24"/>
          <w:lang w:val="sk-SK"/>
        </w:rPr>
        <w:t>súdnych rozhodnutiach alebo iných právnych skutočnostiach, ktoré majú vplyv na preberanie dieťaťa, komunikáciu so školou alebo výkon rodičovských práv a povinností.</w:t>
      </w:r>
    </w:p>
    <w:p w14:paraId="6D85D964" w14:textId="77777777" w:rsidR="00B50815" w:rsidRPr="00634228" w:rsidRDefault="00B50815" w:rsidP="00B50815">
      <w:pPr>
        <w:pStyle w:val="Zoznamsodrkami"/>
        <w:numPr>
          <w:ilvl w:val="0"/>
          <w:numId w:val="0"/>
        </w:numPr>
        <w:spacing w:after="0" w:line="240" w:lineRule="auto"/>
        <w:ind w:left="360"/>
        <w:rPr>
          <w:szCs w:val="24"/>
          <w:lang w:val="sk-SK"/>
        </w:rPr>
      </w:pPr>
    </w:p>
    <w:p w14:paraId="42F1B881" w14:textId="77777777" w:rsidR="00634228" w:rsidRPr="00765D47" w:rsidRDefault="00DC1A67" w:rsidP="00634228">
      <w:pPr>
        <w:pStyle w:val="Nadpis2"/>
        <w:spacing w:before="0"/>
        <w:rPr>
          <w:rFonts w:ascii="Arial" w:hAnsi="Arial" w:cs="Arial"/>
          <w:color w:val="0070C0"/>
          <w:sz w:val="24"/>
          <w:szCs w:val="24"/>
          <w:lang w:val="sk-SK"/>
        </w:rPr>
      </w:pPr>
      <w:bookmarkStart w:id="10" w:name="_Toc238333706"/>
      <w:r w:rsidRPr="00765D47">
        <w:rPr>
          <w:rFonts w:ascii="Arial" w:eastAsia="Arial" w:hAnsi="Arial" w:cs="Arial"/>
          <w:color w:val="0070C0"/>
          <w:sz w:val="24"/>
        </w:rPr>
        <w:t>2.7 Povinnosti pri preberaní dieťaťa</w:t>
      </w:r>
      <w:bookmarkEnd w:id="10"/>
    </w:p>
    <w:p w14:paraId="4E400B59" w14:textId="77777777" w:rsidR="00B50815" w:rsidRPr="00634228" w:rsidRDefault="00B50815" w:rsidP="00634228">
      <w:pPr>
        <w:pStyle w:val="Zoznamsodrkami"/>
        <w:numPr>
          <w:ilvl w:val="0"/>
          <w:numId w:val="0"/>
        </w:numPr>
        <w:spacing w:after="0" w:line="240" w:lineRule="auto"/>
        <w:rPr>
          <w:b/>
          <w:bCs/>
          <w:color w:val="0070C0"/>
          <w:szCs w:val="24"/>
          <w:lang w:val="sk-SK"/>
        </w:rPr>
      </w:pPr>
    </w:p>
    <w:p w14:paraId="0A00310C" w14:textId="77777777" w:rsidR="00634228" w:rsidRPr="00634228" w:rsidRDefault="00634228" w:rsidP="00E25329">
      <w:pPr>
        <w:pStyle w:val="Zoznamsodrkami"/>
        <w:numPr>
          <w:ilvl w:val="0"/>
          <w:numId w:val="0"/>
        </w:numPr>
        <w:ind w:left="360" w:hanging="360"/>
        <w:rPr>
          <w:szCs w:val="24"/>
          <w:lang w:val="sk-SK"/>
        </w:rPr>
      </w:pPr>
      <w:r w:rsidRPr="00634228">
        <w:rPr>
          <w:szCs w:val="24"/>
          <w:lang w:val="sk-SK"/>
        </w:rPr>
        <w:t>Zákonný zástupca je povinný:</w:t>
      </w:r>
    </w:p>
    <w:p w14:paraId="4466596C" w14:textId="77777777" w:rsidR="00634228" w:rsidRPr="00634228" w:rsidRDefault="00634228" w:rsidP="00634228">
      <w:pPr>
        <w:pStyle w:val="Zoznamsodrkami"/>
        <w:rPr>
          <w:szCs w:val="24"/>
          <w:lang w:val="sk-SK"/>
        </w:rPr>
      </w:pPr>
      <w:r w:rsidRPr="00634228">
        <w:rPr>
          <w:szCs w:val="24"/>
          <w:lang w:val="sk-SK"/>
        </w:rPr>
        <w:t>osobne odovzdať dieťa službu konajúcej učiteľke alebo inému poverenému zamestnancovi školy;</w:t>
      </w:r>
    </w:p>
    <w:p w14:paraId="258169B0" w14:textId="77777777" w:rsidR="00634228" w:rsidRPr="00634228" w:rsidRDefault="00634228" w:rsidP="00634228">
      <w:pPr>
        <w:pStyle w:val="Zoznamsodrkami"/>
        <w:rPr>
          <w:szCs w:val="24"/>
          <w:lang w:val="sk-SK"/>
        </w:rPr>
      </w:pPr>
      <w:r w:rsidRPr="00634228">
        <w:rPr>
          <w:szCs w:val="24"/>
          <w:lang w:val="sk-SK"/>
        </w:rPr>
        <w:t>nechať dieťa v materskej škole až po jeho prevzatí zamestnancom školy;</w:t>
      </w:r>
    </w:p>
    <w:p w14:paraId="70C05C87" w14:textId="77777777" w:rsidR="00634228" w:rsidRPr="00634228" w:rsidRDefault="00634228" w:rsidP="00634228">
      <w:pPr>
        <w:pStyle w:val="Zoznamsodrkami"/>
        <w:rPr>
          <w:szCs w:val="24"/>
          <w:lang w:val="sk-SK"/>
        </w:rPr>
      </w:pPr>
      <w:r w:rsidRPr="00634228">
        <w:rPr>
          <w:szCs w:val="24"/>
          <w:lang w:val="sk-SK"/>
        </w:rPr>
        <w:t>prevziať dieťa z materskej školy v čase určenom prevádzkou školy;</w:t>
      </w:r>
    </w:p>
    <w:p w14:paraId="1EAA8DD9" w14:textId="77777777" w:rsidR="00634228" w:rsidRPr="00634228" w:rsidRDefault="00634228" w:rsidP="00634228">
      <w:pPr>
        <w:pStyle w:val="Zoznamsodrkami"/>
        <w:rPr>
          <w:szCs w:val="24"/>
          <w:lang w:val="sk-SK"/>
        </w:rPr>
      </w:pPr>
      <w:r w:rsidRPr="00634228">
        <w:rPr>
          <w:szCs w:val="24"/>
          <w:lang w:val="sk-SK"/>
        </w:rPr>
        <w:t>zabezpečiť, aby dieťa prevzala iba zákonným zástupcom písomne splnomocnená osoba;</w:t>
      </w:r>
    </w:p>
    <w:p w14:paraId="10107967" w14:textId="77777777" w:rsidR="00634228" w:rsidRPr="00634228" w:rsidRDefault="00634228" w:rsidP="00634228">
      <w:pPr>
        <w:pStyle w:val="Zoznamsodrkami"/>
        <w:rPr>
          <w:szCs w:val="24"/>
          <w:lang w:val="sk-SK"/>
        </w:rPr>
      </w:pPr>
      <w:r w:rsidRPr="00634228">
        <w:rPr>
          <w:szCs w:val="24"/>
          <w:lang w:val="sk-SK"/>
        </w:rPr>
        <w:t>včas oznámiť škole, ak dieťa výnimočne prevezme iná splnomocnená osoba;</w:t>
      </w:r>
    </w:p>
    <w:p w14:paraId="630E2767" w14:textId="77777777" w:rsidR="00634228" w:rsidRPr="00634228" w:rsidRDefault="00634228" w:rsidP="00634228">
      <w:pPr>
        <w:pStyle w:val="Zoznamsodrkami"/>
        <w:rPr>
          <w:szCs w:val="24"/>
          <w:lang w:val="sk-SK"/>
        </w:rPr>
      </w:pPr>
      <w:r w:rsidRPr="00634228">
        <w:rPr>
          <w:szCs w:val="24"/>
          <w:lang w:val="sk-SK"/>
        </w:rPr>
        <w:t>zabezpečiť aktuálnosť kontaktov na osoby oprávnené prevziať dieťa;</w:t>
      </w:r>
    </w:p>
    <w:p w14:paraId="310A8318" w14:textId="77777777" w:rsidR="00634228" w:rsidRPr="00634228" w:rsidRDefault="00634228" w:rsidP="00634228">
      <w:pPr>
        <w:pStyle w:val="Zoznamsodrkami"/>
        <w:rPr>
          <w:szCs w:val="24"/>
          <w:lang w:val="sk-SK"/>
        </w:rPr>
      </w:pPr>
      <w:r w:rsidRPr="00634228">
        <w:rPr>
          <w:szCs w:val="24"/>
          <w:lang w:val="sk-SK"/>
        </w:rPr>
        <w:t>rešpektovať, že materská škola dieťa neodovzdá osobe, ktorá nie je zákonným zástupcom alebo písomne splnomocnenou osobou;</w:t>
      </w:r>
    </w:p>
    <w:p w14:paraId="7B54000A" w14:textId="77777777" w:rsidR="00634228" w:rsidRPr="008A06FC" w:rsidRDefault="00634228" w:rsidP="00634228">
      <w:pPr>
        <w:pStyle w:val="Zoznamsodrkami"/>
        <w:rPr>
          <w:szCs w:val="24"/>
          <w:lang w:val="sk-SK"/>
        </w:rPr>
      </w:pPr>
      <w:r w:rsidRPr="00634228">
        <w:rPr>
          <w:szCs w:val="24"/>
          <w:lang w:val="sk-SK"/>
        </w:rPr>
        <w:t>Ak zákonný zástupca alebo splnomocnená osoba neprevezme dieťa do skončenia prevádzky materskej školy, škola kontaktuje zákonných zástupcov a následne splnomocnené osoby. Ak sa nepodarí zabezpečiť prevzatie dieťaťa, škola postupuje v súčinnosti s príslušným útvarom Policajného zboru alebo orgánom sociálnoprávnej ochrany detí a sociálnej kurately.</w:t>
      </w:r>
    </w:p>
    <w:p w14:paraId="6092750B" w14:textId="77777777" w:rsidR="001376FB" w:rsidRDefault="001376FB" w:rsidP="001376FB">
      <w:pPr>
        <w:pStyle w:val="Zoznamsodrkami"/>
        <w:rPr>
          <w:szCs w:val="24"/>
        </w:rPr>
      </w:pPr>
      <w:r w:rsidRPr="008A06FC">
        <w:rPr>
          <w:szCs w:val="24"/>
        </w:rPr>
        <w:t>Službu konajúca učiteľka nesmie odviesť dieťa k sebe domov ani ho odovzdať osobe, ktorá nie je zákonným zástupcom alebo písomne splnomocnenou osobou.</w:t>
      </w:r>
    </w:p>
    <w:p w14:paraId="6DA1191C" w14:textId="77777777" w:rsidR="00B50815" w:rsidRPr="00634228" w:rsidRDefault="00B50815" w:rsidP="00B50815">
      <w:pPr>
        <w:pStyle w:val="Zoznamsodrkami"/>
        <w:numPr>
          <w:ilvl w:val="0"/>
          <w:numId w:val="0"/>
        </w:numPr>
        <w:spacing w:after="0" w:line="240" w:lineRule="auto"/>
        <w:ind w:left="360"/>
        <w:rPr>
          <w:szCs w:val="24"/>
        </w:rPr>
      </w:pPr>
    </w:p>
    <w:p w14:paraId="584D3983" w14:textId="77777777" w:rsidR="00634228" w:rsidRPr="00765D47" w:rsidRDefault="00DC1A67" w:rsidP="00634228">
      <w:pPr>
        <w:pStyle w:val="Nadpis2"/>
        <w:spacing w:before="0"/>
        <w:rPr>
          <w:rFonts w:ascii="Arial" w:hAnsi="Arial" w:cs="Arial"/>
          <w:color w:val="0070C0"/>
          <w:sz w:val="24"/>
          <w:szCs w:val="24"/>
          <w:lang w:val="sk-SK"/>
        </w:rPr>
      </w:pPr>
      <w:bookmarkStart w:id="11" w:name="_Toc238333707"/>
      <w:r w:rsidRPr="00765D47">
        <w:rPr>
          <w:rFonts w:ascii="Arial" w:eastAsia="Arial" w:hAnsi="Arial" w:cs="Arial"/>
          <w:color w:val="0070C0"/>
          <w:sz w:val="24"/>
        </w:rPr>
        <w:t>2.8 Povinnosti pri ochrane zdravia a bezpečnosti</w:t>
      </w:r>
      <w:bookmarkEnd w:id="11"/>
    </w:p>
    <w:p w14:paraId="25A437A0" w14:textId="77777777" w:rsidR="00B50815" w:rsidRPr="00634228" w:rsidRDefault="00B50815" w:rsidP="00634228">
      <w:pPr>
        <w:pStyle w:val="Zoznamsodrkami"/>
        <w:numPr>
          <w:ilvl w:val="0"/>
          <w:numId w:val="0"/>
        </w:numPr>
        <w:spacing w:after="0" w:line="240" w:lineRule="auto"/>
        <w:rPr>
          <w:b/>
          <w:bCs/>
          <w:color w:val="0070C0"/>
          <w:szCs w:val="24"/>
          <w:lang w:val="sk-SK"/>
        </w:rPr>
      </w:pPr>
    </w:p>
    <w:p w14:paraId="27F6B138" w14:textId="77777777" w:rsidR="00634228" w:rsidRPr="00634228" w:rsidRDefault="00634228" w:rsidP="00E25329">
      <w:pPr>
        <w:pStyle w:val="Zoznamsodrkami"/>
        <w:numPr>
          <w:ilvl w:val="0"/>
          <w:numId w:val="0"/>
        </w:numPr>
        <w:ind w:left="360" w:hanging="360"/>
        <w:rPr>
          <w:szCs w:val="24"/>
          <w:lang w:val="sk-SK"/>
        </w:rPr>
      </w:pPr>
      <w:r w:rsidRPr="00634228">
        <w:rPr>
          <w:szCs w:val="24"/>
          <w:lang w:val="sk-SK"/>
        </w:rPr>
        <w:t>Zákonný zástupca je povinný:</w:t>
      </w:r>
    </w:p>
    <w:p w14:paraId="3DF97EBF" w14:textId="77777777" w:rsidR="00634228" w:rsidRPr="00634228" w:rsidRDefault="00634228" w:rsidP="00634228">
      <w:pPr>
        <w:pStyle w:val="Zoznamsodrkami"/>
        <w:rPr>
          <w:szCs w:val="24"/>
          <w:lang w:val="sk-SK"/>
        </w:rPr>
      </w:pPr>
      <w:r w:rsidRPr="00634228">
        <w:rPr>
          <w:szCs w:val="24"/>
          <w:lang w:val="sk-SK"/>
        </w:rPr>
        <w:t>privádzať do materskej školy iba dieťa, ktorého zdravotný stav umožňuje pobyt v kolektíve;</w:t>
      </w:r>
    </w:p>
    <w:p w14:paraId="27803137" w14:textId="77777777" w:rsidR="00634228" w:rsidRPr="00634228" w:rsidRDefault="00634228" w:rsidP="00634228">
      <w:pPr>
        <w:pStyle w:val="Zoznamsodrkami"/>
        <w:rPr>
          <w:szCs w:val="24"/>
          <w:lang w:val="sk-SK"/>
        </w:rPr>
      </w:pPr>
      <w:r w:rsidRPr="00634228">
        <w:rPr>
          <w:szCs w:val="24"/>
          <w:lang w:val="sk-SK"/>
        </w:rPr>
        <w:t>neprivádzať dieťa s príznakmi akútneho prenosného ochorenia;</w:t>
      </w:r>
    </w:p>
    <w:p w14:paraId="7BECDDEC" w14:textId="77777777" w:rsidR="00634228" w:rsidRPr="00634228" w:rsidRDefault="00634228" w:rsidP="00634228">
      <w:pPr>
        <w:pStyle w:val="Zoznamsodrkami"/>
        <w:rPr>
          <w:szCs w:val="24"/>
          <w:lang w:val="sk-SK"/>
        </w:rPr>
      </w:pPr>
      <w:r w:rsidRPr="00634228">
        <w:rPr>
          <w:szCs w:val="24"/>
          <w:lang w:val="sk-SK"/>
        </w:rPr>
        <w:lastRenderedPageBreak/>
        <w:t>rešpektovať ranný zdravotný filter vykonávaný materskou školou;</w:t>
      </w:r>
    </w:p>
    <w:p w14:paraId="490AA9DC" w14:textId="77777777" w:rsidR="00634228" w:rsidRPr="00634228" w:rsidRDefault="00634228" w:rsidP="00634228">
      <w:pPr>
        <w:pStyle w:val="Zoznamsodrkami"/>
        <w:rPr>
          <w:szCs w:val="24"/>
          <w:lang w:val="sk-SK"/>
        </w:rPr>
      </w:pPr>
      <w:r w:rsidRPr="00634228">
        <w:rPr>
          <w:szCs w:val="24"/>
          <w:lang w:val="sk-SK"/>
        </w:rPr>
        <w:t>prevziať dieťa bez zbytočného odkladu, ak sa u neho počas dňa prejavia príznaky ochorenia;</w:t>
      </w:r>
    </w:p>
    <w:p w14:paraId="392331F7" w14:textId="77777777" w:rsidR="00634228" w:rsidRPr="00634228" w:rsidRDefault="00634228" w:rsidP="00634228">
      <w:pPr>
        <w:pStyle w:val="Zoznamsodrkami"/>
        <w:rPr>
          <w:szCs w:val="24"/>
          <w:lang w:val="sk-SK"/>
        </w:rPr>
      </w:pPr>
      <w:r w:rsidRPr="00634228">
        <w:rPr>
          <w:szCs w:val="24"/>
          <w:lang w:val="sk-SK"/>
        </w:rPr>
        <w:t>rešpektovať pokyny školy pri výskyte prenosného ochorenia alebo pri mimoriadnej epidemiologickej situácii;</w:t>
      </w:r>
    </w:p>
    <w:p w14:paraId="1640B0CB" w14:textId="77777777" w:rsidR="00634228" w:rsidRPr="00634228" w:rsidRDefault="00634228" w:rsidP="00634228">
      <w:pPr>
        <w:pStyle w:val="Zoznamsodrkami"/>
        <w:rPr>
          <w:szCs w:val="24"/>
          <w:lang w:val="sk-SK"/>
        </w:rPr>
      </w:pPr>
      <w:r w:rsidRPr="00634228">
        <w:rPr>
          <w:szCs w:val="24"/>
          <w:lang w:val="sk-SK"/>
        </w:rPr>
        <w:t>zabezpečiť, aby dieťa nenosilo do materskej školy lieky</w:t>
      </w:r>
      <w:r w:rsidR="00E25329" w:rsidRPr="008A06FC">
        <w:rPr>
          <w:szCs w:val="24"/>
          <w:lang w:val="sk-SK"/>
        </w:rPr>
        <w:t>, kvapky...</w:t>
      </w:r>
    </w:p>
    <w:p w14:paraId="4ACB09FA" w14:textId="77777777" w:rsidR="00634228" w:rsidRPr="00634228" w:rsidRDefault="00634228" w:rsidP="00634228">
      <w:pPr>
        <w:pStyle w:val="Zoznamsodrkami"/>
        <w:rPr>
          <w:szCs w:val="24"/>
          <w:lang w:val="sk-SK"/>
        </w:rPr>
      </w:pPr>
      <w:r w:rsidRPr="00634228">
        <w:rPr>
          <w:szCs w:val="24"/>
          <w:lang w:val="sk-SK"/>
        </w:rPr>
        <w:t>informovať školu o úraze, zdravotnom obmedzení alebo inom riziku, ktoré môže ovplyvniť bezpečnosť dieťaťa;</w:t>
      </w:r>
    </w:p>
    <w:p w14:paraId="6A4A986E" w14:textId="77777777" w:rsidR="00634228" w:rsidRDefault="00634228" w:rsidP="00634228">
      <w:pPr>
        <w:pStyle w:val="Zoznamsodrkami"/>
        <w:rPr>
          <w:szCs w:val="24"/>
          <w:lang w:val="sk-SK"/>
        </w:rPr>
      </w:pPr>
      <w:r w:rsidRPr="00634228">
        <w:rPr>
          <w:szCs w:val="24"/>
          <w:lang w:val="sk-SK"/>
        </w:rPr>
        <w:t>spolupracovať so školou pri riešení úrazov, rizikového správania alebo iných mimoriadnych situácií.</w:t>
      </w:r>
    </w:p>
    <w:p w14:paraId="4AC6A148" w14:textId="77777777" w:rsidR="00B50815" w:rsidRPr="00634228" w:rsidRDefault="00B50815" w:rsidP="00B50815">
      <w:pPr>
        <w:pStyle w:val="Zoznamsodrkami"/>
        <w:numPr>
          <w:ilvl w:val="0"/>
          <w:numId w:val="0"/>
        </w:numPr>
        <w:spacing w:after="0" w:line="240" w:lineRule="auto"/>
        <w:ind w:left="360"/>
        <w:rPr>
          <w:szCs w:val="24"/>
          <w:lang w:val="sk-SK"/>
        </w:rPr>
      </w:pPr>
    </w:p>
    <w:p w14:paraId="41262185" w14:textId="77777777" w:rsidR="00634228" w:rsidRPr="00765D47" w:rsidRDefault="00DC1A67" w:rsidP="00634228">
      <w:pPr>
        <w:pStyle w:val="Nadpis2"/>
        <w:spacing w:before="0"/>
        <w:rPr>
          <w:rFonts w:ascii="Arial" w:hAnsi="Arial" w:cs="Arial"/>
          <w:color w:val="0070C0"/>
          <w:sz w:val="24"/>
          <w:szCs w:val="24"/>
          <w:lang w:val="sk-SK"/>
        </w:rPr>
      </w:pPr>
      <w:bookmarkStart w:id="12" w:name="_Toc238333708"/>
      <w:r w:rsidRPr="00765D47">
        <w:rPr>
          <w:rFonts w:ascii="Arial" w:eastAsia="Arial" w:hAnsi="Arial" w:cs="Arial"/>
          <w:color w:val="0070C0"/>
          <w:sz w:val="24"/>
        </w:rPr>
        <w:t>2.9 Povinnosti pri spolupráci so školou</w:t>
      </w:r>
      <w:bookmarkEnd w:id="12"/>
    </w:p>
    <w:p w14:paraId="6EE0C767" w14:textId="77777777" w:rsidR="00B50815" w:rsidRPr="00634228" w:rsidRDefault="00B50815" w:rsidP="00634228">
      <w:pPr>
        <w:pStyle w:val="Zoznamsodrkami"/>
        <w:numPr>
          <w:ilvl w:val="0"/>
          <w:numId w:val="0"/>
        </w:numPr>
        <w:spacing w:after="0" w:line="240" w:lineRule="auto"/>
        <w:rPr>
          <w:b/>
          <w:bCs/>
          <w:color w:val="0070C0"/>
          <w:szCs w:val="24"/>
          <w:lang w:val="sk-SK"/>
        </w:rPr>
      </w:pPr>
    </w:p>
    <w:p w14:paraId="404E9D53" w14:textId="77777777" w:rsidR="00634228" w:rsidRPr="00634228" w:rsidRDefault="00634228" w:rsidP="00C333EF">
      <w:pPr>
        <w:pStyle w:val="Zoznamsodrkami"/>
        <w:numPr>
          <w:ilvl w:val="0"/>
          <w:numId w:val="0"/>
        </w:numPr>
        <w:ind w:left="360" w:hanging="360"/>
        <w:rPr>
          <w:szCs w:val="24"/>
          <w:lang w:val="sk-SK"/>
        </w:rPr>
      </w:pPr>
      <w:r w:rsidRPr="00634228">
        <w:rPr>
          <w:szCs w:val="24"/>
          <w:lang w:val="sk-SK"/>
        </w:rPr>
        <w:t>Zákonný zástupca je povinný:</w:t>
      </w:r>
    </w:p>
    <w:p w14:paraId="22F64A01" w14:textId="77777777" w:rsidR="00634228" w:rsidRPr="00634228" w:rsidRDefault="00634228" w:rsidP="00634228">
      <w:pPr>
        <w:pStyle w:val="Zoznamsodrkami"/>
        <w:rPr>
          <w:szCs w:val="24"/>
          <w:lang w:val="sk-SK"/>
        </w:rPr>
      </w:pPr>
      <w:r w:rsidRPr="00634228">
        <w:rPr>
          <w:szCs w:val="24"/>
          <w:lang w:val="sk-SK"/>
        </w:rPr>
        <w:t>poskytovať materskej škole potrebnú súčinnosť pri výchove a vzdelávaní dieťaťa;</w:t>
      </w:r>
    </w:p>
    <w:p w14:paraId="5D81BB77" w14:textId="77777777" w:rsidR="00634228" w:rsidRPr="00634228" w:rsidRDefault="00634228" w:rsidP="00634228">
      <w:pPr>
        <w:pStyle w:val="Zoznamsodrkami"/>
        <w:rPr>
          <w:szCs w:val="24"/>
          <w:lang w:val="sk-SK"/>
        </w:rPr>
      </w:pPr>
      <w:r w:rsidRPr="00634228">
        <w:rPr>
          <w:szCs w:val="24"/>
          <w:lang w:val="sk-SK"/>
        </w:rPr>
        <w:t>spolupracovať s triednymi učiteľkami pri adaptácii dieťaťa, pri riešení výchovných, vzdelávacích, zdravotných alebo sociálnych potrieb dieťaťa;</w:t>
      </w:r>
    </w:p>
    <w:p w14:paraId="5501996C" w14:textId="77777777" w:rsidR="00634228" w:rsidRPr="00634228" w:rsidRDefault="00634228" w:rsidP="00634228">
      <w:pPr>
        <w:pStyle w:val="Zoznamsodrkami"/>
        <w:rPr>
          <w:szCs w:val="24"/>
          <w:lang w:val="sk-SK"/>
        </w:rPr>
      </w:pPr>
      <w:r w:rsidRPr="00634228">
        <w:rPr>
          <w:szCs w:val="24"/>
          <w:lang w:val="sk-SK"/>
        </w:rPr>
        <w:t>zúčastniť sa na konzultácii alebo rokovaní so školou, ak je to potrebné na riešenie závažnej situácie týkajúcej sa dieťaťa;</w:t>
      </w:r>
    </w:p>
    <w:p w14:paraId="3967B23B" w14:textId="77777777" w:rsidR="00634228" w:rsidRPr="00634228" w:rsidRDefault="00634228" w:rsidP="00634228">
      <w:pPr>
        <w:pStyle w:val="Zoznamsodrkami"/>
        <w:rPr>
          <w:szCs w:val="24"/>
          <w:lang w:val="sk-SK"/>
        </w:rPr>
      </w:pPr>
      <w:r w:rsidRPr="00634228">
        <w:rPr>
          <w:szCs w:val="24"/>
          <w:lang w:val="sk-SK"/>
        </w:rPr>
        <w:t>rešpektovať odborné odporúčania školy a zariadení poradenstva a prevencie, ak sú potrebné na podporu dieťaťa;</w:t>
      </w:r>
    </w:p>
    <w:p w14:paraId="5A2D4DC9" w14:textId="77777777" w:rsidR="00634228" w:rsidRPr="00634228" w:rsidRDefault="00634228" w:rsidP="00634228">
      <w:pPr>
        <w:pStyle w:val="Zoznamsodrkami"/>
        <w:rPr>
          <w:szCs w:val="24"/>
          <w:lang w:val="sk-SK"/>
        </w:rPr>
      </w:pPr>
      <w:r w:rsidRPr="00634228">
        <w:rPr>
          <w:szCs w:val="24"/>
          <w:lang w:val="sk-SK"/>
        </w:rPr>
        <w:t>poskytovať súčinnosť pri riešení prejavov rizikového správania dieťaťa, ktoré môžu ohrozovať jeho bezpečnosť alebo bezpečnosť iných detí;</w:t>
      </w:r>
    </w:p>
    <w:p w14:paraId="170DF562" w14:textId="77777777" w:rsidR="00634228" w:rsidRDefault="00634228" w:rsidP="00634228">
      <w:pPr>
        <w:pStyle w:val="Zoznamsodrkami"/>
        <w:rPr>
          <w:szCs w:val="24"/>
          <w:lang w:val="sk-SK"/>
        </w:rPr>
      </w:pPr>
      <w:r w:rsidRPr="00634228">
        <w:rPr>
          <w:szCs w:val="24"/>
          <w:lang w:val="sk-SK"/>
        </w:rPr>
        <w:t>rešpektovať nastavené podporné opatrenia, ak boli dieťaťu priznané alebo odporúčané.</w:t>
      </w:r>
    </w:p>
    <w:p w14:paraId="0D8B7085" w14:textId="77777777" w:rsidR="00B50815" w:rsidRPr="00634228" w:rsidRDefault="00B50815" w:rsidP="00B50815">
      <w:pPr>
        <w:pStyle w:val="Zoznamsodrkami"/>
        <w:numPr>
          <w:ilvl w:val="0"/>
          <w:numId w:val="0"/>
        </w:numPr>
        <w:spacing w:after="0" w:line="240" w:lineRule="auto"/>
        <w:ind w:left="360"/>
        <w:rPr>
          <w:szCs w:val="24"/>
          <w:lang w:val="sk-SK"/>
        </w:rPr>
      </w:pPr>
    </w:p>
    <w:p w14:paraId="39684F78" w14:textId="77777777" w:rsidR="00634228" w:rsidRDefault="00DC1A67" w:rsidP="00634228">
      <w:pPr>
        <w:pStyle w:val="Nadpis2"/>
        <w:spacing w:before="0"/>
        <w:rPr>
          <w:rFonts w:ascii="Arial" w:eastAsia="Arial" w:hAnsi="Arial" w:cs="Arial"/>
          <w:color w:val="0070C0"/>
          <w:sz w:val="24"/>
        </w:rPr>
      </w:pPr>
      <w:bookmarkStart w:id="13" w:name="_Toc238333709"/>
      <w:r w:rsidRPr="00765D47">
        <w:rPr>
          <w:rFonts w:ascii="Arial" w:eastAsia="Arial" w:hAnsi="Arial" w:cs="Arial"/>
          <w:color w:val="0070C0"/>
          <w:sz w:val="24"/>
        </w:rPr>
        <w:t>2.10 Povinnosti vo vzťahu k zamestnancom školy a ostatným osobám</w:t>
      </w:r>
      <w:bookmarkEnd w:id="13"/>
    </w:p>
    <w:p w14:paraId="02DD56DC" w14:textId="77777777" w:rsidR="00765D47" w:rsidRPr="00765D47" w:rsidRDefault="00765D47" w:rsidP="00F4791C">
      <w:pPr>
        <w:spacing w:after="0"/>
      </w:pPr>
    </w:p>
    <w:p w14:paraId="71BD8E6D" w14:textId="77777777" w:rsidR="00634228" w:rsidRPr="00634228" w:rsidRDefault="00634228" w:rsidP="00C333EF">
      <w:pPr>
        <w:pStyle w:val="Zoznamsodrkami"/>
        <w:numPr>
          <w:ilvl w:val="0"/>
          <w:numId w:val="0"/>
        </w:numPr>
        <w:ind w:left="360" w:hanging="360"/>
        <w:rPr>
          <w:szCs w:val="24"/>
          <w:lang w:val="sk-SK"/>
        </w:rPr>
      </w:pPr>
      <w:r w:rsidRPr="00634228">
        <w:rPr>
          <w:szCs w:val="24"/>
          <w:lang w:val="sk-SK"/>
        </w:rPr>
        <w:t>Zákonný zástupca je povinný:</w:t>
      </w:r>
    </w:p>
    <w:p w14:paraId="100DD1A7" w14:textId="77777777" w:rsidR="00634228" w:rsidRPr="00634228" w:rsidRDefault="00634228" w:rsidP="00634228">
      <w:pPr>
        <w:pStyle w:val="Zoznamsodrkami"/>
        <w:rPr>
          <w:szCs w:val="24"/>
          <w:lang w:val="sk-SK"/>
        </w:rPr>
      </w:pPr>
      <w:r w:rsidRPr="00634228">
        <w:rPr>
          <w:szCs w:val="24"/>
          <w:lang w:val="sk-SK"/>
        </w:rPr>
        <w:t>rešpektovať pedagogických, odborných a nepedagogických zamestnancov materskej školy;</w:t>
      </w:r>
    </w:p>
    <w:p w14:paraId="7D30B66D" w14:textId="77777777" w:rsidR="00634228" w:rsidRPr="00634228" w:rsidRDefault="00634228" w:rsidP="00634228">
      <w:pPr>
        <w:pStyle w:val="Zoznamsodrkami"/>
        <w:rPr>
          <w:szCs w:val="24"/>
          <w:lang w:val="sk-SK"/>
        </w:rPr>
      </w:pPr>
      <w:r w:rsidRPr="00634228">
        <w:rPr>
          <w:szCs w:val="24"/>
          <w:lang w:val="sk-SK"/>
        </w:rPr>
        <w:t>komunikovať so zamestnancami školy vecne, slušne a primeraným spôsobom;</w:t>
      </w:r>
    </w:p>
    <w:p w14:paraId="50D36DBB" w14:textId="77777777" w:rsidR="00634228" w:rsidRPr="00634228" w:rsidRDefault="00634228" w:rsidP="00634228">
      <w:pPr>
        <w:pStyle w:val="Zoznamsodrkami"/>
        <w:rPr>
          <w:szCs w:val="24"/>
          <w:lang w:val="sk-SK"/>
        </w:rPr>
      </w:pPr>
      <w:r w:rsidRPr="00634228">
        <w:rPr>
          <w:szCs w:val="24"/>
          <w:lang w:val="sk-SK"/>
        </w:rPr>
        <w:t>riešiť otázky súvisiace s dieťaťom prednostne s triednou učiteľkou a podľa potreby s riaditeľkou školy;</w:t>
      </w:r>
    </w:p>
    <w:p w14:paraId="5A257BC5" w14:textId="77777777" w:rsidR="00634228" w:rsidRPr="00634228" w:rsidRDefault="00634228" w:rsidP="00634228">
      <w:pPr>
        <w:pStyle w:val="Zoznamsodrkami"/>
        <w:rPr>
          <w:szCs w:val="24"/>
          <w:lang w:val="sk-SK"/>
        </w:rPr>
      </w:pPr>
      <w:r w:rsidRPr="00634228">
        <w:rPr>
          <w:szCs w:val="24"/>
          <w:lang w:val="sk-SK"/>
        </w:rPr>
        <w:t>zdržať sa konania, ktoré narúša výchovno-vzdelávaciu činnosť alebo prevádzku školy;</w:t>
      </w:r>
    </w:p>
    <w:p w14:paraId="6B0A106D" w14:textId="77777777" w:rsidR="00634228" w:rsidRPr="00634228" w:rsidRDefault="00634228" w:rsidP="00634228">
      <w:pPr>
        <w:pStyle w:val="Zoznamsodrkami"/>
        <w:rPr>
          <w:szCs w:val="24"/>
          <w:lang w:val="sk-SK"/>
        </w:rPr>
      </w:pPr>
      <w:r w:rsidRPr="00634228">
        <w:rPr>
          <w:szCs w:val="24"/>
          <w:lang w:val="sk-SK"/>
        </w:rPr>
        <w:t>nevstupovať do tried a priestorov školy bez vedomia zamestnanca školy, ak to nie je dohodnuté alebo povolené;</w:t>
      </w:r>
    </w:p>
    <w:p w14:paraId="7C2519F5" w14:textId="77777777" w:rsidR="00634228" w:rsidRPr="00634228" w:rsidRDefault="00634228" w:rsidP="00634228">
      <w:pPr>
        <w:pStyle w:val="Zoznamsodrkami"/>
        <w:rPr>
          <w:szCs w:val="24"/>
          <w:lang w:val="sk-SK"/>
        </w:rPr>
      </w:pPr>
      <w:r w:rsidRPr="00634228">
        <w:rPr>
          <w:szCs w:val="24"/>
          <w:lang w:val="sk-SK"/>
        </w:rPr>
        <w:t>zdržať sa urážlivých, znevažujúcich alebo nepravdivých vyjadrení voči škole, jej zamestnancom, deťom alebo zákonným zástupcom;</w:t>
      </w:r>
    </w:p>
    <w:p w14:paraId="3661CFA7" w14:textId="77777777" w:rsidR="00634228" w:rsidRPr="00634228" w:rsidRDefault="00634228" w:rsidP="00634228">
      <w:pPr>
        <w:pStyle w:val="Zoznamsodrkami"/>
        <w:rPr>
          <w:szCs w:val="24"/>
          <w:lang w:val="sk-SK"/>
        </w:rPr>
      </w:pPr>
      <w:r w:rsidRPr="00634228">
        <w:rPr>
          <w:szCs w:val="24"/>
          <w:lang w:val="sk-SK"/>
        </w:rPr>
        <w:lastRenderedPageBreak/>
        <w:t>nezverejňovať fotografie, videozáznamy alebo osobné údaje detí a zamestnancov školy bez súhlasu dotknutých osôb;</w:t>
      </w:r>
    </w:p>
    <w:p w14:paraId="6168190D" w14:textId="77777777" w:rsidR="00634228" w:rsidRDefault="00634228" w:rsidP="00634228">
      <w:pPr>
        <w:pStyle w:val="Zoznamsodrkami"/>
        <w:rPr>
          <w:szCs w:val="24"/>
          <w:lang w:val="sk-SK"/>
        </w:rPr>
      </w:pPr>
      <w:r w:rsidRPr="00634228">
        <w:rPr>
          <w:szCs w:val="24"/>
          <w:lang w:val="sk-SK"/>
        </w:rPr>
        <w:t>riešiť podnety, nejasnosti alebo sťažnosti štandardným postupom v materskej škole.</w:t>
      </w:r>
    </w:p>
    <w:p w14:paraId="7195EA53" w14:textId="77777777" w:rsidR="00B50815" w:rsidRPr="00634228" w:rsidRDefault="00B50815" w:rsidP="00B50815">
      <w:pPr>
        <w:pStyle w:val="Zoznamsodrkami"/>
        <w:numPr>
          <w:ilvl w:val="0"/>
          <w:numId w:val="0"/>
        </w:numPr>
        <w:spacing w:after="0" w:line="240" w:lineRule="auto"/>
        <w:ind w:left="360"/>
        <w:rPr>
          <w:szCs w:val="24"/>
          <w:lang w:val="sk-SK"/>
        </w:rPr>
      </w:pPr>
    </w:p>
    <w:p w14:paraId="1F4B73DB" w14:textId="77777777" w:rsidR="00634228" w:rsidRPr="00765D47" w:rsidRDefault="00DC1A67" w:rsidP="00634228">
      <w:pPr>
        <w:pStyle w:val="Nadpis2"/>
        <w:spacing w:before="0"/>
        <w:rPr>
          <w:rFonts w:ascii="Arial" w:hAnsi="Arial" w:cs="Arial"/>
          <w:color w:val="0070C0"/>
          <w:sz w:val="24"/>
          <w:szCs w:val="24"/>
          <w:lang w:val="sk-SK"/>
        </w:rPr>
      </w:pPr>
      <w:bookmarkStart w:id="14" w:name="_Toc238333710"/>
      <w:r w:rsidRPr="00765D47">
        <w:rPr>
          <w:rFonts w:ascii="Arial" w:eastAsia="Arial" w:hAnsi="Arial" w:cs="Arial"/>
          <w:color w:val="0070C0"/>
          <w:sz w:val="24"/>
        </w:rPr>
        <w:t>2.11 Povinnosti pri používaní elektronických zariadení</w:t>
      </w:r>
      <w:bookmarkEnd w:id="14"/>
    </w:p>
    <w:p w14:paraId="2CA85C38" w14:textId="77777777" w:rsidR="00B50815" w:rsidRPr="00634228" w:rsidRDefault="00B50815" w:rsidP="00634228">
      <w:pPr>
        <w:pStyle w:val="Zoznamsodrkami"/>
        <w:numPr>
          <w:ilvl w:val="0"/>
          <w:numId w:val="0"/>
        </w:numPr>
        <w:spacing w:after="0" w:line="240" w:lineRule="auto"/>
        <w:rPr>
          <w:b/>
          <w:bCs/>
          <w:color w:val="0070C0"/>
          <w:szCs w:val="24"/>
          <w:lang w:val="sk-SK"/>
        </w:rPr>
      </w:pPr>
    </w:p>
    <w:p w14:paraId="51E6AB02" w14:textId="77777777" w:rsidR="00634228" w:rsidRPr="00634228" w:rsidRDefault="00634228" w:rsidP="00634228">
      <w:pPr>
        <w:pStyle w:val="Zoznamsodrkami"/>
        <w:rPr>
          <w:szCs w:val="24"/>
          <w:lang w:val="sk-SK"/>
        </w:rPr>
      </w:pPr>
      <w:r w:rsidRPr="00634228">
        <w:rPr>
          <w:szCs w:val="24"/>
          <w:lang w:val="sk-SK"/>
        </w:rPr>
        <w:t>Zákonný zástupca je povinný rešpektovať, že dieťa počas pobytu v materskej škole nepoužíva mobilný telefón, smart hodinky alebo iné elektronické zariadenia umožňujúce prenos zvuku, obrazu alebo údajov tretím osobám.</w:t>
      </w:r>
    </w:p>
    <w:p w14:paraId="193B3D53" w14:textId="77777777" w:rsidR="00634228" w:rsidRDefault="00634228" w:rsidP="00634228">
      <w:pPr>
        <w:pStyle w:val="Zoznamsodrkami"/>
        <w:rPr>
          <w:szCs w:val="24"/>
          <w:lang w:val="sk-SK"/>
        </w:rPr>
      </w:pPr>
      <w:r w:rsidRPr="00634228">
        <w:rPr>
          <w:szCs w:val="24"/>
          <w:lang w:val="sk-SK"/>
        </w:rPr>
        <w:t>Ak dieťa takéto zariadenie do materskej školy prinesie, zákonný zástupca zodpovedá za možné riziká s tým spojené. Materská škola nezodpovedá za stratu alebo poškodenie zariadenia, ak jeho prinesenie nebolo so školou vopred dohodnuté.</w:t>
      </w:r>
    </w:p>
    <w:p w14:paraId="10AC6B94" w14:textId="77777777" w:rsidR="00B50815" w:rsidRPr="00634228" w:rsidRDefault="00B50815" w:rsidP="00B50815">
      <w:pPr>
        <w:pStyle w:val="Zoznamsodrkami"/>
        <w:numPr>
          <w:ilvl w:val="0"/>
          <w:numId w:val="0"/>
        </w:numPr>
        <w:spacing w:after="0" w:line="240" w:lineRule="auto"/>
        <w:ind w:left="360"/>
        <w:rPr>
          <w:szCs w:val="24"/>
          <w:lang w:val="sk-SK"/>
        </w:rPr>
      </w:pPr>
    </w:p>
    <w:p w14:paraId="41A7B8C0" w14:textId="77777777" w:rsidR="00634228" w:rsidRPr="00765D47" w:rsidRDefault="00DC1A67" w:rsidP="00634228">
      <w:pPr>
        <w:pStyle w:val="Nadpis2"/>
        <w:spacing w:before="0"/>
        <w:rPr>
          <w:rFonts w:ascii="Arial" w:hAnsi="Arial" w:cs="Arial"/>
          <w:color w:val="0070C0"/>
          <w:sz w:val="24"/>
          <w:szCs w:val="24"/>
          <w:lang w:val="sk-SK"/>
        </w:rPr>
      </w:pPr>
      <w:bookmarkStart w:id="15" w:name="_Toc238333711"/>
      <w:r w:rsidRPr="00765D47">
        <w:rPr>
          <w:rFonts w:ascii="Arial" w:eastAsia="Arial" w:hAnsi="Arial" w:cs="Arial"/>
          <w:color w:val="0070C0"/>
          <w:sz w:val="24"/>
        </w:rPr>
        <w:t>2.12 Povinnosti pri ochrane majetku školy</w:t>
      </w:r>
      <w:bookmarkEnd w:id="15"/>
    </w:p>
    <w:p w14:paraId="5A676920" w14:textId="77777777" w:rsidR="00B50815" w:rsidRPr="00634228" w:rsidRDefault="00B50815" w:rsidP="00634228">
      <w:pPr>
        <w:pStyle w:val="Zoznamsodrkami"/>
        <w:numPr>
          <w:ilvl w:val="0"/>
          <w:numId w:val="0"/>
        </w:numPr>
        <w:spacing w:after="0" w:line="240" w:lineRule="auto"/>
        <w:rPr>
          <w:b/>
          <w:bCs/>
          <w:color w:val="0070C0"/>
          <w:szCs w:val="24"/>
          <w:lang w:val="sk-SK"/>
        </w:rPr>
      </w:pPr>
    </w:p>
    <w:p w14:paraId="4C38E67D" w14:textId="77777777" w:rsidR="00634228" w:rsidRPr="00634228" w:rsidRDefault="00634228" w:rsidP="001376FB">
      <w:pPr>
        <w:pStyle w:val="Zoznamsodrkami"/>
        <w:numPr>
          <w:ilvl w:val="0"/>
          <w:numId w:val="0"/>
        </w:numPr>
        <w:ind w:left="360" w:hanging="360"/>
        <w:rPr>
          <w:szCs w:val="24"/>
          <w:lang w:val="sk-SK"/>
        </w:rPr>
      </w:pPr>
      <w:r w:rsidRPr="00634228">
        <w:rPr>
          <w:szCs w:val="24"/>
          <w:lang w:val="sk-SK"/>
        </w:rPr>
        <w:t>Zákonný zástupca je povinný:</w:t>
      </w:r>
    </w:p>
    <w:p w14:paraId="3DEF1889" w14:textId="77777777" w:rsidR="00634228" w:rsidRPr="00634228" w:rsidRDefault="00634228" w:rsidP="00634228">
      <w:pPr>
        <w:pStyle w:val="Zoznamsodrkami"/>
        <w:rPr>
          <w:szCs w:val="24"/>
          <w:lang w:val="sk-SK"/>
        </w:rPr>
      </w:pPr>
      <w:r w:rsidRPr="00634228">
        <w:rPr>
          <w:szCs w:val="24"/>
          <w:lang w:val="sk-SK"/>
        </w:rPr>
        <w:t>viesť dieťa k šetrnému zaobchádzaniu s hračkami, učebnými pomôckami, knihami, zariadením triedy, školského dvora a ostatným majetkom školy;</w:t>
      </w:r>
    </w:p>
    <w:p w14:paraId="188D126B" w14:textId="77777777" w:rsidR="00634228" w:rsidRPr="00634228" w:rsidRDefault="00634228" w:rsidP="00634228">
      <w:pPr>
        <w:pStyle w:val="Zoznamsodrkami"/>
        <w:rPr>
          <w:szCs w:val="24"/>
          <w:lang w:val="sk-SK"/>
        </w:rPr>
      </w:pPr>
      <w:r w:rsidRPr="00634228">
        <w:rPr>
          <w:szCs w:val="24"/>
          <w:lang w:val="sk-SK"/>
        </w:rPr>
        <w:t>nahradiť škodu, ktorú dieťa úmyselne spôsobilo, po individuálnom posúdení okolností;</w:t>
      </w:r>
    </w:p>
    <w:p w14:paraId="770853C2" w14:textId="77777777" w:rsidR="00634228" w:rsidRDefault="00634228" w:rsidP="00634228">
      <w:pPr>
        <w:pStyle w:val="Zoznamsodrkami"/>
        <w:rPr>
          <w:szCs w:val="24"/>
          <w:lang w:val="sk-SK"/>
        </w:rPr>
      </w:pPr>
      <w:r w:rsidRPr="00634228">
        <w:rPr>
          <w:szCs w:val="24"/>
          <w:lang w:val="sk-SK"/>
        </w:rPr>
        <w:t>zabezpečiť, aby dieťa nenosilo do materskej školy predmety, ktoré môžu poškodiť majetok školy alebo ohroziť bezpečnosť.</w:t>
      </w:r>
    </w:p>
    <w:p w14:paraId="15821EDC" w14:textId="77777777" w:rsidR="00B50815" w:rsidRPr="00634228" w:rsidRDefault="00B50815" w:rsidP="00B50815">
      <w:pPr>
        <w:pStyle w:val="Zoznamsodrkami"/>
        <w:numPr>
          <w:ilvl w:val="0"/>
          <w:numId w:val="0"/>
        </w:numPr>
        <w:spacing w:after="0" w:line="240" w:lineRule="auto"/>
        <w:ind w:left="360"/>
        <w:rPr>
          <w:szCs w:val="24"/>
          <w:lang w:val="sk-SK"/>
        </w:rPr>
      </w:pPr>
    </w:p>
    <w:p w14:paraId="3BE68842" w14:textId="77777777" w:rsidR="00634228" w:rsidRPr="00765D47" w:rsidRDefault="00DC1A67" w:rsidP="00634228">
      <w:pPr>
        <w:pStyle w:val="Nadpis2"/>
        <w:spacing w:before="0"/>
        <w:rPr>
          <w:rFonts w:ascii="Arial" w:hAnsi="Arial" w:cs="Arial"/>
          <w:color w:val="0070C0"/>
          <w:sz w:val="24"/>
          <w:szCs w:val="24"/>
          <w:lang w:val="sk-SK"/>
        </w:rPr>
      </w:pPr>
      <w:bookmarkStart w:id="16" w:name="_Toc238333712"/>
      <w:r w:rsidRPr="00765D47">
        <w:rPr>
          <w:rFonts w:ascii="Arial" w:eastAsia="Arial" w:hAnsi="Arial" w:cs="Arial"/>
          <w:color w:val="0070C0"/>
          <w:sz w:val="24"/>
        </w:rPr>
        <w:t>2.13 Povinnosti pri úhradách</w:t>
      </w:r>
      <w:bookmarkEnd w:id="16"/>
    </w:p>
    <w:p w14:paraId="16061782" w14:textId="77777777" w:rsidR="00B50815" w:rsidRPr="00634228" w:rsidRDefault="00B50815" w:rsidP="00634228">
      <w:pPr>
        <w:pStyle w:val="Zoznamsodrkami"/>
        <w:numPr>
          <w:ilvl w:val="0"/>
          <w:numId w:val="0"/>
        </w:numPr>
        <w:spacing w:after="0" w:line="240" w:lineRule="auto"/>
        <w:rPr>
          <w:b/>
          <w:bCs/>
          <w:color w:val="0070C0"/>
          <w:szCs w:val="24"/>
          <w:lang w:val="sk-SK"/>
        </w:rPr>
      </w:pPr>
    </w:p>
    <w:p w14:paraId="02C08D4E" w14:textId="77777777" w:rsidR="00634228" w:rsidRPr="00634228" w:rsidRDefault="00634228" w:rsidP="001376FB">
      <w:pPr>
        <w:pStyle w:val="Zoznamsodrkami"/>
        <w:numPr>
          <w:ilvl w:val="0"/>
          <w:numId w:val="0"/>
        </w:numPr>
        <w:ind w:left="360" w:hanging="360"/>
        <w:rPr>
          <w:szCs w:val="24"/>
          <w:lang w:val="sk-SK"/>
        </w:rPr>
      </w:pPr>
      <w:r w:rsidRPr="00634228">
        <w:rPr>
          <w:szCs w:val="24"/>
          <w:lang w:val="sk-SK"/>
        </w:rPr>
        <w:t>Zákonný zástupca je povinný:</w:t>
      </w:r>
    </w:p>
    <w:p w14:paraId="2FF989DB" w14:textId="77777777" w:rsidR="00634228" w:rsidRPr="00634228" w:rsidRDefault="00634228" w:rsidP="00634228">
      <w:pPr>
        <w:pStyle w:val="Zoznamsodrkami"/>
        <w:rPr>
          <w:szCs w:val="24"/>
          <w:lang w:val="sk-SK"/>
        </w:rPr>
      </w:pPr>
      <w:r w:rsidRPr="00634228">
        <w:rPr>
          <w:szCs w:val="24"/>
          <w:lang w:val="sk-SK"/>
        </w:rPr>
        <w:t>uhrádzať príspevky a poplatky súvisiace s dochádzkou dieťaťa do materskej školy v súlade s právnymi predpismi, rozhodnutím zriaďovateľa a školským poriadkom;</w:t>
      </w:r>
    </w:p>
    <w:p w14:paraId="132A69F6" w14:textId="77777777" w:rsidR="00634228" w:rsidRPr="00634228" w:rsidRDefault="00634228" w:rsidP="00634228">
      <w:pPr>
        <w:pStyle w:val="Zoznamsodrkami"/>
        <w:rPr>
          <w:szCs w:val="24"/>
          <w:lang w:val="sk-SK"/>
        </w:rPr>
      </w:pPr>
      <w:r w:rsidRPr="00634228">
        <w:rPr>
          <w:szCs w:val="24"/>
          <w:lang w:val="sk-SK"/>
        </w:rPr>
        <w:t>uhrádzať príspevok za stravovanie dieťaťa v súlade s podmienkami školskej jedálne;</w:t>
      </w:r>
    </w:p>
    <w:p w14:paraId="5D2FACDA" w14:textId="77777777" w:rsidR="00634228" w:rsidRPr="00634228" w:rsidRDefault="00634228" w:rsidP="00634228">
      <w:pPr>
        <w:pStyle w:val="Zoznamsodrkami"/>
        <w:rPr>
          <w:szCs w:val="24"/>
          <w:lang w:val="sk-SK"/>
        </w:rPr>
      </w:pPr>
      <w:r w:rsidRPr="00634228">
        <w:rPr>
          <w:szCs w:val="24"/>
          <w:lang w:val="sk-SK"/>
        </w:rPr>
        <w:t>dodržiavať termíny úhrad určené školou alebo zriaďovateľom;</w:t>
      </w:r>
    </w:p>
    <w:p w14:paraId="090700AA" w14:textId="77777777" w:rsidR="00634228" w:rsidRDefault="00634228" w:rsidP="00634228">
      <w:pPr>
        <w:pStyle w:val="Zoznamsodrkami"/>
        <w:rPr>
          <w:szCs w:val="24"/>
          <w:lang w:val="sk-SK"/>
        </w:rPr>
      </w:pPr>
      <w:r w:rsidRPr="00634228">
        <w:rPr>
          <w:szCs w:val="24"/>
          <w:lang w:val="sk-SK"/>
        </w:rPr>
        <w:t>včas oznámiť skutočnosti, ktoré môžu mať vplyv na zníženie, odpustenie alebo neuhrádzanie príspevku, ak to umožňujú právne predpisy alebo všeobecne záväzné nariadenie zriaďovateľa.</w:t>
      </w:r>
    </w:p>
    <w:p w14:paraId="6CB12896" w14:textId="77777777" w:rsidR="00B50815" w:rsidRPr="00634228" w:rsidRDefault="00B50815" w:rsidP="00B50815">
      <w:pPr>
        <w:pStyle w:val="Zoznamsodrkami"/>
        <w:numPr>
          <w:ilvl w:val="0"/>
          <w:numId w:val="0"/>
        </w:numPr>
        <w:spacing w:after="0" w:line="240" w:lineRule="auto"/>
        <w:ind w:left="360"/>
        <w:rPr>
          <w:szCs w:val="24"/>
          <w:lang w:val="sk-SK"/>
        </w:rPr>
      </w:pPr>
    </w:p>
    <w:p w14:paraId="636EF07C" w14:textId="77777777" w:rsidR="00634228" w:rsidRPr="00765D47" w:rsidRDefault="00DC1A67" w:rsidP="00634228">
      <w:pPr>
        <w:pStyle w:val="Nadpis2"/>
        <w:spacing w:before="0"/>
        <w:rPr>
          <w:rFonts w:ascii="Arial" w:hAnsi="Arial" w:cs="Arial"/>
          <w:color w:val="0070C0"/>
          <w:sz w:val="24"/>
          <w:szCs w:val="24"/>
          <w:lang w:val="sk-SK"/>
        </w:rPr>
      </w:pPr>
      <w:bookmarkStart w:id="17" w:name="_Toc238333713"/>
      <w:r w:rsidRPr="00765D47">
        <w:rPr>
          <w:rFonts w:ascii="Arial" w:eastAsia="Arial" w:hAnsi="Arial" w:cs="Arial"/>
          <w:color w:val="0070C0"/>
          <w:sz w:val="24"/>
        </w:rPr>
        <w:t>2.14 Povinnosti pri súdnych rozhodnutiach a narušených vzťahoch rodičov</w:t>
      </w:r>
      <w:bookmarkEnd w:id="17"/>
    </w:p>
    <w:p w14:paraId="320CB7C3" w14:textId="77777777" w:rsidR="00B50815" w:rsidRPr="00634228" w:rsidRDefault="00B50815" w:rsidP="00634228">
      <w:pPr>
        <w:pStyle w:val="Zoznamsodrkami"/>
        <w:numPr>
          <w:ilvl w:val="0"/>
          <w:numId w:val="0"/>
        </w:numPr>
        <w:spacing w:after="0" w:line="240" w:lineRule="auto"/>
        <w:rPr>
          <w:b/>
          <w:bCs/>
          <w:color w:val="0070C0"/>
          <w:szCs w:val="24"/>
          <w:lang w:val="sk-SK"/>
        </w:rPr>
      </w:pPr>
    </w:p>
    <w:p w14:paraId="2CF29134" w14:textId="77777777" w:rsidR="00634228" w:rsidRPr="00634228" w:rsidRDefault="00634228" w:rsidP="00634228">
      <w:pPr>
        <w:pStyle w:val="Zoznamsodrkami"/>
        <w:rPr>
          <w:szCs w:val="24"/>
          <w:lang w:val="sk-SK"/>
        </w:rPr>
      </w:pPr>
      <w:r w:rsidRPr="00634228">
        <w:rPr>
          <w:szCs w:val="24"/>
          <w:lang w:val="sk-SK"/>
        </w:rPr>
        <w:lastRenderedPageBreak/>
        <w:t>Ak sú vzťahy medzi zákonnými zástupcami narušené alebo prebieha konanie o úprave výkonu rodičovských práv a povinností, zákonný zástupca je povinný:</w:t>
      </w:r>
    </w:p>
    <w:p w14:paraId="70B937CD" w14:textId="77777777" w:rsidR="00634228" w:rsidRPr="00634228" w:rsidRDefault="00634228" w:rsidP="00634228">
      <w:pPr>
        <w:pStyle w:val="Zoznamsodrkami"/>
        <w:rPr>
          <w:szCs w:val="24"/>
          <w:lang w:val="sk-SK"/>
        </w:rPr>
      </w:pPr>
      <w:r w:rsidRPr="00634228">
        <w:rPr>
          <w:szCs w:val="24"/>
          <w:lang w:val="sk-SK"/>
        </w:rPr>
        <w:t>informovať materskú školu o právne významných skutočnostiach, ktoré majú vplyv na preberanie dieťaťa alebo komunikáciu so školou;</w:t>
      </w:r>
    </w:p>
    <w:p w14:paraId="0C9EB15B" w14:textId="77777777" w:rsidR="00634228" w:rsidRPr="00634228" w:rsidRDefault="00634228" w:rsidP="00634228">
      <w:pPr>
        <w:pStyle w:val="Zoznamsodrkami"/>
        <w:rPr>
          <w:szCs w:val="24"/>
          <w:lang w:val="sk-SK"/>
        </w:rPr>
      </w:pPr>
      <w:r w:rsidRPr="00634228">
        <w:rPr>
          <w:szCs w:val="24"/>
          <w:lang w:val="sk-SK"/>
        </w:rPr>
        <w:t>predložiť škole právoplatné alebo vykonateľné rozhodnutie súdu, ak upravuje výkon rodičovských práv a povinností;</w:t>
      </w:r>
    </w:p>
    <w:p w14:paraId="3F06A987" w14:textId="77777777" w:rsidR="00634228" w:rsidRPr="00634228" w:rsidRDefault="00634228" w:rsidP="00634228">
      <w:pPr>
        <w:pStyle w:val="Zoznamsodrkami"/>
        <w:rPr>
          <w:szCs w:val="24"/>
          <w:lang w:val="sk-SK"/>
        </w:rPr>
      </w:pPr>
      <w:r w:rsidRPr="00634228">
        <w:rPr>
          <w:szCs w:val="24"/>
          <w:lang w:val="sk-SK"/>
        </w:rPr>
        <w:t>rešpektovať, že do doručenia súdneho rozhodnutia škola postupuje voči obom zákonným zástupcom rovnako;</w:t>
      </w:r>
    </w:p>
    <w:p w14:paraId="7DA28618" w14:textId="77777777" w:rsidR="008B6021" w:rsidRPr="00765D47" w:rsidRDefault="00BF0F73" w:rsidP="008B6021">
      <w:pPr>
        <w:pStyle w:val="Nadpis2"/>
        <w:spacing w:before="0"/>
        <w:rPr>
          <w:rFonts w:ascii="Arial" w:hAnsi="Arial" w:cs="Arial"/>
          <w:color w:val="0070C0"/>
          <w:sz w:val="24"/>
          <w:szCs w:val="24"/>
          <w:lang w:eastAsia="sk-SK"/>
        </w:rPr>
      </w:pPr>
      <w:bookmarkStart w:id="18" w:name="_Toc238333714"/>
      <w:r w:rsidRPr="00765D47">
        <w:rPr>
          <w:rFonts w:ascii="Arial" w:eastAsia="Arial" w:hAnsi="Arial" w:cs="Arial"/>
          <w:color w:val="0070C0"/>
          <w:sz w:val="24"/>
        </w:rPr>
        <w:t>2.15 Postup materskej školy vo vzťahu k napĺňaniu rodičovských práv a povinností zákonných zástupcov pri vzniku nezhôd a sporov sa riadi týmito zásadami, princípmi a pravidlami</w:t>
      </w:r>
      <w:bookmarkEnd w:id="18"/>
    </w:p>
    <w:p w14:paraId="5EFF2FB1" w14:textId="77777777" w:rsidR="008B6021" w:rsidRPr="008A06FC" w:rsidRDefault="008B6021" w:rsidP="008B6021">
      <w:pPr>
        <w:pStyle w:val="Zoznamsodrkami"/>
        <w:rPr>
          <w:szCs w:val="24"/>
          <w:lang w:eastAsia="sk-SK"/>
        </w:rPr>
      </w:pPr>
      <w:r w:rsidRPr="008A06FC">
        <w:rPr>
          <w:szCs w:val="24"/>
          <w:lang w:eastAsia="sk-SK"/>
        </w:rPr>
        <w:t>počas konania o rozvode alebo úprave výkonu rodičovských práv a povinností materská škola dbá na riadne napĺňanie rodičovských práv a povinností až do rozhodnutia súdu tak, ako to bolo do podania návrhu na rozvod manželstva a úpravu výkonu rodičovských práv a povinností k dieťaťu (napr. že každý rodič má právo priviesť dieťa do materskej školy aj ho z nej vyzdvihnúť);</w:t>
      </w:r>
    </w:p>
    <w:p w14:paraId="7ED58592" w14:textId="77777777" w:rsidR="008B6021" w:rsidRPr="008A06FC" w:rsidRDefault="008B6021" w:rsidP="008B6021">
      <w:pPr>
        <w:pStyle w:val="Zoznamsodrkami"/>
        <w:rPr>
          <w:szCs w:val="24"/>
          <w:lang w:eastAsia="sk-SK"/>
        </w:rPr>
      </w:pPr>
      <w:r w:rsidRPr="008A06FC">
        <w:rPr>
          <w:szCs w:val="24"/>
          <w:lang w:eastAsia="sk-SK"/>
        </w:rPr>
        <w:t>materská škola počas prebiehajúceho konania o úprave výkonu rodičovských práv a povinností k dieťaťu zachováva neutralitu vo svojich postojoch a vyjadreniach týkajúcich sa dieťaťa. V prípade potreby pedagogickí zamestnanci a odborní zamestnanci poskytnú nezaujaté, vecné a objektívne stanovisko len súdu, ak si ho od materskej školy písomne vyžiada, pričom obsah tohto písomného stanoviska neposkytne ani jednému zákonnému zástupcovi;</w:t>
      </w:r>
    </w:p>
    <w:p w14:paraId="60721DEF" w14:textId="77777777" w:rsidR="008B6021" w:rsidRPr="008A06FC" w:rsidRDefault="008B6021" w:rsidP="008B6021">
      <w:pPr>
        <w:pStyle w:val="Zoznamsodrkami"/>
        <w:rPr>
          <w:szCs w:val="24"/>
          <w:lang w:eastAsia="sk-SK"/>
        </w:rPr>
      </w:pPr>
      <w:r w:rsidRPr="008A06FC">
        <w:rPr>
          <w:szCs w:val="24"/>
          <w:lang w:eastAsia="sk-SK"/>
        </w:rPr>
        <w:t>v prípade narušených vzťahov medzi zákonnými zástupcami materská škola bude rešpektovať len rozhodnutie súdu alebo predbežné opatrenie súdu (neodkladné opatrenie), ktorého zmyslom je dočasná úprava pomerov zákonných zástupcov vo vzťahu k starostlivosti o dieťa. Materská škola bude rešpektovať to, že vykonateľnosť uznesenia o nariadení predbežného opatrenia nie je viazaná na jeho právoplatnosť, pretože toto uznesenie sa stáva právoplatné jeho doručením a márnym uplynutím lehoty na podanie odvolania; materská škola pritom rešpektuje skutočnosť, že aj napriek nariadeniu predbežného opatrenia rodičovské práva a povinnosti zostávajú zachované;</w:t>
      </w:r>
    </w:p>
    <w:p w14:paraId="14F3493F" w14:textId="77777777" w:rsidR="008B6021" w:rsidRPr="008A06FC" w:rsidRDefault="008B6021" w:rsidP="008B6021">
      <w:pPr>
        <w:pStyle w:val="Zoznamsodrkami"/>
        <w:rPr>
          <w:szCs w:val="24"/>
          <w:lang w:eastAsia="sk-SK"/>
        </w:rPr>
      </w:pPr>
      <w:r w:rsidRPr="008A06FC">
        <w:rPr>
          <w:szCs w:val="24"/>
          <w:lang w:eastAsia="sk-SK"/>
        </w:rPr>
        <w:t>v prípade zverenia dieťaťa právoplatným rozhodnutím súdu do starostlivosti len jednému zo zákonných zástupcov, ktorý zastupuje dieťa v bežných veciach, materská škola bude riešiť všetky záležitosti týkajúce sa dieťaťa výhradne s rodičom, ktorý má dieťa v bežných veciach (napr. zabezpečenie krúžkovej činnosti atď.) zastupovať;</w:t>
      </w:r>
    </w:p>
    <w:p w14:paraId="544DAD2F" w14:textId="77777777" w:rsidR="008B6021" w:rsidRPr="008A06FC" w:rsidRDefault="008B6021" w:rsidP="008B6021">
      <w:pPr>
        <w:pStyle w:val="Zoznamsodrkami"/>
        <w:rPr>
          <w:szCs w:val="24"/>
          <w:lang w:eastAsia="sk-SK"/>
        </w:rPr>
      </w:pPr>
      <w:r w:rsidRPr="008A06FC">
        <w:rPr>
          <w:szCs w:val="24"/>
          <w:lang w:eastAsia="sk-SK"/>
        </w:rPr>
        <w:t xml:space="preserve">priestory materskej školy nie sú miestom, kde zákonný zástupca, ktorému dieťa nebolo zverené do osobnej starostlivosti, môže kedykoľvek navštevovať maloleté dieťa mimo súdom presne určeného dňa a času obsiahnutého vo výroku </w:t>
      </w:r>
      <w:r w:rsidRPr="008A06FC">
        <w:rPr>
          <w:szCs w:val="24"/>
          <w:lang w:eastAsia="sk-SK"/>
        </w:rPr>
        <w:lastRenderedPageBreak/>
        <w:t>rozhodnutia alebo súdom schválenej rodičovskej dohode, ak škola uvedenými dokumentmi disponuje;</w:t>
      </w:r>
    </w:p>
    <w:p w14:paraId="42F9BFDD" w14:textId="77777777" w:rsidR="001376FB" w:rsidRDefault="008B6021" w:rsidP="00120A2E">
      <w:pPr>
        <w:pStyle w:val="Zoznamsodrkami"/>
        <w:rPr>
          <w:szCs w:val="24"/>
          <w:lang w:eastAsia="sk-SK"/>
        </w:rPr>
      </w:pPr>
      <w:r w:rsidRPr="008A06FC">
        <w:rPr>
          <w:szCs w:val="24"/>
          <w:lang w:eastAsia="sk-SK"/>
        </w:rPr>
        <w:t>priestory materskej školy môžu byť miestom styku s maloletým, avšak len v prípade, ak sa postupuje podľa súdneho rozhodnutia, v ktorom úpravu styku určí súd, resp. podľa súdom schválenej rodičovskej dohody.</w:t>
      </w:r>
    </w:p>
    <w:p w14:paraId="201EEA27" w14:textId="77777777" w:rsidR="00F74900" w:rsidRPr="00634228" w:rsidRDefault="00F74900" w:rsidP="00F4791C">
      <w:pPr>
        <w:pStyle w:val="Zoznamsodrkami"/>
        <w:numPr>
          <w:ilvl w:val="0"/>
          <w:numId w:val="0"/>
        </w:numPr>
        <w:rPr>
          <w:szCs w:val="24"/>
          <w:lang w:eastAsia="sk-SK"/>
        </w:rPr>
      </w:pPr>
    </w:p>
    <w:p w14:paraId="02424852" w14:textId="77777777" w:rsidR="00634228" w:rsidRPr="00765D47" w:rsidRDefault="00634228" w:rsidP="00634228">
      <w:pPr>
        <w:pStyle w:val="Nadpis2"/>
        <w:spacing w:before="0"/>
        <w:rPr>
          <w:rFonts w:ascii="Arial" w:eastAsia="Arial" w:hAnsi="Arial" w:cs="Arial"/>
          <w:color w:val="0070C0"/>
          <w:sz w:val="24"/>
        </w:rPr>
      </w:pPr>
      <w:bookmarkStart w:id="19" w:name="_Toc238333715"/>
      <w:r w:rsidRPr="00765D47">
        <w:rPr>
          <w:rFonts w:ascii="Arial" w:eastAsia="Arial" w:hAnsi="Arial" w:cs="Arial"/>
          <w:color w:val="0070C0"/>
          <w:sz w:val="24"/>
        </w:rPr>
        <w:t>2.16 Povinnosti pri dodržiavaní dobrých mravov a rovnakého zaobchádzania</w:t>
      </w:r>
      <w:bookmarkEnd w:id="19"/>
    </w:p>
    <w:p w14:paraId="6A709FAA" w14:textId="77777777" w:rsidR="00F74900" w:rsidRPr="00F74900" w:rsidRDefault="00F74900" w:rsidP="00F4791C">
      <w:pPr>
        <w:spacing w:after="0"/>
      </w:pPr>
    </w:p>
    <w:p w14:paraId="43DD2CC2" w14:textId="77777777" w:rsidR="00634228" w:rsidRPr="00634228" w:rsidRDefault="00634228" w:rsidP="00634228">
      <w:pPr>
        <w:pStyle w:val="Zoznamsodrkami"/>
        <w:rPr>
          <w:szCs w:val="24"/>
          <w:lang w:val="sk-SK"/>
        </w:rPr>
      </w:pPr>
      <w:r w:rsidRPr="00634228">
        <w:rPr>
          <w:szCs w:val="24"/>
          <w:lang w:val="sk-SK"/>
        </w:rPr>
        <w:t>Zákonný zástupca je povinný vykonávať svoje práva a povinnosti v súlade s dobrými mravmi. Nesmie ich zneužívať na škodu dieťaťa, iného dieťaťa, zákonného zástupcu, zamestnanca školy alebo materskej školy.</w:t>
      </w:r>
    </w:p>
    <w:p w14:paraId="170AE673" w14:textId="77777777" w:rsidR="00634228" w:rsidRDefault="00634228" w:rsidP="00634228">
      <w:pPr>
        <w:pStyle w:val="Zoznamsodrkami"/>
        <w:rPr>
          <w:szCs w:val="24"/>
          <w:lang w:val="sk-SK"/>
        </w:rPr>
      </w:pPr>
      <w:r w:rsidRPr="00634228">
        <w:rPr>
          <w:szCs w:val="24"/>
          <w:lang w:val="sk-SK"/>
        </w:rPr>
        <w:t>Zákonný zástupca je povinný rešpektovať zásadu rovnakého zaobchádzania, dôstojnosť všetkých detí a zamestnancov školy a zdržať sa akéhokoľvek konania, ktoré by mohlo mať znaky diskriminácie, segregácie, ponižovania, zastrašovania, nátlaku alebo šikanovania.</w:t>
      </w:r>
    </w:p>
    <w:p w14:paraId="18377756" w14:textId="77777777" w:rsidR="00BF0F73" w:rsidRDefault="00BF0F73" w:rsidP="006C7258">
      <w:pPr>
        <w:pStyle w:val="Zoznamsodrkami"/>
        <w:numPr>
          <w:ilvl w:val="0"/>
          <w:numId w:val="0"/>
        </w:numPr>
        <w:spacing w:after="0" w:line="240" w:lineRule="auto"/>
        <w:rPr>
          <w:b/>
          <w:bCs/>
          <w:color w:val="0070C0"/>
          <w:szCs w:val="24"/>
          <w:lang w:val="sk-SK"/>
        </w:rPr>
      </w:pPr>
    </w:p>
    <w:p w14:paraId="22E9E281" w14:textId="77777777" w:rsidR="00E92C16" w:rsidRPr="00765D47" w:rsidRDefault="00BF0F73" w:rsidP="006C7258">
      <w:pPr>
        <w:pStyle w:val="Nadpis2"/>
        <w:spacing w:before="0"/>
        <w:rPr>
          <w:rFonts w:ascii="Arial" w:hAnsi="Arial" w:cs="Arial"/>
          <w:color w:val="0070C0"/>
          <w:sz w:val="24"/>
          <w:szCs w:val="24"/>
          <w:lang w:val="sk-SK"/>
        </w:rPr>
      </w:pPr>
      <w:bookmarkStart w:id="20" w:name="_Toc238333716"/>
      <w:r w:rsidRPr="00765D47">
        <w:rPr>
          <w:rFonts w:ascii="Arial" w:eastAsia="Arial" w:hAnsi="Arial" w:cs="Arial"/>
          <w:color w:val="0070C0"/>
          <w:sz w:val="24"/>
        </w:rPr>
        <w:t>2.17 Spolupráca materskej školy so zákonnými zástupcami a pravidlá komunikácie</w:t>
      </w:r>
      <w:bookmarkEnd w:id="20"/>
    </w:p>
    <w:p w14:paraId="01A3348D" w14:textId="77777777" w:rsidR="00BF0F73" w:rsidRPr="00E92C16" w:rsidRDefault="00BF0F73" w:rsidP="006C7258">
      <w:pPr>
        <w:pStyle w:val="Zoznamsodrkami"/>
        <w:numPr>
          <w:ilvl w:val="0"/>
          <w:numId w:val="0"/>
        </w:numPr>
        <w:spacing w:after="0" w:line="240" w:lineRule="auto"/>
        <w:rPr>
          <w:b/>
          <w:bCs/>
          <w:color w:val="0070C0"/>
          <w:szCs w:val="24"/>
          <w:lang w:val="sk-SK"/>
        </w:rPr>
      </w:pPr>
    </w:p>
    <w:p w14:paraId="6D23B5D9" w14:textId="77777777" w:rsidR="00E92C16" w:rsidRPr="00E92C16" w:rsidRDefault="00E92C16" w:rsidP="006C7258">
      <w:pPr>
        <w:pStyle w:val="Zoznamsodrkami"/>
        <w:numPr>
          <w:ilvl w:val="0"/>
          <w:numId w:val="0"/>
        </w:numPr>
        <w:ind w:left="360"/>
        <w:rPr>
          <w:szCs w:val="24"/>
          <w:lang w:val="sk-SK"/>
        </w:rPr>
      </w:pPr>
      <w:r w:rsidRPr="00E92C16">
        <w:rPr>
          <w:szCs w:val="24"/>
          <w:lang w:val="sk-SK"/>
        </w:rPr>
        <w:t>Materská škola považuje spoluprácu so zákonnými zástupcami za nevyhnutnú súčasť kvalitného predprimárneho vzdelávania. Vzájomná spolupráca školy a rodiny je založená na dôvere, rešpekte, otvorenej komunikácii, ochrane práv dieťaťa a spoločnom záujme o jeho priaznivý vývin, bezpečnosť a všestranný rozvoj.</w:t>
      </w:r>
      <w:r w:rsidR="006C7258">
        <w:rPr>
          <w:szCs w:val="24"/>
          <w:lang w:val="sk-SK"/>
        </w:rPr>
        <w:t xml:space="preserve"> </w:t>
      </w:r>
      <w:r w:rsidRPr="00E92C16">
        <w:rPr>
          <w:szCs w:val="24"/>
          <w:lang w:val="sk-SK"/>
        </w:rPr>
        <w:t>Cieľom spolupráce je vytvárať jednotné a podporujúce prostredie pre dieťa, zabezpečiť plynulý tok informácií medzi školou a rodinou, predchádzať nedorozumeniam a spoločne riešiť situácie týkajúce sa adaptácie, dochádzky, zdravia, správania, výchovno-vzdelávacieho napredovania a individuálnych potrieb dieťaťa.</w:t>
      </w:r>
    </w:p>
    <w:p w14:paraId="0E04419E" w14:textId="77777777" w:rsidR="00E92C16" w:rsidRPr="00E92C16" w:rsidRDefault="00E92C16" w:rsidP="006C7258">
      <w:pPr>
        <w:pStyle w:val="Zoznamsodrkami"/>
        <w:numPr>
          <w:ilvl w:val="0"/>
          <w:numId w:val="0"/>
        </w:numPr>
        <w:ind w:left="360" w:hanging="360"/>
        <w:rPr>
          <w:b/>
          <w:bCs/>
          <w:szCs w:val="24"/>
          <w:lang w:val="sk-SK"/>
        </w:rPr>
      </w:pPr>
      <w:r w:rsidRPr="00E92C16">
        <w:rPr>
          <w:b/>
          <w:bCs/>
          <w:szCs w:val="24"/>
          <w:lang w:val="sk-SK"/>
        </w:rPr>
        <w:t>Formy spolupráce so zákonnými zástupcami</w:t>
      </w:r>
    </w:p>
    <w:p w14:paraId="54560C1C" w14:textId="77777777" w:rsidR="00E92C16" w:rsidRPr="00E92C16" w:rsidRDefault="00E92C16" w:rsidP="00E92C16">
      <w:pPr>
        <w:pStyle w:val="Zoznamsodrkami"/>
        <w:rPr>
          <w:szCs w:val="24"/>
          <w:lang w:val="sk-SK"/>
        </w:rPr>
      </w:pPr>
      <w:r w:rsidRPr="00E92C16">
        <w:rPr>
          <w:szCs w:val="24"/>
          <w:lang w:val="sk-SK"/>
        </w:rPr>
        <w:t>Materská škola spolupracuje so zákonnými zástupcami najmä prostredníctvom:</w:t>
      </w:r>
    </w:p>
    <w:p w14:paraId="041B737B" w14:textId="77777777" w:rsidR="00E92C16" w:rsidRPr="00E92C16" w:rsidRDefault="00E92C16" w:rsidP="00E92C16">
      <w:pPr>
        <w:pStyle w:val="Zoznamsodrkami"/>
        <w:numPr>
          <w:ilvl w:val="0"/>
          <w:numId w:val="31"/>
        </w:numPr>
        <w:rPr>
          <w:szCs w:val="24"/>
          <w:lang w:val="sk-SK"/>
        </w:rPr>
      </w:pPr>
      <w:r w:rsidRPr="00E92C16">
        <w:rPr>
          <w:szCs w:val="24"/>
          <w:lang w:val="sk-SK"/>
        </w:rPr>
        <w:t>rodičovských stretnutí a triednych aktívov;</w:t>
      </w:r>
    </w:p>
    <w:p w14:paraId="2C29D8FA" w14:textId="77777777" w:rsidR="00E92C16" w:rsidRPr="00E92C16" w:rsidRDefault="00E92C16" w:rsidP="00E92C16">
      <w:pPr>
        <w:pStyle w:val="Zoznamsodrkami"/>
        <w:numPr>
          <w:ilvl w:val="0"/>
          <w:numId w:val="31"/>
        </w:numPr>
        <w:rPr>
          <w:szCs w:val="24"/>
          <w:lang w:val="sk-SK"/>
        </w:rPr>
      </w:pPr>
      <w:r w:rsidRPr="00E92C16">
        <w:rPr>
          <w:szCs w:val="24"/>
          <w:lang w:val="sk-SK"/>
        </w:rPr>
        <w:t>individuálnych konzultácií s triednymi učiteľkami;</w:t>
      </w:r>
    </w:p>
    <w:p w14:paraId="5C75B780" w14:textId="77777777" w:rsidR="00E92C16" w:rsidRPr="00E92C16" w:rsidRDefault="00E92C16" w:rsidP="00E92C16">
      <w:pPr>
        <w:pStyle w:val="Zoznamsodrkami"/>
        <w:numPr>
          <w:ilvl w:val="0"/>
          <w:numId w:val="31"/>
        </w:numPr>
        <w:rPr>
          <w:szCs w:val="24"/>
          <w:lang w:val="sk-SK"/>
        </w:rPr>
      </w:pPr>
      <w:r w:rsidRPr="00E92C16">
        <w:rPr>
          <w:szCs w:val="24"/>
          <w:lang w:val="sk-SK"/>
        </w:rPr>
        <w:t>konzultácií s riaditeľkou školy podľa potreby;</w:t>
      </w:r>
    </w:p>
    <w:p w14:paraId="2B0D8AAF" w14:textId="77777777" w:rsidR="00E92C16" w:rsidRPr="00E92C16" w:rsidRDefault="00E92C16" w:rsidP="00E92C16">
      <w:pPr>
        <w:pStyle w:val="Zoznamsodrkami"/>
        <w:numPr>
          <w:ilvl w:val="0"/>
          <w:numId w:val="31"/>
        </w:numPr>
        <w:rPr>
          <w:szCs w:val="24"/>
          <w:lang w:val="sk-SK"/>
        </w:rPr>
      </w:pPr>
      <w:r w:rsidRPr="00E92C16">
        <w:rPr>
          <w:szCs w:val="24"/>
          <w:lang w:val="sk-SK"/>
        </w:rPr>
        <w:t>osobnej komunikácie pri príchode a odchode dieťaťa, ak nenarúša prevádzku triedy a priamu prácu s deťmi;</w:t>
      </w:r>
    </w:p>
    <w:p w14:paraId="418E259B" w14:textId="77777777" w:rsidR="00E92C16" w:rsidRPr="00E92C16" w:rsidRDefault="00E92C16" w:rsidP="00E92C16">
      <w:pPr>
        <w:pStyle w:val="Zoznamsodrkami"/>
        <w:numPr>
          <w:ilvl w:val="0"/>
          <w:numId w:val="31"/>
        </w:numPr>
        <w:rPr>
          <w:szCs w:val="24"/>
          <w:lang w:val="sk-SK"/>
        </w:rPr>
      </w:pPr>
      <w:r w:rsidRPr="00E92C16">
        <w:rPr>
          <w:szCs w:val="24"/>
          <w:lang w:val="sk-SK"/>
        </w:rPr>
        <w:t>elektronickej komunikácie prostredníctvom EduPage, e-mailu alebo iného školou určeného komunikačného kanála;</w:t>
      </w:r>
    </w:p>
    <w:p w14:paraId="05457079" w14:textId="77777777" w:rsidR="00E92C16" w:rsidRPr="00E92C16" w:rsidRDefault="00E92C16" w:rsidP="00E92C16">
      <w:pPr>
        <w:pStyle w:val="Zoznamsodrkami"/>
        <w:numPr>
          <w:ilvl w:val="0"/>
          <w:numId w:val="31"/>
        </w:numPr>
        <w:rPr>
          <w:szCs w:val="24"/>
          <w:lang w:val="sk-SK"/>
        </w:rPr>
      </w:pPr>
      <w:r w:rsidRPr="00E92C16">
        <w:rPr>
          <w:szCs w:val="24"/>
          <w:lang w:val="sk-SK"/>
        </w:rPr>
        <w:t>informačných oznamov na nástenkách, webovom sídle školy alebo v elektronickom systéme školy;</w:t>
      </w:r>
    </w:p>
    <w:p w14:paraId="53F8782B" w14:textId="77777777" w:rsidR="00E92C16" w:rsidRPr="00E92C16" w:rsidRDefault="00E92C16" w:rsidP="00E92C16">
      <w:pPr>
        <w:pStyle w:val="Zoznamsodrkami"/>
        <w:numPr>
          <w:ilvl w:val="0"/>
          <w:numId w:val="31"/>
        </w:numPr>
        <w:rPr>
          <w:szCs w:val="24"/>
          <w:lang w:val="sk-SK"/>
        </w:rPr>
      </w:pPr>
      <w:r w:rsidRPr="00E92C16">
        <w:rPr>
          <w:szCs w:val="24"/>
          <w:lang w:val="sk-SK"/>
        </w:rPr>
        <w:lastRenderedPageBreak/>
        <w:t>spoločných podujatí, tvorivých dielní, besied, kultúrnych, športových, environmentálnych a komunitných aktivít;</w:t>
      </w:r>
    </w:p>
    <w:p w14:paraId="7E26FBE2" w14:textId="77777777" w:rsidR="00E92C16" w:rsidRPr="00E92C16" w:rsidRDefault="00E92C16" w:rsidP="00E92C16">
      <w:pPr>
        <w:pStyle w:val="Zoznamsodrkami"/>
        <w:numPr>
          <w:ilvl w:val="0"/>
          <w:numId w:val="31"/>
        </w:numPr>
        <w:rPr>
          <w:szCs w:val="24"/>
          <w:lang w:val="sk-SK"/>
        </w:rPr>
      </w:pPr>
      <w:r w:rsidRPr="00E92C16">
        <w:rPr>
          <w:szCs w:val="24"/>
          <w:lang w:val="sk-SK"/>
        </w:rPr>
        <w:t>spolupráce pri adaptačnom procese dieťaťa;</w:t>
      </w:r>
    </w:p>
    <w:p w14:paraId="2EE3B28D" w14:textId="0DD532D7" w:rsidR="004A21E7" w:rsidRPr="00F4791C" w:rsidRDefault="00E92C16" w:rsidP="00F4791C">
      <w:pPr>
        <w:pStyle w:val="Zoznamsodrkami"/>
        <w:numPr>
          <w:ilvl w:val="0"/>
          <w:numId w:val="31"/>
        </w:numPr>
        <w:rPr>
          <w:szCs w:val="24"/>
          <w:lang w:val="sk-SK"/>
        </w:rPr>
      </w:pPr>
      <w:r w:rsidRPr="00E92C16">
        <w:rPr>
          <w:szCs w:val="24"/>
          <w:lang w:val="sk-SK"/>
        </w:rPr>
        <w:t>spolupráce pri poskytovaní podporných opatrení a pri riešení individuálnych potrieb dieťaťa.</w:t>
      </w:r>
    </w:p>
    <w:p w14:paraId="09001AE2" w14:textId="77777777" w:rsidR="00BF0F73" w:rsidRDefault="00BF0F73" w:rsidP="006C7258">
      <w:pPr>
        <w:pStyle w:val="Zoznamsodrkami"/>
        <w:numPr>
          <w:ilvl w:val="0"/>
          <w:numId w:val="0"/>
        </w:numPr>
        <w:spacing w:after="0" w:line="240" w:lineRule="auto"/>
        <w:ind w:left="360" w:hanging="360"/>
        <w:rPr>
          <w:b/>
          <w:bCs/>
          <w:color w:val="0070C0"/>
          <w:szCs w:val="24"/>
          <w:lang w:val="sk-SK"/>
        </w:rPr>
      </w:pPr>
    </w:p>
    <w:p w14:paraId="6413FF01" w14:textId="77777777" w:rsidR="00E92C16" w:rsidRPr="00765D47" w:rsidRDefault="00BF0F73" w:rsidP="006C7258">
      <w:pPr>
        <w:pStyle w:val="Nadpis2"/>
        <w:spacing w:before="0"/>
        <w:ind w:left="360" w:hanging="360"/>
        <w:rPr>
          <w:rFonts w:ascii="Arial" w:hAnsi="Arial" w:cs="Arial"/>
          <w:color w:val="0070C0"/>
          <w:sz w:val="24"/>
          <w:szCs w:val="24"/>
          <w:lang w:val="sk-SK"/>
        </w:rPr>
      </w:pPr>
      <w:bookmarkStart w:id="21" w:name="_Toc238333717"/>
      <w:r w:rsidRPr="00765D47">
        <w:rPr>
          <w:rFonts w:ascii="Arial" w:eastAsia="Arial" w:hAnsi="Arial" w:cs="Arial"/>
          <w:color w:val="0070C0"/>
          <w:sz w:val="24"/>
        </w:rPr>
        <w:t>2.18 Pravidlá vzájomnej komunikácie</w:t>
      </w:r>
      <w:bookmarkEnd w:id="21"/>
    </w:p>
    <w:p w14:paraId="6E2ABE53" w14:textId="77777777" w:rsidR="00BF0F73" w:rsidRPr="00E92C16" w:rsidRDefault="00BF0F73" w:rsidP="006C7258">
      <w:pPr>
        <w:pStyle w:val="Zoznamsodrkami"/>
        <w:numPr>
          <w:ilvl w:val="0"/>
          <w:numId w:val="0"/>
        </w:numPr>
        <w:spacing w:after="0" w:line="240" w:lineRule="auto"/>
        <w:ind w:left="360" w:hanging="360"/>
        <w:rPr>
          <w:b/>
          <w:bCs/>
          <w:color w:val="0070C0"/>
          <w:szCs w:val="24"/>
          <w:lang w:val="sk-SK"/>
        </w:rPr>
      </w:pPr>
    </w:p>
    <w:p w14:paraId="78D464BE" w14:textId="77777777" w:rsidR="00BA47CF" w:rsidRDefault="00E92C16" w:rsidP="00E92C16">
      <w:pPr>
        <w:pStyle w:val="Zoznamsodrkami"/>
        <w:rPr>
          <w:szCs w:val="24"/>
          <w:lang w:val="sk-SK"/>
        </w:rPr>
      </w:pPr>
      <w:r w:rsidRPr="00E92C16">
        <w:rPr>
          <w:szCs w:val="24"/>
          <w:lang w:val="sk-SK"/>
        </w:rPr>
        <w:t xml:space="preserve">Komunikácia medzi zákonnými zástupcami a zamestnancami materskej školy prebieha vecne, slušne, pokojne a s rešpektom k dôstojnosti všetkých zúčastnených osôb. </w:t>
      </w:r>
    </w:p>
    <w:p w14:paraId="0729D120" w14:textId="77777777" w:rsidR="00E92C16" w:rsidRPr="00E92C16" w:rsidRDefault="00E92C16" w:rsidP="00E92C16">
      <w:pPr>
        <w:pStyle w:val="Zoznamsodrkami"/>
        <w:rPr>
          <w:szCs w:val="24"/>
          <w:lang w:val="sk-SK"/>
        </w:rPr>
      </w:pPr>
      <w:r w:rsidRPr="00E92C16">
        <w:rPr>
          <w:szCs w:val="24"/>
          <w:lang w:val="sk-SK"/>
        </w:rPr>
        <w:t>Zákonný zástupca aj zamestnanec školy sú povinní zdržať sa urážlivých, znevažujúcich, nátlakových alebo agresívnych prejavov.</w:t>
      </w:r>
    </w:p>
    <w:p w14:paraId="6A487517" w14:textId="77777777" w:rsidR="00E92C16" w:rsidRPr="00E92C16" w:rsidRDefault="00E92C16" w:rsidP="00E92C16">
      <w:pPr>
        <w:pStyle w:val="Zoznamsodrkami"/>
        <w:rPr>
          <w:szCs w:val="24"/>
          <w:lang w:val="sk-SK"/>
        </w:rPr>
      </w:pPr>
      <w:r w:rsidRPr="00E92C16">
        <w:rPr>
          <w:szCs w:val="24"/>
          <w:lang w:val="sk-SK"/>
        </w:rPr>
        <w:t>Bežné informácie týkajúce sa dieťaťa poskytuje zákonnému zástupcovi triedna učiteľka. Závažnejšie skutočnosti, opakované problémy, sťažnosti alebo podnety sa riešia s riaditeľkou školy. Pri riešení závažných situácií môže byť vyhotovený písomný záznam z rokovania.</w:t>
      </w:r>
    </w:p>
    <w:p w14:paraId="78C0E398" w14:textId="77777777" w:rsidR="00E92C16" w:rsidRDefault="00E92C16" w:rsidP="00E92C16">
      <w:pPr>
        <w:pStyle w:val="Zoznamsodrkami"/>
        <w:rPr>
          <w:szCs w:val="24"/>
          <w:lang w:val="sk-SK"/>
        </w:rPr>
      </w:pPr>
      <w:r w:rsidRPr="00E92C16">
        <w:rPr>
          <w:szCs w:val="24"/>
          <w:lang w:val="sk-SK"/>
        </w:rPr>
        <w:t>Komunikácia pri príchode a odchode dieťaťa má byť stručná a vecná, aby nenarúšala bezpečnosť detí, organizáciu dňa a priamu výchovno-vzdelávaciu činnosť. Na podrobnejšie konzultácie si zákonný zástupca dohodne termín s triednou učiteľkou alebo riaditeľkou školy.</w:t>
      </w:r>
    </w:p>
    <w:p w14:paraId="1AE8422C" w14:textId="77777777" w:rsidR="006C7258" w:rsidRPr="00BA47CF" w:rsidRDefault="006C7258" w:rsidP="00BA47CF">
      <w:pPr>
        <w:pStyle w:val="Zoznamsodrkami"/>
        <w:rPr>
          <w:szCs w:val="24"/>
          <w:lang w:val="sk-SK"/>
        </w:rPr>
      </w:pPr>
      <w:r w:rsidRPr="00BA47CF">
        <w:rPr>
          <w:szCs w:val="24"/>
        </w:rPr>
        <w:t>zamestnanci neposkytujú informácie o iných deťoch, rodinách ani zamestnancoch neoprávneným osobám,</w:t>
      </w:r>
    </w:p>
    <w:p w14:paraId="5B3F4083" w14:textId="77777777" w:rsidR="006C7258" w:rsidRPr="008A06FC" w:rsidRDefault="006C7258" w:rsidP="006C7258">
      <w:pPr>
        <w:pStyle w:val="Zoznamsodrkami"/>
        <w:rPr>
          <w:szCs w:val="24"/>
        </w:rPr>
      </w:pPr>
      <w:r w:rsidRPr="008A06FC">
        <w:rPr>
          <w:szCs w:val="24"/>
        </w:rPr>
        <w:t>v priestoroch školy sa zakazuje akékoľvek vyhotovovanie a zverejňovanie fotografií, videozáznamov alebo zvukových záznamov detí, zákonných zástupcov a zamestnancov bez oprávnenia a súhlasu dotknutých osôb.</w:t>
      </w:r>
    </w:p>
    <w:p w14:paraId="249ADA14" w14:textId="77777777" w:rsidR="006C7258" w:rsidRPr="00E92C16" w:rsidRDefault="006C7258" w:rsidP="00BA47CF">
      <w:pPr>
        <w:rPr>
          <w:szCs w:val="24"/>
        </w:rPr>
      </w:pPr>
      <w:r w:rsidRPr="008A06FC">
        <w:rPr>
          <w:szCs w:val="24"/>
        </w:rPr>
        <w:t>Pri nezhodách medzi zákonnými zástupcami škola zachováva neutralitu a postupuje podľa právoplatných alebo vykonateľných rozhodnutí súdu, ktoré jej boli predložené. Ak škola takýmto rozhodnutím nedisponuje, rešpektuje rodičovské práva oboch zák</w:t>
      </w:r>
      <w:r w:rsidR="00BA47CF">
        <w:rPr>
          <w:szCs w:val="24"/>
        </w:rPr>
        <w:t>o</w:t>
      </w:r>
      <w:r w:rsidRPr="008A06FC">
        <w:rPr>
          <w:szCs w:val="24"/>
        </w:rPr>
        <w:t>nných zástupcov v rozsahu platných právnych predpisov.</w:t>
      </w:r>
    </w:p>
    <w:p w14:paraId="63ACE7BD" w14:textId="77777777" w:rsidR="00E92C16" w:rsidRPr="00E92C16" w:rsidRDefault="00E92C16" w:rsidP="006C7258">
      <w:pPr>
        <w:pStyle w:val="Zoznamsodrkami"/>
        <w:numPr>
          <w:ilvl w:val="0"/>
          <w:numId w:val="0"/>
        </w:numPr>
        <w:rPr>
          <w:b/>
          <w:bCs/>
          <w:szCs w:val="24"/>
          <w:lang w:val="sk-SK"/>
        </w:rPr>
      </w:pPr>
      <w:r w:rsidRPr="00E92C16">
        <w:rPr>
          <w:b/>
          <w:bCs/>
          <w:szCs w:val="24"/>
          <w:lang w:val="sk-SK"/>
        </w:rPr>
        <w:t>Informovanie zákonných zástupcov</w:t>
      </w:r>
    </w:p>
    <w:p w14:paraId="7B431985" w14:textId="77777777" w:rsidR="00E92C16" w:rsidRPr="00E92C16" w:rsidRDefault="00E92C16" w:rsidP="00E92C16">
      <w:pPr>
        <w:pStyle w:val="Zoznamsodrkami"/>
        <w:rPr>
          <w:szCs w:val="24"/>
          <w:lang w:val="sk-SK"/>
        </w:rPr>
      </w:pPr>
      <w:r w:rsidRPr="00E92C16">
        <w:rPr>
          <w:szCs w:val="24"/>
          <w:lang w:val="sk-SK"/>
        </w:rPr>
        <w:t>Materská škola informuje zákonných zástupcov najmä o:</w:t>
      </w:r>
    </w:p>
    <w:p w14:paraId="5836F7AE" w14:textId="77777777" w:rsidR="00E92C16" w:rsidRPr="00E92C16" w:rsidRDefault="00E92C16" w:rsidP="00E92C16">
      <w:pPr>
        <w:pStyle w:val="Zoznamsodrkami"/>
        <w:numPr>
          <w:ilvl w:val="0"/>
          <w:numId w:val="32"/>
        </w:numPr>
        <w:rPr>
          <w:szCs w:val="24"/>
          <w:lang w:val="sk-SK"/>
        </w:rPr>
      </w:pPr>
      <w:r w:rsidRPr="00E92C16">
        <w:rPr>
          <w:szCs w:val="24"/>
          <w:lang w:val="sk-SK"/>
        </w:rPr>
        <w:t>organizácii školského roka a prevádzke materskej školy;</w:t>
      </w:r>
    </w:p>
    <w:p w14:paraId="4FC8AB7F" w14:textId="77777777" w:rsidR="00E92C16" w:rsidRPr="00E92C16" w:rsidRDefault="00E92C16" w:rsidP="00E92C16">
      <w:pPr>
        <w:pStyle w:val="Zoznamsodrkami"/>
        <w:numPr>
          <w:ilvl w:val="0"/>
          <w:numId w:val="32"/>
        </w:numPr>
        <w:rPr>
          <w:szCs w:val="24"/>
          <w:lang w:val="sk-SK"/>
        </w:rPr>
      </w:pPr>
      <w:r w:rsidRPr="00E92C16">
        <w:rPr>
          <w:szCs w:val="24"/>
          <w:lang w:val="sk-SK"/>
        </w:rPr>
        <w:t>triednom zaradení dieťaťa;</w:t>
      </w:r>
    </w:p>
    <w:p w14:paraId="60680672" w14:textId="77777777" w:rsidR="00E92C16" w:rsidRPr="00E92C16" w:rsidRDefault="00E92C16" w:rsidP="00E92C16">
      <w:pPr>
        <w:pStyle w:val="Zoznamsodrkami"/>
        <w:numPr>
          <w:ilvl w:val="0"/>
          <w:numId w:val="32"/>
        </w:numPr>
        <w:rPr>
          <w:szCs w:val="24"/>
          <w:lang w:val="sk-SK"/>
        </w:rPr>
      </w:pPr>
      <w:r w:rsidRPr="00E92C16">
        <w:rPr>
          <w:szCs w:val="24"/>
          <w:lang w:val="sk-SK"/>
        </w:rPr>
        <w:t>adaptačnom procese dieťaťa;</w:t>
      </w:r>
    </w:p>
    <w:p w14:paraId="11CC1F0E" w14:textId="77777777" w:rsidR="00E92C16" w:rsidRPr="00E92C16" w:rsidRDefault="00E92C16" w:rsidP="00E92C16">
      <w:pPr>
        <w:pStyle w:val="Zoznamsodrkami"/>
        <w:numPr>
          <w:ilvl w:val="0"/>
          <w:numId w:val="32"/>
        </w:numPr>
        <w:rPr>
          <w:szCs w:val="24"/>
          <w:lang w:val="sk-SK"/>
        </w:rPr>
      </w:pPr>
      <w:r w:rsidRPr="00E92C16">
        <w:rPr>
          <w:szCs w:val="24"/>
          <w:lang w:val="sk-SK"/>
        </w:rPr>
        <w:t>výchovno-vzdelávacom napredovaní dieťaťa;</w:t>
      </w:r>
    </w:p>
    <w:p w14:paraId="5ED0152E" w14:textId="77777777" w:rsidR="00E92C16" w:rsidRPr="00E92C16" w:rsidRDefault="00E92C16" w:rsidP="00E92C16">
      <w:pPr>
        <w:pStyle w:val="Zoznamsodrkami"/>
        <w:numPr>
          <w:ilvl w:val="0"/>
          <w:numId w:val="32"/>
        </w:numPr>
        <w:rPr>
          <w:szCs w:val="24"/>
          <w:lang w:val="sk-SK"/>
        </w:rPr>
      </w:pPr>
      <w:r w:rsidRPr="00E92C16">
        <w:rPr>
          <w:szCs w:val="24"/>
          <w:lang w:val="sk-SK"/>
        </w:rPr>
        <w:t>správaní dieťaťa v kolektíve;</w:t>
      </w:r>
    </w:p>
    <w:p w14:paraId="6FC96F48" w14:textId="77777777" w:rsidR="00E92C16" w:rsidRPr="00E92C16" w:rsidRDefault="00E92C16" w:rsidP="00E92C16">
      <w:pPr>
        <w:pStyle w:val="Zoznamsodrkami"/>
        <w:numPr>
          <w:ilvl w:val="0"/>
          <w:numId w:val="32"/>
        </w:numPr>
        <w:rPr>
          <w:szCs w:val="24"/>
          <w:lang w:val="sk-SK"/>
        </w:rPr>
      </w:pPr>
      <w:r w:rsidRPr="00E92C16">
        <w:rPr>
          <w:szCs w:val="24"/>
          <w:lang w:val="sk-SK"/>
        </w:rPr>
        <w:t>sebaobslužných, hygienických, stravovacích a sociálnych návykoch dieťaťa;</w:t>
      </w:r>
    </w:p>
    <w:p w14:paraId="1DBF1ABD" w14:textId="77777777" w:rsidR="00E92C16" w:rsidRPr="00E92C16" w:rsidRDefault="00E92C16" w:rsidP="00E92C16">
      <w:pPr>
        <w:pStyle w:val="Zoznamsodrkami"/>
        <w:numPr>
          <w:ilvl w:val="0"/>
          <w:numId w:val="32"/>
        </w:numPr>
        <w:rPr>
          <w:szCs w:val="24"/>
          <w:lang w:val="sk-SK"/>
        </w:rPr>
      </w:pPr>
      <w:r w:rsidRPr="00E92C16">
        <w:rPr>
          <w:szCs w:val="24"/>
          <w:lang w:val="sk-SK"/>
        </w:rPr>
        <w:t>plánovaných aktivitách, podujatiach, výletoch a projektoch;</w:t>
      </w:r>
    </w:p>
    <w:p w14:paraId="4771889F" w14:textId="77777777" w:rsidR="00E92C16" w:rsidRPr="00E92C16" w:rsidRDefault="00E92C16" w:rsidP="00E92C16">
      <w:pPr>
        <w:pStyle w:val="Zoznamsodrkami"/>
        <w:numPr>
          <w:ilvl w:val="0"/>
          <w:numId w:val="32"/>
        </w:numPr>
        <w:rPr>
          <w:szCs w:val="24"/>
          <w:lang w:val="sk-SK"/>
        </w:rPr>
      </w:pPr>
      <w:r w:rsidRPr="00E92C16">
        <w:rPr>
          <w:szCs w:val="24"/>
          <w:lang w:val="sk-SK"/>
        </w:rPr>
        <w:lastRenderedPageBreak/>
        <w:t>zmenách v organizácii dňa alebo prevádzky školy;</w:t>
      </w:r>
    </w:p>
    <w:p w14:paraId="69930BEF" w14:textId="77777777" w:rsidR="00E92C16" w:rsidRPr="00E92C16" w:rsidRDefault="00E92C16" w:rsidP="00E92C16">
      <w:pPr>
        <w:pStyle w:val="Zoznamsodrkami"/>
        <w:numPr>
          <w:ilvl w:val="0"/>
          <w:numId w:val="32"/>
        </w:numPr>
        <w:rPr>
          <w:szCs w:val="24"/>
          <w:lang w:val="sk-SK"/>
        </w:rPr>
      </w:pPr>
      <w:r w:rsidRPr="00E92C16">
        <w:rPr>
          <w:szCs w:val="24"/>
          <w:lang w:val="sk-SK"/>
        </w:rPr>
        <w:t>úrazoch, zdravotných ťažkostiach alebo mimoriadnych udalostiach týkajúcich sa dieťaťa;</w:t>
      </w:r>
    </w:p>
    <w:p w14:paraId="493DB74D" w14:textId="77777777" w:rsidR="00E92C16" w:rsidRPr="00E92C16" w:rsidRDefault="00E92C16" w:rsidP="00E92C16">
      <w:pPr>
        <w:pStyle w:val="Zoznamsodrkami"/>
        <w:numPr>
          <w:ilvl w:val="0"/>
          <w:numId w:val="32"/>
        </w:numPr>
        <w:rPr>
          <w:szCs w:val="24"/>
          <w:lang w:val="sk-SK"/>
        </w:rPr>
      </w:pPr>
      <w:r w:rsidRPr="00E92C16">
        <w:rPr>
          <w:szCs w:val="24"/>
          <w:lang w:val="sk-SK"/>
        </w:rPr>
        <w:t>potrebách podpory alebo spolupráce zo strany zákonného zástupcu.</w:t>
      </w:r>
    </w:p>
    <w:p w14:paraId="5FADD8E4" w14:textId="77777777" w:rsidR="00E92C16" w:rsidRPr="00E92C16" w:rsidRDefault="00BA47CF" w:rsidP="00E92C16">
      <w:pPr>
        <w:pStyle w:val="Zoznamsodrkami"/>
        <w:rPr>
          <w:szCs w:val="24"/>
          <w:lang w:val="sk-SK"/>
        </w:rPr>
      </w:pPr>
      <w:r>
        <w:rPr>
          <w:szCs w:val="24"/>
          <w:lang w:val="sk-SK"/>
        </w:rPr>
        <w:t>z</w:t>
      </w:r>
      <w:r w:rsidR="00E92C16" w:rsidRPr="00E92C16">
        <w:rPr>
          <w:szCs w:val="24"/>
          <w:lang w:val="sk-SK"/>
        </w:rPr>
        <w:t>amestnanci školy neposkytujú zákonnému zástupcovi informácie o inom dieťati, jeho zdravotnom stave, správaní, rodinných pomeroch ani o zákonných zástupcoch iného dieťaťa</w:t>
      </w:r>
    </w:p>
    <w:p w14:paraId="2B668D74" w14:textId="77777777" w:rsidR="00E92C16" w:rsidRPr="00BF0F73" w:rsidRDefault="00E92C16" w:rsidP="006C7258">
      <w:pPr>
        <w:pStyle w:val="Zoznamsodrkami"/>
        <w:numPr>
          <w:ilvl w:val="0"/>
          <w:numId w:val="0"/>
        </w:numPr>
        <w:rPr>
          <w:b/>
          <w:bCs/>
          <w:szCs w:val="24"/>
          <w:lang w:val="sk-SK"/>
        </w:rPr>
      </w:pPr>
      <w:r w:rsidRPr="00BF0F73">
        <w:rPr>
          <w:b/>
          <w:bCs/>
          <w:szCs w:val="24"/>
          <w:lang w:val="sk-SK"/>
        </w:rPr>
        <w:t>Elektronická komunikácia</w:t>
      </w:r>
    </w:p>
    <w:p w14:paraId="184D60D4" w14:textId="77777777" w:rsidR="00E92C16" w:rsidRPr="00E92C16" w:rsidRDefault="00E92C16" w:rsidP="00E92C16">
      <w:pPr>
        <w:pStyle w:val="Zoznamsodrkami"/>
        <w:rPr>
          <w:szCs w:val="24"/>
          <w:lang w:val="sk-SK"/>
        </w:rPr>
      </w:pPr>
      <w:r w:rsidRPr="00E92C16">
        <w:rPr>
          <w:szCs w:val="24"/>
          <w:lang w:val="sk-SK"/>
        </w:rPr>
        <w:t>Elektronická komunikácia slúži na rýchle a prehľadné odovzdávanie informácií medzi materskou školou a zákonnými zástupcami. Za oficiálne komunikačné kanály sa považujú najmä EduPage, e-mail alebo iný spôsob určený materskou školou.</w:t>
      </w:r>
    </w:p>
    <w:p w14:paraId="6B8855A4" w14:textId="77777777" w:rsidR="00E92C16" w:rsidRPr="00E92C16" w:rsidRDefault="00E92C16" w:rsidP="00E92C16">
      <w:pPr>
        <w:pStyle w:val="Zoznamsodrkami"/>
        <w:rPr>
          <w:szCs w:val="24"/>
          <w:lang w:val="sk-SK"/>
        </w:rPr>
      </w:pPr>
      <w:r w:rsidRPr="00E92C16">
        <w:rPr>
          <w:szCs w:val="24"/>
          <w:lang w:val="sk-SK"/>
        </w:rPr>
        <w:t>Zákonný zástupca je povinný pravidelne sledovať oznamy školy a reagovať na dôležité výzvy, žiadosti alebo informácie týkajúce sa dieťaťa. Elektronická komunikácia má byť vecná, slušná a zameraná na riešenie konkrétnej záležitosti.</w:t>
      </w:r>
    </w:p>
    <w:p w14:paraId="684A705C" w14:textId="77777777" w:rsidR="00E92C16" w:rsidRDefault="00E92C16" w:rsidP="00E92C16">
      <w:pPr>
        <w:pStyle w:val="Zoznamsodrkami"/>
        <w:rPr>
          <w:szCs w:val="24"/>
          <w:lang w:val="sk-SK"/>
        </w:rPr>
      </w:pPr>
      <w:r w:rsidRPr="00E92C16">
        <w:rPr>
          <w:szCs w:val="24"/>
          <w:lang w:val="sk-SK"/>
        </w:rPr>
        <w:t>Sociálne siete neslúžia ako oficiálny komunikačný kanál na riešenie individuálnych otázok týkajúcich sa dieťaťa, zamestnancov školy alebo prevádzky materskej školy.</w:t>
      </w:r>
    </w:p>
    <w:p w14:paraId="4B9E0DDF" w14:textId="1143C099" w:rsidR="001221B1" w:rsidRPr="001221B1" w:rsidRDefault="001221B1" w:rsidP="001221B1">
      <w:pPr>
        <w:pStyle w:val="Nadpis3"/>
        <w:rPr>
          <w:rFonts w:ascii="Arial" w:eastAsia="Times New Roman" w:hAnsi="Arial" w:cs="Arial"/>
          <w:szCs w:val="24"/>
        </w:rPr>
      </w:pPr>
      <w:r w:rsidRPr="001221B1">
        <w:rPr>
          <w:rFonts w:ascii="Arial" w:hAnsi="Arial" w:cs="Arial"/>
          <w:szCs w:val="24"/>
        </w:rPr>
        <w:t>Elektronická komunikácia so zákonnými zástupcami prostredníctvom EduPage</w:t>
      </w:r>
    </w:p>
    <w:p w14:paraId="09870EF0" w14:textId="77777777" w:rsidR="001221B1" w:rsidRPr="001221B1" w:rsidRDefault="001221B1" w:rsidP="001221B1">
      <w:pPr>
        <w:pStyle w:val="Normlnywebov"/>
      </w:pPr>
      <w:r w:rsidRPr="001221B1">
        <w:t>Materská škola využíva na elektronickú komunikáciu so zákonnými zástupcami informačný systém EduPage. Prostredníctvom EduPage škola zverejňuje oznamy, organizačné pokyny, informácie o podujatiach, prázdninovej prevádzke, zmenách v organizácii dňa a ďalšie dôležité informácie súvisiace s dochádzkou a pobytom dieťaťa v materskej škole.</w:t>
      </w:r>
    </w:p>
    <w:p w14:paraId="1D54C862" w14:textId="77777777" w:rsidR="001221B1" w:rsidRPr="001221B1" w:rsidRDefault="001221B1" w:rsidP="001221B1">
      <w:pPr>
        <w:pStyle w:val="Normlnywebov"/>
      </w:pPr>
      <w:r w:rsidRPr="001221B1">
        <w:t>EduPage sa využíva aj na elektronické ospravedlňovanie neprítomnosti dieťaťa, prihlasovanie alebo odhlasovanie dieťaťa podľa pravidiel určených materskou školou, udeľovanie informovaných súhlasov zákonných zástupcov, zasielanie podkladov k platbám a komunikáciu medzi materskou školou a zákonným zástupcom.</w:t>
      </w:r>
    </w:p>
    <w:p w14:paraId="58981E1C" w14:textId="77777777" w:rsidR="001221B1" w:rsidRPr="001221B1" w:rsidRDefault="001221B1" w:rsidP="001221B1">
      <w:pPr>
        <w:pStyle w:val="Normlnywebov"/>
      </w:pPr>
      <w:r w:rsidRPr="001221B1">
        <w:t>Zákonný zástupca je povinný pravidelne sledovať EduPage, oboznamovať sa so zverejnenými oznamami a reagovať na výzvy materskej školy v určených termínoch. Informácie doručené prostredníctvom EduPage sa považujú za riadne oznámené zákonnému zástupcovi.</w:t>
      </w:r>
    </w:p>
    <w:p w14:paraId="72119566" w14:textId="470C1881" w:rsidR="004A21E7" w:rsidRPr="00F4791C" w:rsidRDefault="001221B1" w:rsidP="00F4791C">
      <w:pPr>
        <w:pStyle w:val="Normlnywebov"/>
      </w:pPr>
      <w:r w:rsidRPr="001221B1">
        <w:t>Pri elektronickej komunikácii sú zákonní zástupcovia aj zamestnanci materskej školy povinní dodržiavať pravidlá slušnej komunikácie, ochrany osobných údajov a zachovávať dôvernosť informácií týkajúcich sa detí, zákonných zástupcov a zamestnancov školy.</w:t>
      </w:r>
    </w:p>
    <w:p w14:paraId="5961D87F" w14:textId="77777777" w:rsidR="004A21E7" w:rsidRDefault="004A21E7" w:rsidP="006C7258">
      <w:pPr>
        <w:pStyle w:val="Zoznamsodrkami"/>
        <w:numPr>
          <w:ilvl w:val="0"/>
          <w:numId w:val="0"/>
        </w:numPr>
        <w:spacing w:after="0" w:line="240" w:lineRule="auto"/>
        <w:rPr>
          <w:b/>
          <w:bCs/>
          <w:szCs w:val="24"/>
          <w:lang w:val="sk-SK"/>
        </w:rPr>
      </w:pPr>
    </w:p>
    <w:p w14:paraId="4F7F7E5B" w14:textId="77777777" w:rsidR="00E92C16" w:rsidRPr="00765D47" w:rsidRDefault="00BF0F73" w:rsidP="006C7258">
      <w:pPr>
        <w:pStyle w:val="Nadpis2"/>
        <w:spacing w:before="0"/>
        <w:rPr>
          <w:rFonts w:ascii="Arial" w:hAnsi="Arial" w:cs="Arial"/>
          <w:color w:val="0070C0"/>
          <w:sz w:val="24"/>
          <w:szCs w:val="24"/>
          <w:lang w:val="sk-SK"/>
        </w:rPr>
      </w:pPr>
      <w:bookmarkStart w:id="22" w:name="_Toc238333718"/>
      <w:r w:rsidRPr="00765D47">
        <w:rPr>
          <w:rFonts w:ascii="Arial" w:eastAsia="Arial" w:hAnsi="Arial" w:cs="Arial"/>
          <w:color w:val="0070C0"/>
          <w:sz w:val="24"/>
        </w:rPr>
        <w:t>2.19 Riešenie podnetov, nejasností a sťažností</w:t>
      </w:r>
      <w:bookmarkEnd w:id="22"/>
    </w:p>
    <w:p w14:paraId="691F478A" w14:textId="77777777" w:rsidR="00BF0F73" w:rsidRPr="00E92C16" w:rsidRDefault="00BF0F73" w:rsidP="006C7258">
      <w:pPr>
        <w:pStyle w:val="Zoznamsodrkami"/>
        <w:numPr>
          <w:ilvl w:val="0"/>
          <w:numId w:val="0"/>
        </w:numPr>
        <w:spacing w:after="0" w:line="240" w:lineRule="auto"/>
        <w:rPr>
          <w:b/>
          <w:bCs/>
          <w:szCs w:val="24"/>
          <w:lang w:val="sk-SK"/>
        </w:rPr>
      </w:pPr>
    </w:p>
    <w:p w14:paraId="70087B35" w14:textId="77777777" w:rsidR="00E92C16" w:rsidRPr="00E92C16" w:rsidRDefault="00E92C16" w:rsidP="00E92C16">
      <w:pPr>
        <w:pStyle w:val="Zoznamsodrkami"/>
        <w:rPr>
          <w:szCs w:val="24"/>
          <w:lang w:val="sk-SK"/>
        </w:rPr>
      </w:pPr>
      <w:r w:rsidRPr="00E92C16">
        <w:rPr>
          <w:szCs w:val="24"/>
          <w:lang w:val="sk-SK"/>
        </w:rPr>
        <w:t>Ak má zákonný zástupca otázku, podnet alebo nejasnosť týkajúcu sa dieťaťa, rieši ju prednostne s triednou učiteľkou. Ak sa záležitosť nevyrieši na úrovni triedy alebo ide o závažnú skutočnosť, zákonný zástupca sa obráti na riaditeľku školy.</w:t>
      </w:r>
    </w:p>
    <w:p w14:paraId="106B86AF" w14:textId="77777777" w:rsidR="00E92C16" w:rsidRPr="00E92C16" w:rsidRDefault="00E92C16" w:rsidP="00E92C16">
      <w:pPr>
        <w:pStyle w:val="Zoznamsodrkami"/>
        <w:rPr>
          <w:szCs w:val="24"/>
          <w:lang w:val="sk-SK"/>
        </w:rPr>
      </w:pPr>
      <w:r w:rsidRPr="00E92C16">
        <w:rPr>
          <w:szCs w:val="24"/>
          <w:lang w:val="sk-SK"/>
        </w:rPr>
        <w:t>Podnety a sťažnosti sa riešia vecne, primerane, bezodkladne a v súlade s príslušnými právnymi predpismi a vnútornými pravidlami školy. Pri riešení podnetov sa prihliada na najlepší záujem dieťaťa, ochranu jeho práv a zachovanie dôstojnosti všetkých zúčastnených osôb.</w:t>
      </w:r>
    </w:p>
    <w:p w14:paraId="081AA6BE" w14:textId="77777777" w:rsidR="00E92C16" w:rsidRDefault="00E92C16" w:rsidP="00E92C16">
      <w:pPr>
        <w:pStyle w:val="Zoznamsodrkami"/>
        <w:rPr>
          <w:szCs w:val="24"/>
          <w:lang w:val="sk-SK"/>
        </w:rPr>
      </w:pPr>
      <w:r w:rsidRPr="00E92C16">
        <w:rPr>
          <w:szCs w:val="24"/>
          <w:lang w:val="sk-SK"/>
        </w:rPr>
        <w:t>Zákonný zástupca sa zdrží riešenia konfliktných situácií pred deťmi, v priestoroch triedy, počas priamej práce učiteľky s deťmi alebo spôsobom, ktorý by narúšal pokojný chod materskej školy.</w:t>
      </w:r>
    </w:p>
    <w:p w14:paraId="017B7F39" w14:textId="77777777" w:rsidR="00BF0F73" w:rsidRPr="00E92C16" w:rsidRDefault="00BF0F73" w:rsidP="00BF0F73">
      <w:pPr>
        <w:pStyle w:val="Zoznamsodrkami"/>
        <w:numPr>
          <w:ilvl w:val="0"/>
          <w:numId w:val="0"/>
        </w:numPr>
        <w:spacing w:after="0" w:line="240" w:lineRule="auto"/>
        <w:ind w:left="360" w:hanging="360"/>
        <w:rPr>
          <w:szCs w:val="24"/>
          <w:lang w:val="sk-SK"/>
        </w:rPr>
      </w:pPr>
    </w:p>
    <w:p w14:paraId="79CC6A05" w14:textId="77777777" w:rsidR="00E92C16" w:rsidRPr="00BF0F73" w:rsidRDefault="00BF0F73" w:rsidP="00BF0F73">
      <w:pPr>
        <w:pStyle w:val="Zoznamsodrkami"/>
        <w:numPr>
          <w:ilvl w:val="1"/>
          <w:numId w:val="137"/>
        </w:numPr>
        <w:rPr>
          <w:b/>
          <w:bCs/>
          <w:color w:val="0070C0"/>
          <w:szCs w:val="24"/>
          <w:lang w:val="sk-SK"/>
        </w:rPr>
      </w:pPr>
      <w:r w:rsidRPr="00BF0F73">
        <w:rPr>
          <w:b/>
          <w:bCs/>
          <w:color w:val="0070C0"/>
          <w:szCs w:val="24"/>
          <w:lang w:val="sk-SK"/>
        </w:rPr>
        <w:t xml:space="preserve"> </w:t>
      </w:r>
      <w:r w:rsidR="00E92C16" w:rsidRPr="00BF0F73">
        <w:rPr>
          <w:b/>
          <w:bCs/>
          <w:color w:val="0070C0"/>
          <w:szCs w:val="24"/>
          <w:lang w:val="sk-SK"/>
        </w:rPr>
        <w:t>Ochrana osobných údajov a dôvernosť informácií</w:t>
      </w:r>
    </w:p>
    <w:p w14:paraId="320C4A7D" w14:textId="77777777" w:rsidR="00BF0F73" w:rsidRPr="00E92C16" w:rsidRDefault="00BF0F73" w:rsidP="00BF0F73">
      <w:pPr>
        <w:pStyle w:val="Zoznamsodrkami"/>
        <w:numPr>
          <w:ilvl w:val="0"/>
          <w:numId w:val="0"/>
        </w:numPr>
        <w:spacing w:after="0" w:line="240" w:lineRule="auto"/>
        <w:ind w:left="468"/>
        <w:rPr>
          <w:b/>
          <w:bCs/>
          <w:szCs w:val="24"/>
          <w:lang w:val="sk-SK"/>
        </w:rPr>
      </w:pPr>
    </w:p>
    <w:p w14:paraId="1C92686A" w14:textId="77777777" w:rsidR="00E92C16" w:rsidRPr="00E92C16" w:rsidRDefault="00E92C16" w:rsidP="00E92C16">
      <w:pPr>
        <w:pStyle w:val="Zoznamsodrkami"/>
        <w:rPr>
          <w:szCs w:val="24"/>
          <w:lang w:val="sk-SK"/>
        </w:rPr>
      </w:pPr>
      <w:r w:rsidRPr="00E92C16">
        <w:rPr>
          <w:szCs w:val="24"/>
          <w:lang w:val="sk-SK"/>
        </w:rPr>
        <w:t>Materská škola pri komunikácii so zákonnými zástupcami chráni osobné údaje detí, zákonných zástupcov a zamestnancov školy. Informácie týkajúce sa dieťaťa sa poskytujú iba oprávneným osobám a v rozsahu potrebnom na zabezpečenie výchovy, vzdelávania, bezpečnosti a ochrany zdravia dieťaťa.</w:t>
      </w:r>
    </w:p>
    <w:p w14:paraId="37BC7D87" w14:textId="77777777" w:rsidR="00DC1A67" w:rsidRDefault="00E92C16" w:rsidP="00E92C16">
      <w:pPr>
        <w:pStyle w:val="Zoznamsodrkami"/>
        <w:rPr>
          <w:szCs w:val="24"/>
          <w:lang w:val="sk-SK"/>
        </w:rPr>
      </w:pPr>
      <w:r w:rsidRPr="00E92C16">
        <w:rPr>
          <w:szCs w:val="24"/>
          <w:lang w:val="sk-SK"/>
        </w:rPr>
        <w:t xml:space="preserve">Zákonní zástupcovia sú povinní rešpektovať súkromie ostatných detí, zákonných zástupcov a zamestnancov školy. Bez súhlasu dotknutých osôb nie je prípustné </w:t>
      </w:r>
    </w:p>
    <w:p w14:paraId="552887C6" w14:textId="77777777" w:rsidR="00E92C16" w:rsidRDefault="00E92C16" w:rsidP="00E92C16">
      <w:pPr>
        <w:pStyle w:val="Zoznamsodrkami"/>
        <w:rPr>
          <w:szCs w:val="24"/>
          <w:lang w:val="sk-SK"/>
        </w:rPr>
      </w:pPr>
      <w:r w:rsidRPr="00E92C16">
        <w:rPr>
          <w:szCs w:val="24"/>
          <w:lang w:val="sk-SK"/>
        </w:rPr>
        <w:t>iných detí, zákonných zástupcov alebo zamestnancov školy.</w:t>
      </w:r>
    </w:p>
    <w:p w14:paraId="0EED87B5" w14:textId="77777777" w:rsidR="00BF0F73" w:rsidRPr="00E92C16" w:rsidRDefault="00BF0F73" w:rsidP="00BF0F73">
      <w:pPr>
        <w:pStyle w:val="Zoznamsodrkami"/>
        <w:numPr>
          <w:ilvl w:val="0"/>
          <w:numId w:val="0"/>
        </w:numPr>
        <w:spacing w:after="0" w:line="240" w:lineRule="auto"/>
        <w:ind w:left="360"/>
        <w:rPr>
          <w:szCs w:val="24"/>
          <w:lang w:val="sk-SK"/>
        </w:rPr>
      </w:pPr>
    </w:p>
    <w:p w14:paraId="497BD6E3" w14:textId="77777777" w:rsidR="00E92C16" w:rsidRPr="00BF0F73" w:rsidRDefault="00E92C16" w:rsidP="00BF0F73">
      <w:pPr>
        <w:pStyle w:val="Zoznamsodrkami"/>
        <w:numPr>
          <w:ilvl w:val="1"/>
          <w:numId w:val="137"/>
        </w:numPr>
        <w:rPr>
          <w:b/>
          <w:bCs/>
          <w:color w:val="0070C0"/>
          <w:szCs w:val="24"/>
          <w:lang w:val="sk-SK"/>
        </w:rPr>
      </w:pPr>
      <w:r w:rsidRPr="00BF0F73">
        <w:rPr>
          <w:b/>
          <w:bCs/>
          <w:color w:val="0070C0"/>
          <w:szCs w:val="24"/>
          <w:lang w:val="sk-SK"/>
        </w:rPr>
        <w:t>Spoločná zodpovednosť školy a</w:t>
      </w:r>
      <w:r w:rsidR="00BF0F73" w:rsidRPr="00BF0F73">
        <w:rPr>
          <w:b/>
          <w:bCs/>
          <w:color w:val="0070C0"/>
          <w:szCs w:val="24"/>
          <w:lang w:val="sk-SK"/>
        </w:rPr>
        <w:t> </w:t>
      </w:r>
      <w:r w:rsidRPr="00BF0F73">
        <w:rPr>
          <w:b/>
          <w:bCs/>
          <w:color w:val="0070C0"/>
          <w:szCs w:val="24"/>
          <w:lang w:val="sk-SK"/>
        </w:rPr>
        <w:t>rodiny</w:t>
      </w:r>
    </w:p>
    <w:p w14:paraId="2EEF9BC8" w14:textId="77777777" w:rsidR="00BF0F73" w:rsidRPr="00E92C16" w:rsidRDefault="00BF0F73" w:rsidP="00BF0F73">
      <w:pPr>
        <w:pStyle w:val="Zoznamsodrkami"/>
        <w:numPr>
          <w:ilvl w:val="0"/>
          <w:numId w:val="0"/>
        </w:numPr>
        <w:spacing w:after="0" w:line="240" w:lineRule="auto"/>
        <w:ind w:left="468"/>
        <w:rPr>
          <w:b/>
          <w:bCs/>
          <w:szCs w:val="24"/>
          <w:lang w:val="sk-SK"/>
        </w:rPr>
      </w:pPr>
    </w:p>
    <w:p w14:paraId="39380EEA" w14:textId="77777777" w:rsidR="00E92C16" w:rsidRPr="00E92C16" w:rsidRDefault="00E92C16" w:rsidP="00E92C16">
      <w:pPr>
        <w:pStyle w:val="Zoznamsodrkami"/>
        <w:rPr>
          <w:szCs w:val="24"/>
          <w:lang w:val="sk-SK"/>
        </w:rPr>
      </w:pPr>
      <w:r w:rsidRPr="00E92C16">
        <w:rPr>
          <w:szCs w:val="24"/>
          <w:lang w:val="sk-SK"/>
        </w:rPr>
        <w:t>Materská škola a zákonní zástupcovia spolupracujú v záujme vytvárania bezpečného, rešpektujúceho a podnetného prostredia pre dieťa. Úspešná spolupráca je založená na vzájomnej dôvere, pravdivom informovaní, rešpektovaní pravidiel školy a ochote hľadať riešenia v prospech dieťaťa.</w:t>
      </w:r>
    </w:p>
    <w:p w14:paraId="36A0F6E2" w14:textId="77777777" w:rsidR="00E92C16" w:rsidRDefault="00E92C16" w:rsidP="00E92C16">
      <w:pPr>
        <w:pStyle w:val="Zoznamsodrkami"/>
        <w:rPr>
          <w:szCs w:val="24"/>
          <w:lang w:val="sk-SK"/>
        </w:rPr>
      </w:pPr>
      <w:r w:rsidRPr="00E92C16">
        <w:rPr>
          <w:szCs w:val="24"/>
          <w:lang w:val="sk-SK"/>
        </w:rPr>
        <w:t>Spoločným cieľom školy a rodiny je podporovať zdravý vývin dieťaťa, jeho samostatnosť, sociálne zručnosti, komunikačné schopnosti, pozitívny vzťah k poznávaniu a pripravenosť na ďalšie vzdelávanie.</w:t>
      </w:r>
    </w:p>
    <w:p w14:paraId="582C07B4" w14:textId="77777777" w:rsidR="00DC1A67" w:rsidRDefault="00DC1A67" w:rsidP="00DC1A67">
      <w:pPr>
        <w:pStyle w:val="Zoznamsodrkami"/>
        <w:numPr>
          <w:ilvl w:val="0"/>
          <w:numId w:val="0"/>
        </w:numPr>
        <w:spacing w:after="0" w:line="240" w:lineRule="auto"/>
        <w:ind w:left="360"/>
        <w:rPr>
          <w:b/>
          <w:bCs/>
          <w:color w:val="0070C0"/>
          <w:szCs w:val="24"/>
          <w:lang w:eastAsia="sk-SK"/>
        </w:rPr>
      </w:pPr>
    </w:p>
    <w:p w14:paraId="2C3068CC" w14:textId="77777777" w:rsidR="00DC1A67" w:rsidRDefault="00DC1A67" w:rsidP="00DC1A67">
      <w:pPr>
        <w:pStyle w:val="Zoznamsodrkami"/>
        <w:numPr>
          <w:ilvl w:val="0"/>
          <w:numId w:val="0"/>
        </w:numPr>
        <w:ind w:left="360"/>
        <w:jc w:val="center"/>
        <w:rPr>
          <w:b/>
          <w:bCs/>
          <w:color w:val="0070C0"/>
          <w:szCs w:val="24"/>
          <w:lang w:eastAsia="sk-SK"/>
        </w:rPr>
      </w:pPr>
      <w:r>
        <w:rPr>
          <w:b/>
          <w:bCs/>
          <w:color w:val="0070C0"/>
          <w:szCs w:val="24"/>
          <w:lang w:eastAsia="sk-SK"/>
        </w:rPr>
        <w:t>Článok III.</w:t>
      </w:r>
    </w:p>
    <w:p w14:paraId="58311CDF" w14:textId="77777777" w:rsidR="00BF0F73" w:rsidRDefault="00BF0F73" w:rsidP="00DC1A67">
      <w:pPr>
        <w:pStyle w:val="Zoznamsodrkami"/>
        <w:numPr>
          <w:ilvl w:val="0"/>
          <w:numId w:val="0"/>
        </w:numPr>
        <w:spacing w:after="0" w:line="240" w:lineRule="auto"/>
        <w:ind w:left="360"/>
        <w:jc w:val="center"/>
        <w:rPr>
          <w:b/>
          <w:bCs/>
          <w:color w:val="0070C0"/>
          <w:szCs w:val="24"/>
          <w:lang w:eastAsia="sk-SK"/>
        </w:rPr>
      </w:pPr>
    </w:p>
    <w:p w14:paraId="6F2D6AC7" w14:textId="3614E1C2" w:rsidR="00294B2F" w:rsidRPr="00F4791C" w:rsidRDefault="00DC1A67" w:rsidP="00F4791C">
      <w:pPr>
        <w:pStyle w:val="Nadpis1"/>
        <w:spacing w:before="0"/>
        <w:jc w:val="center"/>
        <w:rPr>
          <w:rFonts w:ascii="Arial" w:hAnsi="Arial" w:cs="Arial"/>
          <w:color w:val="0070C0"/>
          <w:sz w:val="24"/>
          <w:szCs w:val="24"/>
          <w:lang w:eastAsia="sk-SK"/>
        </w:rPr>
      </w:pPr>
      <w:bookmarkStart w:id="23" w:name="_Toc238333719"/>
      <w:r w:rsidRPr="00F4791C">
        <w:rPr>
          <w:rFonts w:ascii="Arial" w:eastAsia="Arial" w:hAnsi="Arial" w:cs="Arial"/>
          <w:color w:val="0070C0"/>
          <w:sz w:val="24"/>
        </w:rPr>
        <w:t>Pravidlá vzájomných vzťahov a komunikácie</w:t>
      </w:r>
      <w:bookmarkEnd w:id="23"/>
    </w:p>
    <w:p w14:paraId="3C665758" w14:textId="77777777" w:rsidR="00C54776" w:rsidRPr="00DC1A67" w:rsidRDefault="00C54776" w:rsidP="00C33B1D">
      <w:pPr>
        <w:pStyle w:val="Zoznamsodrkami"/>
        <w:numPr>
          <w:ilvl w:val="0"/>
          <w:numId w:val="0"/>
        </w:numPr>
        <w:spacing w:after="0" w:line="240" w:lineRule="auto"/>
        <w:rPr>
          <w:b/>
          <w:bCs/>
          <w:color w:val="0070C0"/>
          <w:szCs w:val="24"/>
          <w:lang w:eastAsia="sk-SK"/>
        </w:rPr>
      </w:pPr>
    </w:p>
    <w:p w14:paraId="3D3198F8" w14:textId="77777777" w:rsidR="00294B2F" w:rsidRPr="00294B2F" w:rsidRDefault="00294B2F" w:rsidP="00294B2F">
      <w:pPr>
        <w:pStyle w:val="Zoznamsodrkami"/>
        <w:rPr>
          <w:szCs w:val="24"/>
          <w:lang w:eastAsia="sk-SK"/>
        </w:rPr>
      </w:pPr>
      <w:r w:rsidRPr="00294B2F">
        <w:rPr>
          <w:szCs w:val="24"/>
          <w:lang w:eastAsia="sk-SK"/>
        </w:rPr>
        <w:t>vytvárať tvorivú atmosféru na udržiavanie dobrých medziľudských vzťahov,</w:t>
      </w:r>
    </w:p>
    <w:p w14:paraId="32C63F4E" w14:textId="77777777" w:rsidR="00294B2F" w:rsidRPr="00294B2F" w:rsidRDefault="00294B2F" w:rsidP="00294B2F">
      <w:pPr>
        <w:pStyle w:val="Zoznamsodrkami"/>
        <w:rPr>
          <w:szCs w:val="24"/>
          <w:lang w:eastAsia="sk-SK"/>
        </w:rPr>
      </w:pPr>
      <w:r w:rsidRPr="00294B2F">
        <w:rPr>
          <w:szCs w:val="24"/>
          <w:lang w:eastAsia="sk-SK"/>
        </w:rPr>
        <w:t>uplatňovať iniciatívu, vzájomnú pomoc a ochotu,</w:t>
      </w:r>
    </w:p>
    <w:p w14:paraId="7A776BAC" w14:textId="77777777" w:rsidR="00294B2F" w:rsidRPr="00294B2F" w:rsidRDefault="00294B2F" w:rsidP="00294B2F">
      <w:pPr>
        <w:pStyle w:val="Zoznamsodrkami"/>
        <w:rPr>
          <w:szCs w:val="24"/>
          <w:lang w:eastAsia="sk-SK"/>
        </w:rPr>
      </w:pPr>
      <w:r w:rsidRPr="00294B2F">
        <w:rPr>
          <w:szCs w:val="24"/>
          <w:lang w:eastAsia="sk-SK"/>
        </w:rPr>
        <w:t>presadzovať toleranciu, rešpektovanie a úctu,</w:t>
      </w:r>
    </w:p>
    <w:p w14:paraId="526AAB9B" w14:textId="77777777" w:rsidR="00294B2F" w:rsidRPr="00C54776" w:rsidRDefault="00294B2F" w:rsidP="00C54776">
      <w:pPr>
        <w:pStyle w:val="Zoznamsodrkami"/>
        <w:rPr>
          <w:lang w:eastAsia="sk-SK"/>
        </w:rPr>
      </w:pPr>
      <w:r w:rsidRPr="00294B2F">
        <w:rPr>
          <w:szCs w:val="24"/>
          <w:lang w:eastAsia="sk-SK"/>
        </w:rPr>
        <w:lastRenderedPageBreak/>
        <w:t>prejavovať otvorenosť, konštruktívnosť a asertívnosť pri riešení konfliktných, sporných situácií</w:t>
      </w:r>
      <w:r w:rsidRPr="00652394">
        <w:rPr>
          <w:lang w:eastAsia="sk-SK"/>
        </w:rPr>
        <w:t>.</w:t>
      </w:r>
    </w:p>
    <w:p w14:paraId="6146388A" w14:textId="77777777" w:rsidR="00E92C16" w:rsidRPr="00634228" w:rsidRDefault="00E92C16" w:rsidP="00E92C16">
      <w:pPr>
        <w:pStyle w:val="Zoznamsodrkami"/>
        <w:numPr>
          <w:ilvl w:val="0"/>
          <w:numId w:val="0"/>
        </w:numPr>
        <w:spacing w:after="0" w:line="240" w:lineRule="auto"/>
        <w:rPr>
          <w:szCs w:val="24"/>
          <w:lang w:val="sk-SK"/>
        </w:rPr>
      </w:pPr>
    </w:p>
    <w:p w14:paraId="5DF4012A" w14:textId="77777777" w:rsidR="00483E36" w:rsidRPr="00765D47" w:rsidRDefault="00C54776" w:rsidP="0066480F">
      <w:pPr>
        <w:pStyle w:val="Nadpis2"/>
        <w:spacing w:before="0"/>
        <w:rPr>
          <w:rFonts w:ascii="Arial" w:hAnsi="Arial" w:cs="Arial"/>
          <w:color w:val="0070C0"/>
          <w:sz w:val="24"/>
          <w:szCs w:val="24"/>
          <w:lang w:val="sk-SK" w:eastAsia="sk-SK"/>
        </w:rPr>
      </w:pPr>
      <w:bookmarkStart w:id="24" w:name="_Toc238333720"/>
      <w:r w:rsidRPr="00765D47">
        <w:rPr>
          <w:rFonts w:ascii="Arial" w:eastAsia="Arial" w:hAnsi="Arial" w:cs="Arial"/>
          <w:color w:val="0070C0"/>
          <w:sz w:val="24"/>
        </w:rPr>
        <w:t>3.1 Práva pedagogického zamestnanca a odborného zamestnanca</w:t>
      </w:r>
      <w:bookmarkEnd w:id="24"/>
    </w:p>
    <w:p w14:paraId="74DD8BD6" w14:textId="77777777" w:rsidR="00C54776" w:rsidRPr="0066480F" w:rsidRDefault="00C54776" w:rsidP="0066480F">
      <w:pPr>
        <w:pStyle w:val="Zoznamsodrkami"/>
        <w:numPr>
          <w:ilvl w:val="0"/>
          <w:numId w:val="0"/>
        </w:numPr>
        <w:spacing w:after="0" w:line="240" w:lineRule="auto"/>
        <w:rPr>
          <w:b/>
          <w:bCs/>
          <w:color w:val="0070C0"/>
          <w:szCs w:val="24"/>
          <w:lang w:val="sk-SK" w:eastAsia="sk-SK"/>
        </w:rPr>
      </w:pPr>
    </w:p>
    <w:p w14:paraId="724A79F0" w14:textId="77777777" w:rsidR="00483E36" w:rsidRPr="00483E36" w:rsidRDefault="00483E36" w:rsidP="0066480F">
      <w:pPr>
        <w:pStyle w:val="Zoznamsodrkami"/>
        <w:numPr>
          <w:ilvl w:val="0"/>
          <w:numId w:val="0"/>
        </w:numPr>
        <w:ind w:left="360" w:hanging="360"/>
        <w:rPr>
          <w:szCs w:val="24"/>
          <w:lang w:val="sk-SK" w:eastAsia="sk-SK"/>
        </w:rPr>
      </w:pPr>
      <w:r w:rsidRPr="00483E36">
        <w:rPr>
          <w:szCs w:val="24"/>
          <w:lang w:val="sk-SK" w:eastAsia="sk-SK"/>
        </w:rPr>
        <w:t>Pedagogický zamestnanec a odborný zamestnanec má okrem práv ustanovených osobitnými právnymi predpismi pri výkone pracovnej činnosti právo na</w:t>
      </w:r>
    </w:p>
    <w:p w14:paraId="2E34ED4A" w14:textId="084A642F" w:rsidR="00483E36" w:rsidRPr="00483E36" w:rsidRDefault="00483E36" w:rsidP="00483E36">
      <w:pPr>
        <w:pStyle w:val="Zoznamsodrkami"/>
        <w:rPr>
          <w:szCs w:val="24"/>
          <w:lang w:val="sk-SK" w:eastAsia="sk-SK"/>
        </w:rPr>
      </w:pPr>
      <w:r w:rsidRPr="00483E36">
        <w:rPr>
          <w:szCs w:val="24"/>
          <w:lang w:val="sk-SK" w:eastAsia="sk-SK"/>
        </w:rPr>
        <w:t>zabezpečenie podmienok potrebných na výkon pracovnej činnosti, najmä na ochranu pred prejavmi násilia zo strany detí, žiakov, zákonných zástupcov alebo iných osôb, ktoré majú dieťa zverené do starostlivosti na základe rozhodnutia súdu, a zo strany ďalších fyzických osôb alebo právnických osôb,</w:t>
      </w:r>
    </w:p>
    <w:p w14:paraId="3F800886" w14:textId="77777777" w:rsidR="00483E36" w:rsidRPr="00483E36" w:rsidRDefault="00483E36" w:rsidP="00483E36">
      <w:pPr>
        <w:pStyle w:val="Zoznamsodrkami"/>
        <w:rPr>
          <w:szCs w:val="24"/>
          <w:lang w:val="sk-SK" w:eastAsia="sk-SK"/>
        </w:rPr>
      </w:pPr>
      <w:r w:rsidRPr="00483E36">
        <w:rPr>
          <w:szCs w:val="24"/>
          <w:lang w:val="sk-SK" w:eastAsia="sk-SK"/>
        </w:rPr>
        <w:t>ochranu pred sociálno-patologickými prejavmi v správaní vedúcich pedagogických zamestnancov, vedúcich odborných zamestnancov, ďalších zamestnancov, zriaďovateľa, zákonných zástupcov, iných fyzických osôb alebo právnických osôb,</w:t>
      </w:r>
    </w:p>
    <w:p w14:paraId="2DD3D1F3" w14:textId="77777777" w:rsidR="00483E36" w:rsidRPr="00483E36" w:rsidRDefault="00483E36" w:rsidP="00483E36">
      <w:pPr>
        <w:pStyle w:val="Zoznamsodrkami"/>
        <w:rPr>
          <w:szCs w:val="24"/>
          <w:lang w:val="sk-SK" w:eastAsia="sk-SK"/>
        </w:rPr>
      </w:pPr>
      <w:r w:rsidRPr="00483E36">
        <w:rPr>
          <w:szCs w:val="24"/>
          <w:lang w:val="sk-SK" w:eastAsia="sk-SK"/>
        </w:rPr>
        <w:t>ochranu pred neodborným zasahovaním do výkonu pracovnej činnosti,</w:t>
      </w:r>
    </w:p>
    <w:p w14:paraId="322A25E1" w14:textId="77777777" w:rsidR="00483E36" w:rsidRPr="00483E36" w:rsidRDefault="00483E36" w:rsidP="00483E36">
      <w:pPr>
        <w:pStyle w:val="Zoznamsodrkami"/>
        <w:rPr>
          <w:szCs w:val="24"/>
          <w:lang w:val="sk-SK" w:eastAsia="sk-SK"/>
        </w:rPr>
      </w:pPr>
      <w:r w:rsidRPr="00483E36">
        <w:rPr>
          <w:szCs w:val="24"/>
          <w:lang w:val="sk-SK" w:eastAsia="sk-SK"/>
        </w:rPr>
        <w:t>účasť na riadení školy, školského zariadenia alebo zariadenia sociálnej pomoci prostredníctvom osobného členstva alebo volených zástupcov v poradných, metodických a samosprávnych orgánoch,</w:t>
      </w:r>
    </w:p>
    <w:p w14:paraId="15FBF0F9" w14:textId="77777777" w:rsidR="00483E36" w:rsidRPr="00483E36" w:rsidRDefault="00483E36" w:rsidP="00483E36">
      <w:pPr>
        <w:pStyle w:val="Zoznamsodrkami"/>
        <w:rPr>
          <w:szCs w:val="24"/>
          <w:lang w:val="sk-SK" w:eastAsia="sk-SK"/>
        </w:rPr>
      </w:pPr>
      <w:r w:rsidRPr="00483E36">
        <w:rPr>
          <w:szCs w:val="24"/>
          <w:lang w:val="sk-SK" w:eastAsia="sk-SK"/>
        </w:rPr>
        <w:t>predkladanie návrhov na skvalitnenie výchovy a vzdelávania,</w:t>
      </w:r>
    </w:p>
    <w:p w14:paraId="7D5837D3" w14:textId="77777777" w:rsidR="00483E36" w:rsidRPr="00483E36" w:rsidRDefault="00483E36" w:rsidP="00483E36">
      <w:pPr>
        <w:pStyle w:val="Zoznamsodrkami"/>
        <w:rPr>
          <w:szCs w:val="24"/>
          <w:lang w:val="sk-SK" w:eastAsia="sk-SK"/>
        </w:rPr>
      </w:pPr>
      <w:r w:rsidRPr="00483E36">
        <w:rPr>
          <w:szCs w:val="24"/>
          <w:lang w:val="sk-SK" w:eastAsia="sk-SK"/>
        </w:rPr>
        <w:t>výber a uplatňovanie pedagogických metód, foriem, didaktických prostriedkov výchovy a vzdelávania a na výber odborných metód,</w:t>
      </w:r>
    </w:p>
    <w:p w14:paraId="3C62A2C6" w14:textId="77777777" w:rsidR="00483E36" w:rsidRPr="00483E36" w:rsidRDefault="00483E36" w:rsidP="00483E36">
      <w:pPr>
        <w:pStyle w:val="Zoznamsodrkami"/>
        <w:rPr>
          <w:szCs w:val="24"/>
          <w:lang w:val="sk-SK" w:eastAsia="sk-SK"/>
        </w:rPr>
      </w:pPr>
      <w:r w:rsidRPr="00483E36">
        <w:rPr>
          <w:szCs w:val="24"/>
          <w:lang w:val="sk-SK" w:eastAsia="sk-SK"/>
        </w:rPr>
        <w:t>profesijný rozvoj,</w:t>
      </w:r>
    </w:p>
    <w:p w14:paraId="2F0B48FE" w14:textId="77777777" w:rsidR="00483E36" w:rsidRDefault="00483E36" w:rsidP="00483E36">
      <w:pPr>
        <w:pStyle w:val="Zoznamsodrkami"/>
        <w:rPr>
          <w:szCs w:val="24"/>
          <w:lang w:val="sk-SK" w:eastAsia="sk-SK"/>
        </w:rPr>
      </w:pPr>
      <w:r w:rsidRPr="00483E36">
        <w:rPr>
          <w:szCs w:val="24"/>
          <w:lang w:val="sk-SK" w:eastAsia="sk-SK"/>
        </w:rPr>
        <w:t>objektívne hodnotenie výkonu pracovnej činnosti.</w:t>
      </w:r>
    </w:p>
    <w:p w14:paraId="5EFC018D" w14:textId="77777777" w:rsidR="00C54776" w:rsidRDefault="00C54776" w:rsidP="00C54776">
      <w:pPr>
        <w:pStyle w:val="Zoznamsodrkami"/>
        <w:numPr>
          <w:ilvl w:val="0"/>
          <w:numId w:val="0"/>
        </w:numPr>
        <w:spacing w:after="0" w:line="240" w:lineRule="auto"/>
        <w:ind w:left="360"/>
        <w:rPr>
          <w:szCs w:val="24"/>
          <w:lang w:val="sk-SK" w:eastAsia="sk-SK"/>
        </w:rPr>
      </w:pPr>
    </w:p>
    <w:p w14:paraId="04D470CB" w14:textId="77777777" w:rsidR="00E21F5A" w:rsidRPr="00765D47" w:rsidRDefault="00C54776" w:rsidP="00E21F5A">
      <w:pPr>
        <w:pStyle w:val="Nadpis2"/>
        <w:spacing w:before="0"/>
        <w:rPr>
          <w:rFonts w:ascii="Arial" w:hAnsi="Arial" w:cs="Arial"/>
          <w:color w:val="0070C0"/>
          <w:sz w:val="24"/>
          <w:szCs w:val="24"/>
          <w:lang w:val="sk-SK" w:eastAsia="sk-SK"/>
        </w:rPr>
      </w:pPr>
      <w:bookmarkStart w:id="25" w:name="_Toc238333721"/>
      <w:r w:rsidRPr="00765D47">
        <w:rPr>
          <w:rFonts w:ascii="Arial" w:eastAsia="Arial" w:hAnsi="Arial" w:cs="Arial"/>
          <w:color w:val="0070C0"/>
          <w:sz w:val="24"/>
        </w:rPr>
        <w:t>3.2 Povinnosti pedagogického zamestnanca</w:t>
      </w:r>
      <w:bookmarkEnd w:id="25"/>
    </w:p>
    <w:p w14:paraId="64F7C4CE" w14:textId="77777777" w:rsidR="00C54776" w:rsidRPr="00C54776" w:rsidRDefault="00C54776" w:rsidP="00E21F5A">
      <w:pPr>
        <w:pStyle w:val="Zoznamsodrkami"/>
        <w:numPr>
          <w:ilvl w:val="0"/>
          <w:numId w:val="0"/>
        </w:numPr>
        <w:spacing w:after="0" w:line="240" w:lineRule="auto"/>
        <w:rPr>
          <w:b/>
          <w:bCs/>
          <w:color w:val="0070C0"/>
          <w:szCs w:val="24"/>
          <w:lang w:val="sk-SK" w:eastAsia="sk-SK"/>
        </w:rPr>
      </w:pPr>
    </w:p>
    <w:p w14:paraId="1046015C" w14:textId="77777777" w:rsidR="00E21F5A" w:rsidRPr="00E21F5A" w:rsidRDefault="00E21F5A" w:rsidP="00E21F5A">
      <w:pPr>
        <w:pStyle w:val="Zoznamsodrkami"/>
        <w:rPr>
          <w:szCs w:val="24"/>
          <w:lang w:val="sk-SK" w:eastAsia="sk-SK"/>
        </w:rPr>
      </w:pPr>
      <w:r w:rsidRPr="00E21F5A">
        <w:rPr>
          <w:szCs w:val="24"/>
          <w:lang w:val="sk-SK" w:eastAsia="sk-SK"/>
        </w:rPr>
        <w:t>Pedagogický zamestnanec je pri výkone pracovnej činnosti povinný najmä:</w:t>
      </w:r>
    </w:p>
    <w:p w14:paraId="68AED6D3"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chrániť a rešpektovať práva dieťaťa a jeho zákonného zástupcu;</w:t>
      </w:r>
    </w:p>
    <w:p w14:paraId="16744388"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rešpektovať individualitu dieťaťa, jeho schopnosti, možnosti, zdravotný stav, sociálne a kultúrne zázemie a odporúčania odborných zamestnancov alebo zariadení poradenstva a prevencie;</w:t>
      </w:r>
    </w:p>
    <w:p w14:paraId="054F7AF2"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zabezpečovať výchovu a vzdelávanie v súlade so školským zákonom, Štátnym vzdelávacím programom, školským vzdelávacím programom, školským poriadkom a ďalšími vnútornými predpismi školy;</w:t>
      </w:r>
    </w:p>
    <w:p w14:paraId="552C54C7"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vykonávať pedagogickú činnosť odborne, zodpovedne, primeranými metódami, formami a postupmi zodpovedajúcimi veku a potrebám detí;</w:t>
      </w:r>
    </w:p>
    <w:p w14:paraId="20BD3F58"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vytvárať bezpečné, podnetné, rešpektujúce a inkluzívne prostredie pre všetky deti;</w:t>
      </w:r>
    </w:p>
    <w:p w14:paraId="1733DFC6"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lastRenderedPageBreak/>
        <w:t>uplatňovať zásadu rovnakého zaobchádzania a predchádzať diskriminácii, segregácii, ponižovaniu, vylučovaniu alebo znevýhodňovaniu detí;</w:t>
      </w:r>
    </w:p>
    <w:p w14:paraId="3C1C6960"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zachovávať mlčanlivosť a chrániť pred zneužitím osobné údaje, informácie o zdravotnom stave dieťaťa, výsledky odborných vyšetrení a ďalšie dôverné informácie, s ktorými prišiel do styku;</w:t>
      </w:r>
    </w:p>
    <w:p w14:paraId="2903556D"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viesť pedagogickú dokumentáciu a inú dokumentáciu školy pravdivo, pravidelne a v určenom rozsahu;</w:t>
      </w:r>
    </w:p>
    <w:p w14:paraId="7FF1105C"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podieľať sa na tvorbe, realizácii, vyhodnocovaní a aktualizácii školského vzdelávacieho programu;</w:t>
      </w:r>
    </w:p>
    <w:p w14:paraId="5E0D8A7D"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pravidelne sa pripravovať na priamu výchovno-vzdelávaciu činnosť a vykonávať aj ďalšie činnosti súvisiace s pedagogickou prácou;</w:t>
      </w:r>
    </w:p>
    <w:p w14:paraId="4886BAFF"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objektívne sledovať a hodnotiť napredovanie detí prostredníctvom pedagogického pozorovania, diagnostiky, rozhovorov, analýzy detských produktov a ďalších primeraných metód;</w:t>
      </w:r>
    </w:p>
    <w:p w14:paraId="73C09D74"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poskytovať dieťaťu a zákonnému zástupcovi primerané poradenstvo a odbornú pomoc súvisiacu s výchovou, vzdelávaním, adaptáciou a napredovaním dieťaťa;</w:t>
      </w:r>
    </w:p>
    <w:p w14:paraId="3F655CA8"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pravidelne a primeraným spôsobom informovať zákonného zástupcu o priebehu a výsledkoch výchovy a vzdelávania dieťaťa;</w:t>
      </w:r>
    </w:p>
    <w:p w14:paraId="2EA07A11"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spolupracovať s ostatnými pedagogickými, odbornými a nepedagogickými zamestnancami školy;</w:t>
      </w:r>
    </w:p>
    <w:p w14:paraId="5D779A44"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spolupracovať so zákonnými zástupcami, zariadeniami poradenstva a prevencie a ďalšími subjektmi, ktoré sa podieľajú na podpore dieťaťa;</w:t>
      </w:r>
    </w:p>
    <w:p w14:paraId="50661677"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udržiavať a rozvíjať svoje profesijné kompetencie v súlade s plánom profesijného rozvoja školy;</w:t>
      </w:r>
    </w:p>
    <w:p w14:paraId="7778C56B"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zúčastňovať sa na pedagogických radách, pracovných poradách, metodických stretnutiach a ďalších rokovaniach určených riaditeľkou školy;</w:t>
      </w:r>
    </w:p>
    <w:p w14:paraId="6F3A932D"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dodržiavať pracovný poriadok, organizačný poriadok, školský poriadok, prevádzkový poriadok, interné smernice a pokyny riaditeľky školy;</w:t>
      </w:r>
    </w:p>
    <w:p w14:paraId="352D288C"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plniť pracovné úlohy a delegované kompetencie určené riaditeľkou školy;</w:t>
      </w:r>
    </w:p>
    <w:p w14:paraId="20795ECC"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vykonávať priamu výchovno-vzdelávaciu činnosť aj ostatné činnosti súvisiace s pedagogickou prácou podľa rozvrhu pracovnej doby a pracovných povinností;</w:t>
      </w:r>
    </w:p>
    <w:p w14:paraId="6B368D13"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správať sa v súlade s Etickým kódexom pedagogických zamestnancov a odborných zamestnancov;</w:t>
      </w:r>
    </w:p>
    <w:p w14:paraId="26CF115B"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konať tak, aby svojím správaním prispieval k dobrému menu materskej školy, k priaznivej pracovnej klíme a k dôvere zákonných zástupcov;</w:t>
      </w:r>
    </w:p>
    <w:p w14:paraId="70D9A8D9"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zdržať sa znevažujúcich vyjadrení, statusov a komentárov na verejnosti alebo na sociálnych sieťach, ktoré by mohli poškodiť dobré meno materskej školy, jej zamestnancov, detí alebo zákonných zástupcov;</w:t>
      </w:r>
    </w:p>
    <w:p w14:paraId="692F7009"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lastRenderedPageBreak/>
        <w:t>zachovávať mlčanlivosť o interných záležitostiach školy počas trvania pracovného pomeru aj po jeho skončení;</w:t>
      </w:r>
    </w:p>
    <w:p w14:paraId="5BE9F5FD"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chrániť majetok školy, učebné pomôcky, interné dokumenty a materiály školy pred poškodením, stratou alebo neoprávneným použitím;</w:t>
      </w:r>
    </w:p>
    <w:p w14:paraId="398EDA41" w14:textId="77777777" w:rsidR="00E21F5A" w:rsidRPr="00E21F5A" w:rsidRDefault="00E21F5A" w:rsidP="00E21F5A">
      <w:pPr>
        <w:pStyle w:val="Zoznamsodrkami"/>
        <w:numPr>
          <w:ilvl w:val="0"/>
          <w:numId w:val="29"/>
        </w:numPr>
        <w:rPr>
          <w:szCs w:val="24"/>
          <w:lang w:val="sk-SK" w:eastAsia="sk-SK"/>
        </w:rPr>
      </w:pPr>
      <w:r w:rsidRPr="00E21F5A">
        <w:rPr>
          <w:szCs w:val="24"/>
          <w:lang w:val="sk-SK" w:eastAsia="sk-SK"/>
        </w:rPr>
        <w:t>rešpektovať, že výkon práv a povinností musí byť v súlade s dobrými mravmi a nesmie byť zneužívaný na škodu dieťaťa, zákonného zástupcu, zamestnanca alebo materskej školy.</w:t>
      </w:r>
    </w:p>
    <w:p w14:paraId="3857C64E" w14:textId="77777777" w:rsidR="00E21F5A" w:rsidRDefault="00E21F5A">
      <w:pPr>
        <w:spacing w:after="0" w:line="240" w:lineRule="auto"/>
        <w:rPr>
          <w:szCs w:val="24"/>
        </w:rPr>
      </w:pPr>
    </w:p>
    <w:p w14:paraId="1A5F7E3F" w14:textId="77777777" w:rsidR="00E21F5A" w:rsidRPr="00765D47" w:rsidRDefault="00C54776" w:rsidP="00E21F5A">
      <w:pPr>
        <w:pStyle w:val="Nadpis2"/>
        <w:spacing w:before="0"/>
        <w:rPr>
          <w:rFonts w:ascii="Arial" w:hAnsi="Arial" w:cs="Arial"/>
          <w:color w:val="0070C0"/>
          <w:sz w:val="24"/>
          <w:szCs w:val="24"/>
          <w:lang w:val="sk-SK"/>
        </w:rPr>
      </w:pPr>
      <w:bookmarkStart w:id="26" w:name="_Toc238333722"/>
      <w:r w:rsidRPr="00765D47">
        <w:rPr>
          <w:rFonts w:ascii="Arial" w:eastAsia="Arial" w:hAnsi="Arial" w:cs="Arial"/>
          <w:color w:val="0070C0"/>
          <w:sz w:val="24"/>
        </w:rPr>
        <w:t>3.3 Povinnosti pedagogického zamestnanca pri narušených vzťahoch zákonných zástupcov</w:t>
      </w:r>
      <w:bookmarkEnd w:id="26"/>
    </w:p>
    <w:p w14:paraId="5C7AFD8B" w14:textId="77777777" w:rsidR="00C54776" w:rsidRPr="00C54776" w:rsidRDefault="00C54776" w:rsidP="00E21F5A">
      <w:pPr>
        <w:spacing w:after="0" w:line="240" w:lineRule="auto"/>
        <w:rPr>
          <w:b/>
          <w:bCs/>
          <w:color w:val="0070C0"/>
          <w:szCs w:val="24"/>
          <w:lang w:val="sk-SK"/>
        </w:rPr>
      </w:pPr>
    </w:p>
    <w:p w14:paraId="755DA259" w14:textId="77777777" w:rsidR="00E21F5A" w:rsidRPr="00E21F5A" w:rsidRDefault="00E21F5A" w:rsidP="00E21F5A">
      <w:pPr>
        <w:rPr>
          <w:szCs w:val="24"/>
          <w:lang w:val="sk-SK"/>
        </w:rPr>
      </w:pPr>
      <w:r w:rsidRPr="00E21F5A">
        <w:rPr>
          <w:szCs w:val="24"/>
          <w:lang w:val="sk-SK"/>
        </w:rPr>
        <w:t>Pedagogický zamestnanec je povinný:</w:t>
      </w:r>
    </w:p>
    <w:p w14:paraId="242A1CE8" w14:textId="77777777" w:rsidR="00E21F5A" w:rsidRPr="00E21F5A" w:rsidRDefault="00E21F5A" w:rsidP="00E21F5A">
      <w:pPr>
        <w:numPr>
          <w:ilvl w:val="0"/>
          <w:numId w:val="30"/>
        </w:numPr>
        <w:rPr>
          <w:szCs w:val="24"/>
          <w:lang w:val="sk-SK"/>
        </w:rPr>
      </w:pPr>
      <w:r w:rsidRPr="00E21F5A">
        <w:rPr>
          <w:szCs w:val="24"/>
          <w:lang w:val="sk-SK"/>
        </w:rPr>
        <w:t>zachovávať neutralitu počas konania o úprave výkonu rodičovských práv a povinností k dieťaťu;</w:t>
      </w:r>
    </w:p>
    <w:p w14:paraId="7EA3AB65" w14:textId="77777777" w:rsidR="00E21F5A" w:rsidRPr="00E21F5A" w:rsidRDefault="00E21F5A" w:rsidP="00E21F5A">
      <w:pPr>
        <w:numPr>
          <w:ilvl w:val="0"/>
          <w:numId w:val="30"/>
        </w:numPr>
        <w:rPr>
          <w:szCs w:val="24"/>
          <w:lang w:val="sk-SK"/>
        </w:rPr>
      </w:pPr>
      <w:r w:rsidRPr="00E21F5A">
        <w:rPr>
          <w:szCs w:val="24"/>
          <w:lang w:val="sk-SK"/>
        </w:rPr>
        <w:t>zdržať sa osobných hodnotení, vyjadrení alebo postojov v prospech jedného zo zákonných zástupcov;</w:t>
      </w:r>
    </w:p>
    <w:p w14:paraId="67F34DF4" w14:textId="77777777" w:rsidR="00E21F5A" w:rsidRPr="00E21F5A" w:rsidRDefault="00E21F5A" w:rsidP="00E21F5A">
      <w:pPr>
        <w:numPr>
          <w:ilvl w:val="0"/>
          <w:numId w:val="30"/>
        </w:numPr>
        <w:rPr>
          <w:szCs w:val="24"/>
          <w:lang w:val="sk-SK"/>
        </w:rPr>
      </w:pPr>
      <w:r w:rsidRPr="00E21F5A">
        <w:rPr>
          <w:szCs w:val="24"/>
          <w:lang w:val="sk-SK"/>
        </w:rPr>
        <w:t>poskytovať informácie o dieťati vecne, primerane a v rozsahu práv zákonných zástupcov;</w:t>
      </w:r>
    </w:p>
    <w:p w14:paraId="7C028B0A" w14:textId="77777777" w:rsidR="00E21F5A" w:rsidRPr="00E21F5A" w:rsidRDefault="00E21F5A" w:rsidP="00E21F5A">
      <w:pPr>
        <w:numPr>
          <w:ilvl w:val="0"/>
          <w:numId w:val="30"/>
        </w:numPr>
        <w:rPr>
          <w:szCs w:val="24"/>
          <w:lang w:val="sk-SK"/>
        </w:rPr>
      </w:pPr>
      <w:r w:rsidRPr="00E21F5A">
        <w:rPr>
          <w:szCs w:val="24"/>
          <w:lang w:val="sk-SK"/>
        </w:rPr>
        <w:t>v prípade potreby poskytnúť stanovisko týkajúce sa dieťaťa len súdu alebo príslušnému orgánu, ak si ho písomne vyžiada;</w:t>
      </w:r>
    </w:p>
    <w:p w14:paraId="089CF313" w14:textId="77777777" w:rsidR="00E21F5A" w:rsidRPr="00E21F5A" w:rsidRDefault="00E21F5A" w:rsidP="00E21F5A">
      <w:pPr>
        <w:numPr>
          <w:ilvl w:val="0"/>
          <w:numId w:val="30"/>
        </w:numPr>
        <w:rPr>
          <w:szCs w:val="24"/>
          <w:lang w:val="sk-SK"/>
        </w:rPr>
      </w:pPr>
      <w:r w:rsidRPr="00E21F5A">
        <w:rPr>
          <w:szCs w:val="24"/>
          <w:lang w:val="sk-SK"/>
        </w:rPr>
        <w:t>neposkytovať obsah písomného stanoviska vypracovaného pre súd jednému ani druhému zákonnému zástupcovi;</w:t>
      </w:r>
    </w:p>
    <w:p w14:paraId="0825DDDF" w14:textId="77777777" w:rsidR="00E21F5A" w:rsidRPr="00E21F5A" w:rsidRDefault="00E21F5A" w:rsidP="00E21F5A">
      <w:pPr>
        <w:numPr>
          <w:ilvl w:val="0"/>
          <w:numId w:val="30"/>
        </w:numPr>
        <w:rPr>
          <w:szCs w:val="24"/>
          <w:lang w:val="sk-SK"/>
        </w:rPr>
      </w:pPr>
      <w:r w:rsidRPr="00E21F5A">
        <w:rPr>
          <w:szCs w:val="24"/>
          <w:lang w:val="sk-SK"/>
        </w:rPr>
        <w:t>rešpektovať vykonateľné rozhodnutie súdu, neodkladné opatrenie alebo súdom schválenú rodičovskú dohodu, ak boli materskej škole doručené;</w:t>
      </w:r>
    </w:p>
    <w:p w14:paraId="2FBD6FCE" w14:textId="77777777" w:rsidR="00E21F5A" w:rsidRPr="00E21F5A" w:rsidRDefault="00E21F5A" w:rsidP="00E21F5A">
      <w:pPr>
        <w:numPr>
          <w:ilvl w:val="0"/>
          <w:numId w:val="30"/>
        </w:numPr>
        <w:rPr>
          <w:szCs w:val="24"/>
          <w:lang w:val="sk-SK"/>
        </w:rPr>
      </w:pPr>
      <w:r w:rsidRPr="00E21F5A">
        <w:rPr>
          <w:szCs w:val="24"/>
          <w:lang w:val="sk-SK"/>
        </w:rPr>
        <w:t>do doručenia vykonateľného rozhodnutia súdu rešpektovať rodičovské práva a povinnosti oboch zákonných zástupcov v súlade s právnymi predpismi;</w:t>
      </w:r>
    </w:p>
    <w:p w14:paraId="117709BB" w14:textId="77777777" w:rsidR="00E21F5A" w:rsidRPr="00E21F5A" w:rsidRDefault="00E21F5A" w:rsidP="00E21F5A">
      <w:pPr>
        <w:numPr>
          <w:ilvl w:val="0"/>
          <w:numId w:val="30"/>
        </w:numPr>
        <w:rPr>
          <w:szCs w:val="24"/>
          <w:lang w:val="sk-SK"/>
        </w:rPr>
      </w:pPr>
      <w:r w:rsidRPr="00E21F5A">
        <w:rPr>
          <w:szCs w:val="24"/>
          <w:lang w:val="sk-SK"/>
        </w:rPr>
        <w:t>v prípade zverenia dieťaťa do osobnej starostlivosti jedného zo zákonných zástupcov postupovať podľa doručeného rozhodnutia súdu a riešiť bežné záležitosti dieťaťa so zákonným zástupcom, ktorý je na to oprávnený;</w:t>
      </w:r>
    </w:p>
    <w:p w14:paraId="24915609" w14:textId="45390689" w:rsidR="00AA1FB0" w:rsidRDefault="00E21F5A" w:rsidP="0099620B">
      <w:pPr>
        <w:numPr>
          <w:ilvl w:val="0"/>
          <w:numId w:val="30"/>
        </w:numPr>
        <w:rPr>
          <w:szCs w:val="24"/>
          <w:lang w:val="sk-SK"/>
        </w:rPr>
      </w:pPr>
      <w:r w:rsidRPr="00E21F5A">
        <w:rPr>
          <w:szCs w:val="24"/>
          <w:lang w:val="sk-SK"/>
        </w:rPr>
        <w:t>bezodkladne informovať riaditeľku školy o každej situácii, ktorá súvisí so súdnym rozhodnutím, preberaním dieťaťa alebo konfliktom medzi zákonnými zástupcami.</w:t>
      </w:r>
    </w:p>
    <w:p w14:paraId="782B64F9" w14:textId="77777777" w:rsidR="00F74900" w:rsidRDefault="00F74900" w:rsidP="00F74900">
      <w:pPr>
        <w:rPr>
          <w:szCs w:val="24"/>
          <w:lang w:val="sk-SK"/>
        </w:rPr>
      </w:pPr>
    </w:p>
    <w:p w14:paraId="781CCBEE" w14:textId="77777777" w:rsidR="00F74900" w:rsidRDefault="00F74900" w:rsidP="00F74900">
      <w:pPr>
        <w:rPr>
          <w:szCs w:val="24"/>
          <w:lang w:val="sk-SK"/>
        </w:rPr>
      </w:pPr>
    </w:p>
    <w:p w14:paraId="2A8C5AEA" w14:textId="77777777" w:rsidR="00D93B1C" w:rsidRPr="00EE3DD6" w:rsidRDefault="00D93B1C" w:rsidP="00D93B1C">
      <w:pPr>
        <w:ind w:left="720"/>
        <w:rPr>
          <w:szCs w:val="24"/>
          <w:lang w:val="sk-SK"/>
        </w:rPr>
      </w:pPr>
    </w:p>
    <w:p w14:paraId="7BCFFA1E" w14:textId="69A2A46D" w:rsidR="00AA1FB0" w:rsidRDefault="00AA1FB0" w:rsidP="00B76E79">
      <w:pPr>
        <w:pStyle w:val="Nadpis1"/>
        <w:spacing w:before="0"/>
        <w:jc w:val="center"/>
        <w:rPr>
          <w:rFonts w:ascii="Arial" w:eastAsia="Arial" w:hAnsi="Arial" w:cs="Arial"/>
          <w:sz w:val="24"/>
        </w:rPr>
      </w:pPr>
      <w:r>
        <w:rPr>
          <w:rFonts w:ascii="Arial" w:eastAsia="Arial" w:hAnsi="Arial" w:cs="Arial"/>
          <w:sz w:val="24"/>
        </w:rPr>
        <w:lastRenderedPageBreak/>
        <w:t>Článok IV. Prevádzka materskej školy</w:t>
      </w:r>
    </w:p>
    <w:p w14:paraId="2B4FDC27" w14:textId="77777777" w:rsidR="00B76E79" w:rsidRPr="00B76E79" w:rsidRDefault="00B76E79" w:rsidP="002E1C4A">
      <w:pPr>
        <w:spacing w:after="0"/>
      </w:pPr>
    </w:p>
    <w:p w14:paraId="20019258" w14:textId="33E53932" w:rsidR="0099620B" w:rsidRPr="0099620B" w:rsidRDefault="0099620B" w:rsidP="0099620B">
      <w:pPr>
        <w:rPr>
          <w:lang w:val="sk-SK"/>
        </w:rPr>
      </w:pPr>
      <w:r w:rsidRPr="0099620B">
        <w:rPr>
          <w:lang w:val="sk-SK"/>
        </w:rPr>
        <w:t>Prevádzka materskej školy je zabezpečená v pracovných dňoch v čase určenom zriaďovateľom a riaditeľkou školy, s prihliadnutím na potreby zákonných zástupcov, organizačné možnosti školy a zabezpečenie plynulého chodu výchovno-vzdelávacej činnosti.</w:t>
      </w:r>
    </w:p>
    <w:p w14:paraId="77580498" w14:textId="77777777" w:rsidR="0099620B" w:rsidRDefault="0099620B" w:rsidP="0099620B">
      <w:pPr>
        <w:rPr>
          <w:b/>
          <w:bCs/>
          <w:lang w:val="sk-SK"/>
        </w:rPr>
      </w:pPr>
      <w:r w:rsidRPr="0099620B">
        <w:rPr>
          <w:lang w:val="sk-SK"/>
        </w:rPr>
        <w:t xml:space="preserve">Materská škola je v prevádzke </w:t>
      </w:r>
      <w:r w:rsidRPr="0099620B">
        <w:rPr>
          <w:b/>
          <w:bCs/>
          <w:lang w:val="sk-SK"/>
        </w:rPr>
        <w:t>od 6:45 hod. do 16:15 hod.</w:t>
      </w:r>
    </w:p>
    <w:p w14:paraId="5C3295F2" w14:textId="77777777" w:rsidR="00765D47" w:rsidRPr="0099620B" w:rsidRDefault="00765D47" w:rsidP="002E1C4A">
      <w:pPr>
        <w:spacing w:after="0"/>
        <w:rPr>
          <w:lang w:val="sk-SK"/>
        </w:rPr>
      </w:pPr>
    </w:p>
    <w:p w14:paraId="06B53821" w14:textId="77777777" w:rsidR="0099620B" w:rsidRDefault="00C54776" w:rsidP="0099620B">
      <w:pPr>
        <w:pStyle w:val="Nadpis2"/>
        <w:spacing w:before="0"/>
        <w:rPr>
          <w:rFonts w:ascii="Arial" w:eastAsia="Arial" w:hAnsi="Arial" w:cs="Arial"/>
          <w:color w:val="0070C0"/>
          <w:sz w:val="24"/>
        </w:rPr>
      </w:pPr>
      <w:bookmarkStart w:id="27" w:name="_Toc238333724"/>
      <w:r w:rsidRPr="00765D47">
        <w:rPr>
          <w:rFonts w:ascii="Arial" w:eastAsia="Arial" w:hAnsi="Arial" w:cs="Arial"/>
          <w:color w:val="0070C0"/>
          <w:sz w:val="24"/>
        </w:rPr>
        <w:t>4.1 Príchod detí do materskej školy</w:t>
      </w:r>
      <w:bookmarkEnd w:id="27"/>
    </w:p>
    <w:p w14:paraId="2E1577A1" w14:textId="77777777" w:rsidR="00765D47" w:rsidRPr="00765D47" w:rsidRDefault="00765D47" w:rsidP="002E1C4A">
      <w:pPr>
        <w:spacing w:after="0"/>
      </w:pPr>
    </w:p>
    <w:p w14:paraId="7136F5AB" w14:textId="77777777" w:rsidR="0099620B" w:rsidRPr="0099620B" w:rsidRDefault="0099620B" w:rsidP="0099620B">
      <w:pPr>
        <w:rPr>
          <w:lang w:val="sk-SK"/>
        </w:rPr>
      </w:pPr>
      <w:r w:rsidRPr="0099620B">
        <w:rPr>
          <w:lang w:val="sk-SK"/>
        </w:rPr>
        <w:t xml:space="preserve">Zákonný zástupca privádza dieťa do materskej školy spravidla </w:t>
      </w:r>
      <w:r w:rsidRPr="0099620B">
        <w:rPr>
          <w:b/>
          <w:bCs/>
          <w:lang w:val="sk-SK"/>
        </w:rPr>
        <w:t>od 6:45 hod. do 8:00 hod.</w:t>
      </w:r>
    </w:p>
    <w:p w14:paraId="647B9D5A" w14:textId="77777777" w:rsidR="0099620B" w:rsidRPr="0099620B" w:rsidRDefault="0099620B" w:rsidP="0099620B">
      <w:pPr>
        <w:rPr>
          <w:lang w:val="sk-SK"/>
        </w:rPr>
      </w:pPr>
      <w:r w:rsidRPr="0099620B">
        <w:rPr>
          <w:lang w:val="sk-SK"/>
        </w:rPr>
        <w:t>Dieťa odovzdáva službu konajúcej učiteľke osobne. Materská škola zodpovedá za dieťa od okamihu jeho osobného prevzatia pedagogickým zamestnancom. Z bezpečnostných dôvodov nie je prípustné ponechať dieťa bez dozoru v šatni, na chodbe, pred budovou školy alebo v areáli materskej školy.</w:t>
      </w:r>
    </w:p>
    <w:p w14:paraId="755065D3" w14:textId="77777777" w:rsidR="0099620B" w:rsidRPr="0099620B" w:rsidRDefault="0099620B" w:rsidP="0099620B">
      <w:pPr>
        <w:rPr>
          <w:lang w:val="sk-SK"/>
        </w:rPr>
      </w:pPr>
      <w:r w:rsidRPr="0099620B">
        <w:rPr>
          <w:lang w:val="sk-SK"/>
        </w:rPr>
        <w:t xml:space="preserve">Z dôvodu zaistenia bezpečnosti detí, zamestnancov a ochrany majetku školy je budova materskej školy vrátane vstupných brán v čase </w:t>
      </w:r>
      <w:r w:rsidRPr="0099620B">
        <w:rPr>
          <w:b/>
          <w:bCs/>
          <w:lang w:val="sk-SK"/>
        </w:rPr>
        <w:t>od 8:00 hod. do 14:00 hod.</w:t>
      </w:r>
      <w:r w:rsidRPr="0099620B">
        <w:rPr>
          <w:lang w:val="sk-SK"/>
        </w:rPr>
        <w:t xml:space="preserve"> uzamknutá.</w:t>
      </w:r>
    </w:p>
    <w:p w14:paraId="285F5194" w14:textId="77777777" w:rsidR="0099620B" w:rsidRDefault="0099620B" w:rsidP="00FC18E1">
      <w:pPr>
        <w:rPr>
          <w:lang w:val="sk-SK"/>
        </w:rPr>
      </w:pPr>
      <w:r w:rsidRPr="0099620B">
        <w:rPr>
          <w:lang w:val="sk-SK"/>
        </w:rPr>
        <w:t>Ak zákonný zástupca alebo ním písomne poverená osoba potrebuje prevziať dieťa pred ukončením dennej výchovno-vzdelávacej činnosti, je povinný túto skutočnosť vopred oznámiť pedagogickému zamestnancovi príslušnej triedy alebo spôsobom určeným materskou školou. Spôsob prevzatia dieťaťa sa dohodne tak, aby nebola narušená organizácia dňa, bezpečnosť detí ani plynulý chod materskej školy.</w:t>
      </w:r>
    </w:p>
    <w:p w14:paraId="6BC97367" w14:textId="77777777" w:rsidR="00C54776" w:rsidRPr="00C54776" w:rsidRDefault="00C54776" w:rsidP="00FC18E1">
      <w:pPr>
        <w:spacing w:after="0" w:line="240" w:lineRule="auto"/>
        <w:rPr>
          <w:lang w:val="sk-SK"/>
        </w:rPr>
      </w:pPr>
    </w:p>
    <w:p w14:paraId="2A5D320D" w14:textId="77777777" w:rsidR="00294B2F" w:rsidRPr="00765D47" w:rsidRDefault="00C54776" w:rsidP="00294B2F">
      <w:pPr>
        <w:pStyle w:val="Nadpis2"/>
        <w:spacing w:before="0"/>
        <w:rPr>
          <w:rFonts w:ascii="Arial" w:hAnsi="Arial" w:cs="Arial"/>
          <w:color w:val="0070C0"/>
          <w:sz w:val="24"/>
          <w:szCs w:val="24"/>
          <w:lang w:val="sk-SK"/>
        </w:rPr>
      </w:pPr>
      <w:bookmarkStart w:id="28" w:name="_Toc238333725"/>
      <w:r w:rsidRPr="00765D47">
        <w:rPr>
          <w:rFonts w:ascii="Arial" w:eastAsia="Arial" w:hAnsi="Arial" w:cs="Arial"/>
          <w:color w:val="0070C0"/>
          <w:sz w:val="24"/>
        </w:rPr>
        <w:t>4.2 Preberanie detí z materskej školy</w:t>
      </w:r>
      <w:bookmarkEnd w:id="28"/>
    </w:p>
    <w:p w14:paraId="5455EB79" w14:textId="77777777" w:rsidR="00C54776" w:rsidRPr="00C54776" w:rsidRDefault="00C54776" w:rsidP="00294B2F">
      <w:pPr>
        <w:spacing w:after="0" w:line="240" w:lineRule="auto"/>
        <w:rPr>
          <w:b/>
          <w:bCs/>
          <w:color w:val="0070C0"/>
          <w:szCs w:val="24"/>
          <w:lang w:val="sk-SK"/>
        </w:rPr>
      </w:pPr>
    </w:p>
    <w:p w14:paraId="7F37571F" w14:textId="77777777" w:rsidR="00294B2F" w:rsidRPr="00294B2F" w:rsidRDefault="00294B2F" w:rsidP="00294B2F">
      <w:pPr>
        <w:rPr>
          <w:szCs w:val="24"/>
          <w:lang w:val="sk-SK"/>
        </w:rPr>
      </w:pPr>
      <w:r w:rsidRPr="00294B2F">
        <w:rPr>
          <w:szCs w:val="24"/>
          <w:lang w:val="sk-SK"/>
        </w:rPr>
        <w:t>Zákonný zástupca alebo ním písomne splnomocnená osoba preberá dieťa z materskej školy v čase určenom organizáciou dňa a prevádzkou materskej školy.</w:t>
      </w:r>
    </w:p>
    <w:p w14:paraId="09163C1F" w14:textId="77777777" w:rsidR="00294B2F" w:rsidRPr="00294B2F" w:rsidRDefault="00294B2F" w:rsidP="00294B2F">
      <w:pPr>
        <w:rPr>
          <w:szCs w:val="24"/>
          <w:lang w:val="sk-SK"/>
        </w:rPr>
      </w:pPr>
      <w:r w:rsidRPr="00294B2F">
        <w:rPr>
          <w:szCs w:val="24"/>
          <w:lang w:val="sk-SK"/>
        </w:rPr>
        <w:t>Dieťa môže prevziať:</w:t>
      </w:r>
    </w:p>
    <w:p w14:paraId="350D2E7B" w14:textId="77777777" w:rsidR="00294B2F" w:rsidRPr="00294B2F" w:rsidRDefault="00294B2F" w:rsidP="00294B2F">
      <w:pPr>
        <w:numPr>
          <w:ilvl w:val="0"/>
          <w:numId w:val="35"/>
        </w:numPr>
        <w:rPr>
          <w:szCs w:val="24"/>
          <w:lang w:val="sk-SK"/>
        </w:rPr>
      </w:pPr>
      <w:r w:rsidRPr="00294B2F">
        <w:rPr>
          <w:szCs w:val="24"/>
          <w:lang w:val="sk-SK"/>
        </w:rPr>
        <w:t>zákonný zástupca dieťaťa;</w:t>
      </w:r>
    </w:p>
    <w:p w14:paraId="55BCE785" w14:textId="77777777" w:rsidR="00294B2F" w:rsidRPr="00294B2F" w:rsidRDefault="00294B2F" w:rsidP="00294B2F">
      <w:pPr>
        <w:numPr>
          <w:ilvl w:val="0"/>
          <w:numId w:val="35"/>
        </w:numPr>
        <w:rPr>
          <w:szCs w:val="24"/>
          <w:lang w:val="sk-SK"/>
        </w:rPr>
      </w:pPr>
      <w:r w:rsidRPr="00294B2F">
        <w:rPr>
          <w:szCs w:val="24"/>
          <w:lang w:val="sk-SK"/>
        </w:rPr>
        <w:t>osoba písomne splnomocnená zákonným zástupcom;</w:t>
      </w:r>
    </w:p>
    <w:p w14:paraId="4B0AB40E" w14:textId="77777777" w:rsidR="00294B2F" w:rsidRPr="00294B2F" w:rsidRDefault="00294B2F" w:rsidP="00294B2F">
      <w:pPr>
        <w:numPr>
          <w:ilvl w:val="0"/>
          <w:numId w:val="35"/>
        </w:numPr>
        <w:rPr>
          <w:szCs w:val="24"/>
          <w:lang w:val="sk-SK"/>
        </w:rPr>
      </w:pPr>
      <w:r w:rsidRPr="00294B2F">
        <w:rPr>
          <w:szCs w:val="24"/>
          <w:lang w:val="sk-SK"/>
        </w:rPr>
        <w:t>iná osoba len na základe predchádzajúceho písomného poverenia zákonného zástupcu v súlade s pravidlami školy.</w:t>
      </w:r>
    </w:p>
    <w:p w14:paraId="74AA55A6" w14:textId="77777777" w:rsidR="00294B2F" w:rsidRPr="00294B2F" w:rsidRDefault="00294B2F" w:rsidP="00294B2F">
      <w:pPr>
        <w:rPr>
          <w:szCs w:val="24"/>
          <w:lang w:val="sk-SK"/>
        </w:rPr>
      </w:pPr>
      <w:r w:rsidRPr="00294B2F">
        <w:rPr>
          <w:szCs w:val="24"/>
          <w:lang w:val="sk-SK"/>
        </w:rPr>
        <w:lastRenderedPageBreak/>
        <w:t>Materská škola neodovzdá dieťa osobe, ktorá nie je uvedená v splnomocnení, alebo osobe, pri ktorej má zamestnanec dôvodnú pochybnosť, že je schopná zabezpečiť bezpečnú starostlivosť o dieťa.</w:t>
      </w:r>
    </w:p>
    <w:p w14:paraId="45A4B5F8" w14:textId="77777777" w:rsidR="00294B2F" w:rsidRPr="00294B2F" w:rsidRDefault="00294B2F" w:rsidP="00294B2F">
      <w:pPr>
        <w:rPr>
          <w:szCs w:val="24"/>
          <w:lang w:val="sk-SK"/>
        </w:rPr>
      </w:pPr>
      <w:r w:rsidRPr="00294B2F">
        <w:rPr>
          <w:szCs w:val="24"/>
          <w:lang w:val="sk-SK"/>
        </w:rPr>
        <w:t>Zákonný zástupca je povinný prevziať dieťa najneskôr do ukončenia prevádzky materskej školy.</w:t>
      </w:r>
    </w:p>
    <w:p w14:paraId="5AE5BDE3" w14:textId="77777777" w:rsidR="00F472B4" w:rsidRPr="003E731E" w:rsidRDefault="00F472B4" w:rsidP="00F472B4">
      <w:pPr>
        <w:rPr>
          <w:b/>
          <w:bCs/>
          <w:szCs w:val="24"/>
          <w:lang w:val="sk-SK"/>
        </w:rPr>
      </w:pPr>
      <w:r w:rsidRPr="003E731E">
        <w:rPr>
          <w:b/>
          <w:bCs/>
          <w:szCs w:val="24"/>
          <w:lang w:val="sk-SK"/>
        </w:rPr>
        <w:t>Vstup do priestorov materskej školy</w:t>
      </w:r>
    </w:p>
    <w:p w14:paraId="3AB2A2A7" w14:textId="77777777" w:rsidR="00F472B4" w:rsidRPr="003E731E" w:rsidRDefault="00F472B4" w:rsidP="00F472B4">
      <w:pPr>
        <w:rPr>
          <w:szCs w:val="24"/>
          <w:lang w:val="sk-SK"/>
        </w:rPr>
      </w:pPr>
      <w:r w:rsidRPr="003E731E">
        <w:rPr>
          <w:szCs w:val="24"/>
          <w:lang w:val="sk-SK"/>
        </w:rPr>
        <w:t>Do priestorov materskej školy vstupujú zákonní zástupcovia a splnomocnené osoby len v rozsahu nevyhnutnom na odovzdanie alebo prevzatie dieťaťa, prípadne na základe dohody so zamestnancom školy.</w:t>
      </w:r>
    </w:p>
    <w:p w14:paraId="7216BDCD" w14:textId="77777777" w:rsidR="00F472B4" w:rsidRPr="003E731E" w:rsidRDefault="00F472B4" w:rsidP="00F472B4">
      <w:pPr>
        <w:rPr>
          <w:szCs w:val="24"/>
          <w:lang w:val="sk-SK"/>
        </w:rPr>
      </w:pPr>
      <w:r w:rsidRPr="003E731E">
        <w:rPr>
          <w:szCs w:val="24"/>
          <w:lang w:val="sk-SK"/>
        </w:rPr>
        <w:t>Cudzie osoby môžu vstupovať do priestorov materskej školy len so súhlasom riaditeľky školy alebo povereného zamestnanca.</w:t>
      </w:r>
    </w:p>
    <w:p w14:paraId="6D7C5935" w14:textId="5983A0F8" w:rsidR="00F472B4" w:rsidRPr="003E731E" w:rsidRDefault="00F472B4" w:rsidP="00F472B4">
      <w:pPr>
        <w:rPr>
          <w:szCs w:val="24"/>
          <w:lang w:val="sk-SK"/>
        </w:rPr>
      </w:pPr>
      <w:r w:rsidRPr="003E731E">
        <w:rPr>
          <w:szCs w:val="24"/>
          <w:lang w:val="sk-SK"/>
        </w:rPr>
        <w:t>Z dôvodu bezpečnosti detí sú zákonní zástupcovia povinní pri vstupe a odchode zatvárať vstupné dvere  a neumožňovať vstup neznámym osobám do budovy alebo areálu materskej školy.</w:t>
      </w:r>
    </w:p>
    <w:p w14:paraId="56772A48" w14:textId="77777777" w:rsidR="00F472B4" w:rsidRPr="003E731E" w:rsidRDefault="00F472B4" w:rsidP="00F472B4">
      <w:pPr>
        <w:rPr>
          <w:b/>
          <w:bCs/>
          <w:szCs w:val="24"/>
          <w:lang w:val="sk-SK"/>
        </w:rPr>
      </w:pPr>
      <w:r w:rsidRPr="003E731E">
        <w:rPr>
          <w:b/>
          <w:bCs/>
          <w:szCs w:val="24"/>
          <w:lang w:val="sk-SK"/>
        </w:rPr>
        <w:t>Zodpovednosť za dieťa</w:t>
      </w:r>
    </w:p>
    <w:p w14:paraId="349DF8E1" w14:textId="77777777" w:rsidR="00F472B4" w:rsidRPr="003E731E" w:rsidRDefault="00F472B4" w:rsidP="00F472B4">
      <w:pPr>
        <w:rPr>
          <w:szCs w:val="24"/>
          <w:lang w:val="sk-SK"/>
        </w:rPr>
      </w:pPr>
      <w:r w:rsidRPr="003E731E">
        <w:rPr>
          <w:szCs w:val="24"/>
          <w:lang w:val="sk-SK"/>
        </w:rPr>
        <w:t>Za bezpečnosť dieťaťa zodpovedá materská škola od okamihu, keď dieťa osobne prevezme pedagogický zamestnanec, až do jeho osobného odovzdania zákonnému zástupcovi alebo písomne splnomocnenej osobe.</w:t>
      </w:r>
    </w:p>
    <w:p w14:paraId="2B6198B8" w14:textId="77777777" w:rsidR="00F472B4" w:rsidRPr="003E731E" w:rsidRDefault="00F472B4" w:rsidP="00F472B4">
      <w:pPr>
        <w:rPr>
          <w:szCs w:val="24"/>
          <w:lang w:val="sk-SK"/>
        </w:rPr>
      </w:pPr>
      <w:r w:rsidRPr="003E731E">
        <w:rPr>
          <w:szCs w:val="24"/>
          <w:lang w:val="sk-SK"/>
        </w:rPr>
        <w:t>Zákonný zástupca zodpovedá za dieťa pred jeho odovzdaním učiteľke a po jeho prevzatí z materskej školy, a to aj v priestoroch školy a v areáli školského dvora.</w:t>
      </w:r>
    </w:p>
    <w:p w14:paraId="5A2CA189" w14:textId="77777777" w:rsidR="00294B2F" w:rsidRPr="00FC18E1" w:rsidRDefault="00294B2F" w:rsidP="00FC18E1">
      <w:pPr>
        <w:spacing w:after="0" w:line="240" w:lineRule="auto"/>
        <w:rPr>
          <w:szCs w:val="24"/>
          <w:lang w:val="sk-SK"/>
        </w:rPr>
      </w:pPr>
    </w:p>
    <w:p w14:paraId="7D3DE4AD" w14:textId="77777777" w:rsidR="003E731E" w:rsidRPr="00765D47" w:rsidRDefault="00C54776" w:rsidP="003E731E">
      <w:pPr>
        <w:pStyle w:val="Nadpis2"/>
        <w:spacing w:before="0"/>
        <w:rPr>
          <w:rFonts w:ascii="Arial" w:hAnsi="Arial" w:cs="Arial"/>
          <w:color w:val="0070C0"/>
          <w:sz w:val="24"/>
          <w:szCs w:val="24"/>
          <w:lang w:val="sk-SK"/>
        </w:rPr>
      </w:pPr>
      <w:bookmarkStart w:id="29" w:name="_Toc238333726"/>
      <w:r w:rsidRPr="00765D47">
        <w:rPr>
          <w:rFonts w:ascii="Arial" w:eastAsia="Arial" w:hAnsi="Arial" w:cs="Arial"/>
          <w:color w:val="0070C0"/>
          <w:sz w:val="24"/>
        </w:rPr>
        <w:t>4.3 Prerušenie alebo obmedzenie prevádzky</w:t>
      </w:r>
      <w:bookmarkEnd w:id="29"/>
    </w:p>
    <w:p w14:paraId="4A7AADDE" w14:textId="77777777" w:rsidR="00C54776" w:rsidRPr="003E731E" w:rsidRDefault="00C54776" w:rsidP="003E731E">
      <w:pPr>
        <w:spacing w:after="0" w:line="240" w:lineRule="auto"/>
        <w:rPr>
          <w:b/>
          <w:bCs/>
          <w:szCs w:val="24"/>
          <w:lang w:val="sk-SK"/>
        </w:rPr>
      </w:pPr>
    </w:p>
    <w:p w14:paraId="5F6D0293" w14:textId="77777777" w:rsidR="003E731E" w:rsidRPr="003E731E" w:rsidRDefault="003E731E" w:rsidP="003E731E">
      <w:pPr>
        <w:rPr>
          <w:szCs w:val="24"/>
          <w:lang w:val="sk-SK"/>
        </w:rPr>
      </w:pPr>
      <w:r w:rsidRPr="003E731E">
        <w:rPr>
          <w:szCs w:val="24"/>
          <w:lang w:val="sk-SK"/>
        </w:rPr>
        <w:t>Prevádzka materskej školy môže byť dočasne obmedzená alebo prerušená najmä z dôvodu:</w:t>
      </w:r>
    </w:p>
    <w:p w14:paraId="7408B4F0" w14:textId="77777777" w:rsidR="003E731E" w:rsidRPr="003E731E" w:rsidRDefault="003E731E" w:rsidP="003E731E">
      <w:pPr>
        <w:numPr>
          <w:ilvl w:val="0"/>
          <w:numId w:val="34"/>
        </w:numPr>
        <w:rPr>
          <w:szCs w:val="24"/>
          <w:lang w:val="sk-SK"/>
        </w:rPr>
      </w:pPr>
      <w:r w:rsidRPr="003E731E">
        <w:rPr>
          <w:szCs w:val="24"/>
          <w:lang w:val="sk-SK"/>
        </w:rPr>
        <w:t>školských prázdnin;</w:t>
      </w:r>
    </w:p>
    <w:p w14:paraId="0D125ED7" w14:textId="77777777" w:rsidR="003E731E" w:rsidRPr="003E731E" w:rsidRDefault="003E731E" w:rsidP="003E731E">
      <w:pPr>
        <w:numPr>
          <w:ilvl w:val="0"/>
          <w:numId w:val="34"/>
        </w:numPr>
        <w:rPr>
          <w:szCs w:val="24"/>
          <w:lang w:val="sk-SK"/>
        </w:rPr>
      </w:pPr>
      <w:r w:rsidRPr="003E731E">
        <w:rPr>
          <w:szCs w:val="24"/>
          <w:lang w:val="sk-SK"/>
        </w:rPr>
        <w:t>nízkeho počtu prihlásených detí;</w:t>
      </w:r>
    </w:p>
    <w:p w14:paraId="14CD1721" w14:textId="77777777" w:rsidR="003E731E" w:rsidRPr="003E731E" w:rsidRDefault="003E731E" w:rsidP="003E731E">
      <w:pPr>
        <w:numPr>
          <w:ilvl w:val="0"/>
          <w:numId w:val="34"/>
        </w:numPr>
        <w:rPr>
          <w:szCs w:val="24"/>
          <w:lang w:val="sk-SK"/>
        </w:rPr>
      </w:pPr>
      <w:r w:rsidRPr="003E731E">
        <w:rPr>
          <w:szCs w:val="24"/>
          <w:lang w:val="sk-SK"/>
        </w:rPr>
        <w:t>organizačných, technických alebo prevádzkových dôvodov;</w:t>
      </w:r>
    </w:p>
    <w:p w14:paraId="1AFD093C" w14:textId="77777777" w:rsidR="003E731E" w:rsidRPr="003E731E" w:rsidRDefault="003E731E" w:rsidP="003E731E">
      <w:pPr>
        <w:numPr>
          <w:ilvl w:val="0"/>
          <w:numId w:val="34"/>
        </w:numPr>
        <w:rPr>
          <w:szCs w:val="24"/>
          <w:lang w:val="sk-SK"/>
        </w:rPr>
      </w:pPr>
      <w:r w:rsidRPr="003E731E">
        <w:rPr>
          <w:szCs w:val="24"/>
          <w:lang w:val="sk-SK"/>
        </w:rPr>
        <w:t>havarijnej situácie;</w:t>
      </w:r>
    </w:p>
    <w:p w14:paraId="7857F7C5" w14:textId="77777777" w:rsidR="003E731E" w:rsidRPr="003E731E" w:rsidRDefault="003E731E" w:rsidP="003E731E">
      <w:pPr>
        <w:numPr>
          <w:ilvl w:val="0"/>
          <w:numId w:val="34"/>
        </w:numPr>
        <w:rPr>
          <w:szCs w:val="24"/>
          <w:lang w:val="sk-SK"/>
        </w:rPr>
      </w:pPr>
      <w:r w:rsidRPr="003E731E">
        <w:rPr>
          <w:szCs w:val="24"/>
          <w:lang w:val="sk-SK"/>
        </w:rPr>
        <w:t>rozhodnutia zriaďovateľa;</w:t>
      </w:r>
    </w:p>
    <w:p w14:paraId="61C92A83" w14:textId="77777777" w:rsidR="003E731E" w:rsidRPr="003E731E" w:rsidRDefault="003E731E" w:rsidP="003E731E">
      <w:pPr>
        <w:numPr>
          <w:ilvl w:val="0"/>
          <w:numId w:val="34"/>
        </w:numPr>
        <w:rPr>
          <w:szCs w:val="24"/>
          <w:lang w:val="sk-SK"/>
        </w:rPr>
      </w:pPr>
      <w:r w:rsidRPr="003E731E">
        <w:rPr>
          <w:szCs w:val="24"/>
          <w:lang w:val="sk-SK"/>
        </w:rPr>
        <w:t>rozhodnutia príslušného orgánu verejného zdravotníctva;</w:t>
      </w:r>
    </w:p>
    <w:p w14:paraId="7D70DDCB" w14:textId="77777777" w:rsidR="003E731E" w:rsidRPr="003E731E" w:rsidRDefault="003E731E" w:rsidP="003E731E">
      <w:pPr>
        <w:numPr>
          <w:ilvl w:val="0"/>
          <w:numId w:val="34"/>
        </w:numPr>
        <w:rPr>
          <w:szCs w:val="24"/>
          <w:lang w:val="sk-SK"/>
        </w:rPr>
      </w:pPr>
      <w:r w:rsidRPr="003E731E">
        <w:rPr>
          <w:szCs w:val="24"/>
          <w:lang w:val="sk-SK"/>
        </w:rPr>
        <w:t>mimoriadnej situácie alebo iných závažných okolností.</w:t>
      </w:r>
    </w:p>
    <w:p w14:paraId="3A9BAFBB" w14:textId="6ED11D5C" w:rsidR="00F74900" w:rsidRPr="002E1C4A" w:rsidRDefault="003E731E" w:rsidP="00F74900">
      <w:pPr>
        <w:rPr>
          <w:szCs w:val="24"/>
          <w:lang w:val="sk-SK"/>
        </w:rPr>
      </w:pPr>
      <w:r w:rsidRPr="003E731E">
        <w:rPr>
          <w:szCs w:val="24"/>
          <w:lang w:val="sk-SK"/>
        </w:rPr>
        <w:t>O obmedzení alebo prerušení prevádzky sú zákonní zástupcovia informovaní vopred, ak to povaha situácie umožňuje, spôsobom určeným materskou školou.</w:t>
      </w:r>
      <w:bookmarkStart w:id="30" w:name="_Toc238333727"/>
    </w:p>
    <w:p w14:paraId="37D5F629" w14:textId="5137435C" w:rsidR="003E731E" w:rsidRPr="00765D47" w:rsidRDefault="00C54776" w:rsidP="003E731E">
      <w:pPr>
        <w:pStyle w:val="Nadpis2"/>
        <w:spacing w:before="0"/>
        <w:rPr>
          <w:rFonts w:ascii="Arial" w:hAnsi="Arial" w:cs="Arial"/>
          <w:color w:val="0070C0"/>
          <w:sz w:val="24"/>
          <w:szCs w:val="24"/>
          <w:lang w:val="sk-SK"/>
        </w:rPr>
      </w:pPr>
      <w:r w:rsidRPr="00765D47">
        <w:rPr>
          <w:rFonts w:ascii="Arial" w:eastAsia="Arial" w:hAnsi="Arial" w:cs="Arial"/>
          <w:color w:val="0070C0"/>
          <w:sz w:val="24"/>
        </w:rPr>
        <w:lastRenderedPageBreak/>
        <w:t>4.4 Prevádzka počas školských prázdnin</w:t>
      </w:r>
      <w:bookmarkEnd w:id="30"/>
    </w:p>
    <w:p w14:paraId="26515A90" w14:textId="77777777" w:rsidR="00C54776" w:rsidRPr="00C54776" w:rsidRDefault="00C54776" w:rsidP="003E731E">
      <w:pPr>
        <w:spacing w:after="0" w:line="240" w:lineRule="auto"/>
        <w:rPr>
          <w:b/>
          <w:bCs/>
          <w:color w:val="0070C0"/>
          <w:szCs w:val="24"/>
          <w:lang w:val="sk-SK"/>
        </w:rPr>
      </w:pPr>
    </w:p>
    <w:p w14:paraId="1A0C0DB9" w14:textId="77777777" w:rsidR="00F472B4" w:rsidRPr="00F472B4" w:rsidRDefault="00F472B4" w:rsidP="00F472B4">
      <w:pPr>
        <w:rPr>
          <w:szCs w:val="24"/>
          <w:lang w:val="sk-SK"/>
        </w:rPr>
      </w:pPr>
      <w:r w:rsidRPr="00F472B4">
        <w:rPr>
          <w:szCs w:val="24"/>
          <w:lang w:val="sk-SK"/>
        </w:rPr>
        <w:t>Počas školských prázdnin sa prevádzka materskej školy organizuje podľa aktuálneho záujmu zákonných zástupcov, počtu prihlásených detí, personálnych, prevádzkových a organizačných možností školy.</w:t>
      </w:r>
    </w:p>
    <w:p w14:paraId="5B7729A7" w14:textId="77777777" w:rsidR="00F472B4" w:rsidRPr="00F472B4" w:rsidRDefault="00F472B4" w:rsidP="00F472B4">
      <w:pPr>
        <w:rPr>
          <w:szCs w:val="24"/>
          <w:lang w:val="sk-SK"/>
        </w:rPr>
      </w:pPr>
      <w:r w:rsidRPr="00F472B4">
        <w:rPr>
          <w:szCs w:val="24"/>
          <w:lang w:val="sk-SK"/>
        </w:rPr>
        <w:t xml:space="preserve">Pred začiatkom jednotlivých prázdninových období materská škola zisťuje záväzný záujem o dochádzku detí. Zisťovanie záujmu sa uskutočňuje prostredníctvom oznamu alebo iným spôsobom určeným materskou školou. Zákonný zástupca je povinný oznámiť, či bude dieťa počas prázdnin materskú školu navštevovať, a to </w:t>
      </w:r>
      <w:r>
        <w:rPr>
          <w:szCs w:val="24"/>
          <w:lang w:val="sk-SK"/>
        </w:rPr>
        <w:t xml:space="preserve">do termínu </w:t>
      </w:r>
      <w:r w:rsidRPr="00F472B4">
        <w:rPr>
          <w:szCs w:val="24"/>
          <w:lang w:val="sk-SK"/>
        </w:rPr>
        <w:t>určen</w:t>
      </w:r>
      <w:r>
        <w:rPr>
          <w:szCs w:val="24"/>
          <w:lang w:val="sk-SK"/>
        </w:rPr>
        <w:t>ým</w:t>
      </w:r>
      <w:r w:rsidRPr="00F472B4">
        <w:rPr>
          <w:szCs w:val="24"/>
          <w:lang w:val="sk-SK"/>
        </w:rPr>
        <w:t xml:space="preserve"> riaditeľkou školy.</w:t>
      </w:r>
    </w:p>
    <w:p w14:paraId="0585D565" w14:textId="77777777" w:rsidR="00F472B4" w:rsidRPr="00F472B4" w:rsidRDefault="00F472B4" w:rsidP="00F472B4">
      <w:pPr>
        <w:rPr>
          <w:szCs w:val="24"/>
          <w:lang w:val="sk-SK"/>
        </w:rPr>
      </w:pPr>
      <w:r w:rsidRPr="00F472B4">
        <w:rPr>
          <w:szCs w:val="24"/>
          <w:lang w:val="sk-SK"/>
        </w:rPr>
        <w:t>Riaditeľka materskej školy po vyhodnotení záujmu zákonných zástupcov, s prihliadnutím na prevádzkové, personálne a ekonomické podmienky a po dohode alebo prerokovaní so zriaďovateľom určí rozsah prevádzky počas príslušného prázdninového obdobia.</w:t>
      </w:r>
    </w:p>
    <w:p w14:paraId="7A58427A" w14:textId="77777777" w:rsidR="00F472B4" w:rsidRPr="00F472B4" w:rsidRDefault="00F472B4" w:rsidP="00F472B4">
      <w:pPr>
        <w:rPr>
          <w:szCs w:val="24"/>
          <w:lang w:val="sk-SK"/>
        </w:rPr>
      </w:pPr>
      <w:r w:rsidRPr="00F472B4">
        <w:rPr>
          <w:szCs w:val="24"/>
          <w:lang w:val="sk-SK"/>
        </w:rPr>
        <w:t>Prevádzka materskej školy počas školských prázdnin sa zabezpečí spravidla vtedy, ak je záväzne prihlásených najmenej 21 detí. Ak počet prihlásených detí nedosiahne určený minimálny počet alebo ak prevádzku nemožno zabezpečiť z organizačných, personálnych, technických, hygienických alebo ekonomických dôvodov, môže byť prevádzka materskej školy obmedzená alebo prerušená.</w:t>
      </w:r>
    </w:p>
    <w:p w14:paraId="26FB4AC4" w14:textId="77777777" w:rsidR="00F472B4" w:rsidRPr="00F472B4" w:rsidRDefault="00F472B4" w:rsidP="00F472B4">
      <w:pPr>
        <w:rPr>
          <w:szCs w:val="24"/>
          <w:lang w:val="sk-SK"/>
        </w:rPr>
      </w:pPr>
      <w:r w:rsidRPr="00F472B4">
        <w:rPr>
          <w:szCs w:val="24"/>
          <w:lang w:val="sk-SK"/>
        </w:rPr>
        <w:t>Ak je materská škola počas prázdnin v prevádzke, činnosť sa realizuje v prázdninovom režime. Z organizačných dôvodov môžu byť deti spájané do jednej alebo viacerých tried. Pri spájaní tried materská škola zabezpečuje primeranú starostlivosť, bezpečnosť detí, ochranu ich zdravia a plynulé pokračovanie výchovno-vzdelávacej činnosti primeranej prázdninovému obdobiu.</w:t>
      </w:r>
    </w:p>
    <w:p w14:paraId="11701234" w14:textId="77777777" w:rsidR="00F472B4" w:rsidRDefault="00F472B4" w:rsidP="00F472B4">
      <w:pPr>
        <w:rPr>
          <w:szCs w:val="24"/>
          <w:lang w:val="sk-SK"/>
        </w:rPr>
      </w:pPr>
      <w:r w:rsidRPr="00F472B4">
        <w:rPr>
          <w:szCs w:val="24"/>
          <w:lang w:val="sk-SK"/>
        </w:rPr>
        <w:t>O rozsahu prevádzky, prípadnom obmedzení alebo prerušení prevádzky počas školských prázdnin materská škola informuje zákonných zástupcov vopred spôsobom obvyklým v materskej škole.</w:t>
      </w:r>
    </w:p>
    <w:p w14:paraId="137715EE" w14:textId="77777777" w:rsidR="001726E0" w:rsidRPr="00F472B4" w:rsidRDefault="001726E0" w:rsidP="00F472B4">
      <w:pPr>
        <w:spacing w:after="0" w:line="240" w:lineRule="auto"/>
        <w:rPr>
          <w:szCs w:val="24"/>
          <w:lang w:val="sk-SK"/>
        </w:rPr>
      </w:pPr>
    </w:p>
    <w:p w14:paraId="5A911869" w14:textId="77777777" w:rsidR="00EC0CC4" w:rsidRPr="00765D47" w:rsidRDefault="001726E0" w:rsidP="00EC0CC4">
      <w:pPr>
        <w:pStyle w:val="Nadpis2"/>
        <w:spacing w:before="0"/>
        <w:rPr>
          <w:rFonts w:ascii="Arial" w:hAnsi="Arial" w:cs="Arial"/>
          <w:color w:val="0070C0"/>
          <w:sz w:val="24"/>
          <w:szCs w:val="24"/>
          <w:lang w:val="sk-SK"/>
        </w:rPr>
      </w:pPr>
      <w:bookmarkStart w:id="31" w:name="_Toc238333728"/>
      <w:r w:rsidRPr="00765D47">
        <w:rPr>
          <w:rFonts w:ascii="Arial" w:eastAsia="Arial" w:hAnsi="Arial" w:cs="Arial"/>
          <w:color w:val="0070C0"/>
          <w:sz w:val="24"/>
        </w:rPr>
        <w:t>4.5 Prevádzka materskej školy počas letných prázdnin</w:t>
      </w:r>
      <w:bookmarkEnd w:id="31"/>
    </w:p>
    <w:p w14:paraId="0B6262E4" w14:textId="77777777" w:rsidR="001726E0" w:rsidRPr="001726E0" w:rsidRDefault="001726E0" w:rsidP="00EC0CC4">
      <w:pPr>
        <w:spacing w:after="0" w:line="240" w:lineRule="auto"/>
        <w:rPr>
          <w:b/>
          <w:bCs/>
          <w:color w:val="0070C0"/>
          <w:szCs w:val="24"/>
          <w:lang w:val="sk-SK"/>
        </w:rPr>
      </w:pPr>
    </w:p>
    <w:p w14:paraId="58788A23" w14:textId="77777777" w:rsidR="00EC0CC4" w:rsidRPr="00EC0CC4" w:rsidRDefault="00EC0CC4" w:rsidP="00EC0CC4">
      <w:pPr>
        <w:rPr>
          <w:szCs w:val="24"/>
          <w:lang w:val="sk-SK"/>
        </w:rPr>
      </w:pPr>
      <w:r w:rsidRPr="00EC0CC4">
        <w:rPr>
          <w:szCs w:val="24"/>
          <w:lang w:val="sk-SK"/>
        </w:rPr>
        <w:t>Prevádzka materskej školy počas letných prázdnin sa organizuje v súlade s platnými právnymi predpismi, rozhodnutím zriaďovateľa a aktuálnymi prevádzkovými, personálnymi a organizačnými podmienkami školy.</w:t>
      </w:r>
    </w:p>
    <w:p w14:paraId="23583B3B" w14:textId="77777777" w:rsidR="00EC0CC4" w:rsidRPr="00EC0CC4" w:rsidRDefault="00EC0CC4" w:rsidP="00EC0CC4">
      <w:pPr>
        <w:rPr>
          <w:szCs w:val="24"/>
          <w:lang w:val="sk-SK"/>
        </w:rPr>
      </w:pPr>
      <w:r w:rsidRPr="00EC0CC4">
        <w:rPr>
          <w:szCs w:val="24"/>
          <w:lang w:val="sk-SK"/>
        </w:rPr>
        <w:t>Počas mesiacov júl a august sa prevádzka materskej školy spravidla prerušuje najmenej na tri týždne. Prerušenie prevádzky slúži najmä na zabezpečenie dôkladného upratovania a dezinfekcie priestorov, údržby budovy, opráv, revízií technických zariadení, prípravy tried, školského dvora a ostatných priestorov na nový školský rok.</w:t>
      </w:r>
    </w:p>
    <w:p w14:paraId="0AE50A19" w14:textId="77777777" w:rsidR="00EC0CC4" w:rsidRPr="00EC0CC4" w:rsidRDefault="00EC0CC4" w:rsidP="00EC0CC4">
      <w:pPr>
        <w:rPr>
          <w:szCs w:val="24"/>
          <w:lang w:val="sk-SK"/>
        </w:rPr>
      </w:pPr>
      <w:r w:rsidRPr="00EC0CC4">
        <w:rPr>
          <w:szCs w:val="24"/>
          <w:lang w:val="sk-SK"/>
        </w:rPr>
        <w:lastRenderedPageBreak/>
        <w:t>Počas prerušenia prevádzky prevádzkoví zamestnanci vykonávajú práce súvisiace s čistením, dezinfekciou, údržbou a prípravou priestorov materskej školy. Pedagogickí, odborní a ostatní zamestnanci čerpajú riadnu dovolenku alebo vykonávajú pracovné činnosti podľa pokynov riaditeľky školy a potrieb zamestnávateľa.</w:t>
      </w:r>
    </w:p>
    <w:p w14:paraId="0FC11563" w14:textId="77777777" w:rsidR="00EC0CC4" w:rsidRPr="00EC0CC4" w:rsidRDefault="00EC0CC4" w:rsidP="00EC0CC4">
      <w:pPr>
        <w:rPr>
          <w:szCs w:val="24"/>
          <w:lang w:val="sk-SK"/>
        </w:rPr>
      </w:pPr>
      <w:r w:rsidRPr="00EC0CC4">
        <w:rPr>
          <w:szCs w:val="24"/>
          <w:lang w:val="sk-SK"/>
        </w:rPr>
        <w:t>O rozsahu a organizácii letnej prevádzky rozhoduje zriaďovateľ v spolupráci s riaditeľkou materskej školy. Riaditeľka školy informuje zákonných zástupcov o organizácii letnej prevádzky spravidla najmenej dva mesiace vopred, a to spôsobom obvyklým v materskej škole, najmä prostredníctvom webového sídla školy</w:t>
      </w:r>
      <w:r>
        <w:rPr>
          <w:szCs w:val="24"/>
          <w:lang w:val="sk-SK"/>
        </w:rPr>
        <w:t xml:space="preserve"> alebo </w:t>
      </w:r>
      <w:r w:rsidRPr="00EC0CC4">
        <w:rPr>
          <w:szCs w:val="24"/>
          <w:lang w:val="sk-SK"/>
        </w:rPr>
        <w:t>informačnej tabule</w:t>
      </w:r>
      <w:r>
        <w:rPr>
          <w:szCs w:val="24"/>
          <w:lang w:val="sk-SK"/>
        </w:rPr>
        <w:t>.</w:t>
      </w:r>
    </w:p>
    <w:p w14:paraId="7D5E2232" w14:textId="77777777" w:rsidR="00EC0CC4" w:rsidRPr="00EC0CC4" w:rsidRDefault="00EC0CC4" w:rsidP="00EC0CC4">
      <w:pPr>
        <w:rPr>
          <w:szCs w:val="24"/>
          <w:lang w:val="sk-SK"/>
        </w:rPr>
      </w:pPr>
      <w:r w:rsidRPr="00EC0CC4">
        <w:rPr>
          <w:szCs w:val="24"/>
          <w:lang w:val="sk-SK"/>
        </w:rPr>
        <w:t>Pred začiatkom letných prázdnin materská škola zisťuje záväzný záujem zákonných zástupcov o dochádzku dieťaťa počas letnej prevádzky. Zákonný zástupca je povinný v určenom termíne oznámiť, či bude mať o dochádzku dieťaťa počas letných prázdnin záujem. Na prihlásenie po určenom termíne nemusí byť z organizačných dôvodov prihliadnuté.</w:t>
      </w:r>
    </w:p>
    <w:p w14:paraId="1F52D0F3" w14:textId="77777777" w:rsidR="00EC0CC4" w:rsidRPr="00EC0CC4" w:rsidRDefault="00EC0CC4" w:rsidP="00EC0CC4">
      <w:pPr>
        <w:rPr>
          <w:szCs w:val="24"/>
          <w:lang w:val="sk-SK"/>
        </w:rPr>
      </w:pPr>
      <w:r w:rsidRPr="00EC0CC4">
        <w:rPr>
          <w:szCs w:val="24"/>
          <w:lang w:val="sk-SK"/>
        </w:rPr>
        <w:t>Na základe počtu záväzne prihlásených detí, reálnej dochádzky, personálnych možností a prevádzkových podmienok môže byť letná prevádzka organizovaná v obmedzenom režime. Deti môžu byť z organizačných dôvodov spájané do tried, pričom materská škola zabezpečí ich bezpečnosť, ochranu zdravia a primeranú výchovno-vzdelávaciu činnosť.</w:t>
      </w:r>
    </w:p>
    <w:p w14:paraId="4726CCA0" w14:textId="77777777" w:rsidR="00EC0CC4" w:rsidRPr="00EC0CC4" w:rsidRDefault="00EC0CC4" w:rsidP="00EC0CC4">
      <w:pPr>
        <w:rPr>
          <w:szCs w:val="24"/>
          <w:lang w:val="sk-SK"/>
        </w:rPr>
      </w:pPr>
      <w:r w:rsidRPr="00EC0CC4">
        <w:rPr>
          <w:szCs w:val="24"/>
          <w:lang w:val="sk-SK"/>
        </w:rPr>
        <w:t>Ak po začatí letnej prevádzky nenastúpi dostatočný počet prihlásených detí alebo dôjde k výraznému poklesu ich skutočnej dochádzky, môže byť organizácia prevádzky operatívne upravená. Úprava môže spočívať najmä v spojení tried, skrátení prevádzkového času, obmedzení prevádzky alebo prerušení prevádzky materskej školy. O prijatých opatreniach materská škola bezodkladne informuje zákonných zástupcov spôsobom obvyklým v materskej škole.</w:t>
      </w:r>
    </w:p>
    <w:p w14:paraId="47FDF1EB" w14:textId="7B2AD378" w:rsidR="00AA1FB0" w:rsidRPr="007309C2" w:rsidRDefault="00EC0CC4" w:rsidP="007309C2">
      <w:pPr>
        <w:rPr>
          <w:szCs w:val="24"/>
          <w:lang w:val="sk-SK"/>
        </w:rPr>
      </w:pPr>
      <w:r w:rsidRPr="00EC0CC4">
        <w:rPr>
          <w:szCs w:val="24"/>
          <w:lang w:val="sk-SK"/>
        </w:rPr>
        <w:t>Zriaďovateľ nemá zákonnú povinnosť zabezpečiť deťom náhradné predprimárne vzdelávanie v inej materskej škole počas obdobia prerušenia prevádzky. Ak zriaďovateľ rozhodne o zabezpečení náhradnej prevádzky v inej materskej škole vo svojej zriaďovateľskej pôsobnosti, ide o organizačné opatrenie zriaďovateľa. O podmienkach, termíne, mieste a spôsobe prihlasovania detí sú zákonní zástupcovia informovaní vopred.</w:t>
      </w:r>
    </w:p>
    <w:p w14:paraId="7ADF1A95" w14:textId="77777777" w:rsidR="00AA1FB0" w:rsidRDefault="00AA1FB0" w:rsidP="00C8699A">
      <w:pPr>
        <w:spacing w:after="0" w:line="240" w:lineRule="auto"/>
        <w:rPr>
          <w:b/>
          <w:bCs/>
          <w:szCs w:val="24"/>
          <w:lang w:val="sk-SK"/>
        </w:rPr>
      </w:pPr>
    </w:p>
    <w:p w14:paraId="02917BEA" w14:textId="77777777" w:rsidR="00061608" w:rsidRPr="00765D47" w:rsidRDefault="001726E0" w:rsidP="00C8699A">
      <w:pPr>
        <w:pStyle w:val="Nadpis2"/>
        <w:spacing w:before="0"/>
        <w:rPr>
          <w:rFonts w:ascii="Arial" w:hAnsi="Arial" w:cs="Arial"/>
          <w:color w:val="0070C0"/>
          <w:sz w:val="24"/>
          <w:szCs w:val="24"/>
          <w:lang w:val="sk-SK"/>
        </w:rPr>
      </w:pPr>
      <w:bookmarkStart w:id="32" w:name="_Toc238333729"/>
      <w:r w:rsidRPr="00765D47">
        <w:rPr>
          <w:rFonts w:ascii="Arial" w:eastAsia="Arial" w:hAnsi="Arial" w:cs="Arial"/>
          <w:color w:val="0070C0"/>
          <w:sz w:val="24"/>
        </w:rPr>
        <w:t>4.6 Ďalšie obmedzenia alebo prerušenia prevádzky materskej školy</w:t>
      </w:r>
      <w:bookmarkEnd w:id="32"/>
    </w:p>
    <w:p w14:paraId="224B6C4B" w14:textId="77777777" w:rsidR="00C54776" w:rsidRPr="00C33B1D" w:rsidRDefault="00C54776" w:rsidP="00C8699A">
      <w:pPr>
        <w:spacing w:after="0" w:line="240" w:lineRule="auto"/>
        <w:rPr>
          <w:b/>
          <w:bCs/>
          <w:szCs w:val="24"/>
          <w:lang w:val="sk-SK"/>
        </w:rPr>
      </w:pPr>
    </w:p>
    <w:p w14:paraId="42863A23" w14:textId="77777777" w:rsidR="00061608" w:rsidRPr="00061608" w:rsidRDefault="00061608" w:rsidP="00061608">
      <w:pPr>
        <w:rPr>
          <w:szCs w:val="24"/>
          <w:lang w:val="sk-SK"/>
        </w:rPr>
      </w:pPr>
      <w:r w:rsidRPr="00061608">
        <w:rPr>
          <w:szCs w:val="24"/>
          <w:lang w:val="sk-SK"/>
        </w:rPr>
        <w:t>Prevádzka materskej školy môže byť dočasne upravená, obmedzená alebo prerušená v prípadoch, keď nie je možné zabezpečiť jej riadny chod, bezpečnosť detí a zamestnancov alebo hygienicky vyhovujúce podmienky.</w:t>
      </w:r>
    </w:p>
    <w:p w14:paraId="327126BC" w14:textId="77777777" w:rsidR="00061608" w:rsidRPr="00061608" w:rsidRDefault="00061608" w:rsidP="00061608">
      <w:pPr>
        <w:rPr>
          <w:szCs w:val="24"/>
          <w:lang w:val="sk-SK"/>
        </w:rPr>
      </w:pPr>
      <w:r w:rsidRPr="00061608">
        <w:rPr>
          <w:szCs w:val="24"/>
          <w:lang w:val="sk-SK"/>
        </w:rPr>
        <w:t>Dôvodom na obmedzenie alebo prerušenie prevádzky môže byť najmä:</w:t>
      </w:r>
    </w:p>
    <w:p w14:paraId="39E7C1DB" w14:textId="77777777" w:rsidR="00061608" w:rsidRPr="00061608" w:rsidRDefault="00061608" w:rsidP="00061608">
      <w:pPr>
        <w:numPr>
          <w:ilvl w:val="0"/>
          <w:numId w:val="38"/>
        </w:numPr>
        <w:rPr>
          <w:szCs w:val="24"/>
          <w:lang w:val="sk-SK"/>
        </w:rPr>
      </w:pPr>
      <w:r w:rsidRPr="00061608">
        <w:rPr>
          <w:szCs w:val="24"/>
          <w:lang w:val="sk-SK"/>
        </w:rPr>
        <w:lastRenderedPageBreak/>
        <w:t>závažná organizačná prekážka;</w:t>
      </w:r>
    </w:p>
    <w:p w14:paraId="0B04B3F2" w14:textId="77777777" w:rsidR="00061608" w:rsidRPr="00061608" w:rsidRDefault="00061608" w:rsidP="00061608">
      <w:pPr>
        <w:numPr>
          <w:ilvl w:val="0"/>
          <w:numId w:val="38"/>
        </w:numPr>
        <w:rPr>
          <w:szCs w:val="24"/>
          <w:lang w:val="sk-SK"/>
        </w:rPr>
      </w:pPr>
      <w:r w:rsidRPr="00061608">
        <w:rPr>
          <w:szCs w:val="24"/>
          <w:lang w:val="sk-SK"/>
        </w:rPr>
        <w:t>technická porucha alebo havarijný stav budovy;</w:t>
      </w:r>
    </w:p>
    <w:p w14:paraId="4E780608" w14:textId="77777777" w:rsidR="00061608" w:rsidRPr="00061608" w:rsidRDefault="00061608" w:rsidP="00061608">
      <w:pPr>
        <w:numPr>
          <w:ilvl w:val="0"/>
          <w:numId w:val="38"/>
        </w:numPr>
        <w:rPr>
          <w:szCs w:val="24"/>
          <w:lang w:val="sk-SK"/>
        </w:rPr>
      </w:pPr>
      <w:r w:rsidRPr="00061608">
        <w:rPr>
          <w:szCs w:val="24"/>
          <w:lang w:val="sk-SK"/>
        </w:rPr>
        <w:t>prerušenie dodávky vody, tepla, elektrickej energie alebo plynu;</w:t>
      </w:r>
    </w:p>
    <w:p w14:paraId="6D8C46CE" w14:textId="77777777" w:rsidR="00061608" w:rsidRPr="00061608" w:rsidRDefault="00061608" w:rsidP="00061608">
      <w:pPr>
        <w:numPr>
          <w:ilvl w:val="0"/>
          <w:numId w:val="38"/>
        </w:numPr>
        <w:rPr>
          <w:szCs w:val="24"/>
          <w:lang w:val="sk-SK"/>
        </w:rPr>
      </w:pPr>
      <w:r w:rsidRPr="00061608">
        <w:rPr>
          <w:szCs w:val="24"/>
          <w:lang w:val="sk-SK"/>
        </w:rPr>
        <w:t>hygienicko-epidemiologická situácia;</w:t>
      </w:r>
    </w:p>
    <w:p w14:paraId="39854E3D" w14:textId="77777777" w:rsidR="00061608" w:rsidRPr="00061608" w:rsidRDefault="00061608" w:rsidP="00061608">
      <w:pPr>
        <w:numPr>
          <w:ilvl w:val="0"/>
          <w:numId w:val="38"/>
        </w:numPr>
        <w:rPr>
          <w:szCs w:val="24"/>
          <w:lang w:val="sk-SK"/>
        </w:rPr>
      </w:pPr>
      <w:r w:rsidRPr="00061608">
        <w:rPr>
          <w:szCs w:val="24"/>
          <w:lang w:val="sk-SK"/>
        </w:rPr>
        <w:t>odporúčanie alebo opatrenie príslušného orgánu verejného zdravotníctva;</w:t>
      </w:r>
    </w:p>
    <w:p w14:paraId="4A17484F" w14:textId="77777777" w:rsidR="00061608" w:rsidRPr="00061608" w:rsidRDefault="00061608" w:rsidP="00061608">
      <w:pPr>
        <w:numPr>
          <w:ilvl w:val="0"/>
          <w:numId w:val="38"/>
        </w:numPr>
        <w:rPr>
          <w:szCs w:val="24"/>
          <w:lang w:val="sk-SK"/>
        </w:rPr>
      </w:pPr>
      <w:r w:rsidRPr="00061608">
        <w:rPr>
          <w:szCs w:val="24"/>
          <w:lang w:val="sk-SK"/>
        </w:rPr>
        <w:t>mimoriadna udalosť, napríklad požiar, povodeň, živelná udalosť alebo iná krízová situácia;</w:t>
      </w:r>
    </w:p>
    <w:p w14:paraId="7A3DE9D8" w14:textId="77777777" w:rsidR="00061608" w:rsidRPr="00061608" w:rsidRDefault="00061608" w:rsidP="00061608">
      <w:pPr>
        <w:numPr>
          <w:ilvl w:val="0"/>
          <w:numId w:val="38"/>
        </w:numPr>
        <w:rPr>
          <w:szCs w:val="24"/>
          <w:lang w:val="sk-SK"/>
        </w:rPr>
      </w:pPr>
      <w:r w:rsidRPr="00061608">
        <w:rPr>
          <w:szCs w:val="24"/>
          <w:lang w:val="sk-SK"/>
        </w:rPr>
        <w:t>nevyhnutné opravy, údržba alebo rekonštrukčné práce;</w:t>
      </w:r>
    </w:p>
    <w:p w14:paraId="3440F9EE" w14:textId="77777777" w:rsidR="00061608" w:rsidRPr="00061608" w:rsidRDefault="00061608" w:rsidP="00061608">
      <w:pPr>
        <w:numPr>
          <w:ilvl w:val="0"/>
          <w:numId w:val="38"/>
        </w:numPr>
        <w:rPr>
          <w:szCs w:val="24"/>
          <w:lang w:val="sk-SK"/>
        </w:rPr>
      </w:pPr>
      <w:r w:rsidRPr="00061608">
        <w:rPr>
          <w:szCs w:val="24"/>
          <w:lang w:val="sk-SK"/>
        </w:rPr>
        <w:t>výrazne znížený počet prítomných detí;</w:t>
      </w:r>
    </w:p>
    <w:p w14:paraId="3BC1000B" w14:textId="77777777" w:rsidR="00061608" w:rsidRPr="00061608" w:rsidRDefault="00061608" w:rsidP="00061608">
      <w:pPr>
        <w:numPr>
          <w:ilvl w:val="0"/>
          <w:numId w:val="38"/>
        </w:numPr>
        <w:rPr>
          <w:szCs w:val="24"/>
          <w:lang w:val="sk-SK"/>
        </w:rPr>
      </w:pPr>
      <w:r w:rsidRPr="00061608">
        <w:rPr>
          <w:szCs w:val="24"/>
          <w:lang w:val="sk-SK"/>
        </w:rPr>
        <w:t>personálne dôvody, pre ktoré nie je možné bezpečne zabezpečiť výchovno-vzdelávaciu činnosť.</w:t>
      </w:r>
    </w:p>
    <w:p w14:paraId="762B8501" w14:textId="77777777" w:rsidR="00061608" w:rsidRPr="00061608" w:rsidRDefault="00061608" w:rsidP="00061608">
      <w:pPr>
        <w:rPr>
          <w:szCs w:val="24"/>
          <w:lang w:val="sk-SK"/>
        </w:rPr>
      </w:pPr>
      <w:r w:rsidRPr="00061608">
        <w:rPr>
          <w:szCs w:val="24"/>
          <w:lang w:val="sk-SK"/>
        </w:rPr>
        <w:t>O dočasnom obmedzení alebo prerušení prevádzky rozhoduje zriaďovateľ v súlade s platnými právnymi predpismi. Ak ide o situáciu vyžadujúcu okamžité riešenie, riaditeľka materskej školy prijme nevyhnutné organizačné opatrenia na ochranu života, zdravia a bezpečnosti detí a zamestnancov a bezodkladne o tom informuje zriaďovateľa.</w:t>
      </w:r>
    </w:p>
    <w:p w14:paraId="7E9A5D7D" w14:textId="77777777" w:rsidR="00061608" w:rsidRPr="00061608" w:rsidRDefault="00061608" w:rsidP="00061608">
      <w:pPr>
        <w:rPr>
          <w:szCs w:val="24"/>
          <w:lang w:val="sk-SK"/>
        </w:rPr>
      </w:pPr>
      <w:r w:rsidRPr="00061608">
        <w:rPr>
          <w:szCs w:val="24"/>
          <w:lang w:val="sk-SK"/>
        </w:rPr>
        <w:t>Zákonní zástupcovia sú o obmedzení alebo prerušení prevádzky informovaní bez zbytočného odkladu spôsobom obvyklým v materskej škole, najmä oznamom na informačnej tabuli, nástenke, webovom sídle školy, telefonicky alebo iným vhodným spôsobom.</w:t>
      </w:r>
    </w:p>
    <w:p w14:paraId="0301746F" w14:textId="77777777" w:rsidR="00061608" w:rsidRDefault="00061608" w:rsidP="00061608">
      <w:pPr>
        <w:rPr>
          <w:szCs w:val="24"/>
          <w:lang w:val="sk-SK"/>
        </w:rPr>
      </w:pPr>
      <w:r w:rsidRPr="00061608">
        <w:rPr>
          <w:szCs w:val="24"/>
          <w:lang w:val="sk-SK"/>
        </w:rPr>
        <w:t>Ak je prevádzka materskej školy obmedzená, riaditeľka školy môže podľa aktuálnych podmienok upraviť organizáciu dňa, spojiť triedy, zmeniť rozdelenie detí do tried alebo dočasne upraviť prevádzkový čas. Pri každej zmene sa prihliada najmä na bezpečnosť detí, personálne možnosti školy, hygienické požiadavky a plynulosť výchovno-vzdelávacej činnosti.</w:t>
      </w:r>
    </w:p>
    <w:p w14:paraId="69DC68B7" w14:textId="77777777" w:rsidR="00061608" w:rsidRPr="00C8699A" w:rsidRDefault="00061608" w:rsidP="00061608">
      <w:pPr>
        <w:rPr>
          <w:szCs w:val="24"/>
          <w:lang w:val="sk-SK"/>
        </w:rPr>
      </w:pPr>
      <w:r w:rsidRPr="00C8699A">
        <w:rPr>
          <w:szCs w:val="24"/>
          <w:lang w:val="sk-SK"/>
        </w:rPr>
        <w:t>Počas obdobia prerušenia prevádzky sa náhradná prevádzka môže zabezpečiť podľa rozhodnutia a organizačných možností zriaďovateľa. Ak zriaďovateľ určí náhradnú prevádzku v inej materskej škole vo svojej zriaďovateľskej pôsobnosti, zákonní zástupcovia sú vopred informovaní o mieste, termíne, podmienkach a spôsobe prihlasovania detí.</w:t>
      </w:r>
    </w:p>
    <w:p w14:paraId="47AA1CA2" w14:textId="77777777" w:rsidR="00061608" w:rsidRPr="00061608" w:rsidRDefault="00061608" w:rsidP="00061608">
      <w:pPr>
        <w:spacing w:after="0" w:line="240" w:lineRule="auto"/>
        <w:rPr>
          <w:szCs w:val="24"/>
          <w:lang w:val="sk-SK"/>
        </w:rPr>
      </w:pPr>
    </w:p>
    <w:p w14:paraId="64194FC3" w14:textId="77777777" w:rsidR="005D3BEF" w:rsidRPr="00765D47" w:rsidRDefault="001726E0" w:rsidP="00C8699A">
      <w:pPr>
        <w:pStyle w:val="Nadpis2"/>
        <w:spacing w:before="0"/>
        <w:rPr>
          <w:rFonts w:ascii="Arial" w:hAnsi="Arial" w:cs="Arial"/>
          <w:color w:val="0070C0"/>
          <w:sz w:val="24"/>
          <w:szCs w:val="24"/>
          <w:lang w:val="sk-SK"/>
        </w:rPr>
      </w:pPr>
      <w:bookmarkStart w:id="33" w:name="_Toc238333730"/>
      <w:r w:rsidRPr="00765D47">
        <w:rPr>
          <w:rFonts w:ascii="Arial" w:eastAsia="Arial" w:hAnsi="Arial" w:cs="Arial"/>
          <w:color w:val="0070C0"/>
          <w:sz w:val="24"/>
        </w:rPr>
        <w:t>4.7 Organizácia prevádzky pri zníženom počte detí alebo zamestnancov</w:t>
      </w:r>
      <w:bookmarkEnd w:id="33"/>
    </w:p>
    <w:p w14:paraId="3A15CEAC" w14:textId="77777777" w:rsidR="001726E0" w:rsidRPr="00C33B1D" w:rsidRDefault="001726E0" w:rsidP="00C8699A">
      <w:pPr>
        <w:spacing w:after="0" w:line="240" w:lineRule="auto"/>
        <w:rPr>
          <w:b/>
          <w:bCs/>
          <w:szCs w:val="24"/>
          <w:lang w:val="sk-SK"/>
        </w:rPr>
      </w:pPr>
    </w:p>
    <w:p w14:paraId="71A6665C" w14:textId="77777777" w:rsidR="005D3BEF" w:rsidRPr="00353503" w:rsidRDefault="005D3BEF" w:rsidP="005D3BEF">
      <w:pPr>
        <w:rPr>
          <w:szCs w:val="24"/>
          <w:lang w:val="sk-SK"/>
        </w:rPr>
      </w:pPr>
      <w:r w:rsidRPr="00353503">
        <w:rPr>
          <w:szCs w:val="24"/>
          <w:lang w:val="sk-SK"/>
        </w:rPr>
        <w:t xml:space="preserve">Z dôvodu zabezpečenia bezpečnej, plynulej a hospodárnej prevádzky môže riaditeľka materskej školy dočasne upraviť organizáciu prevádzky, najmä pri zvýšenej </w:t>
      </w:r>
      <w:r w:rsidRPr="00353503">
        <w:rPr>
          <w:szCs w:val="24"/>
          <w:lang w:val="sk-SK"/>
        </w:rPr>
        <w:lastRenderedPageBreak/>
        <w:t>chorobnosti detí alebo zamestnancov, pri nedostatku pedagogických zamestnancov alebo z iných závažných prevádzkových dôvodov.</w:t>
      </w:r>
    </w:p>
    <w:p w14:paraId="17B1DB60" w14:textId="77777777" w:rsidR="005D3BEF" w:rsidRPr="00353503" w:rsidRDefault="005D3BEF" w:rsidP="005D3BEF">
      <w:pPr>
        <w:rPr>
          <w:szCs w:val="24"/>
          <w:lang w:val="sk-SK"/>
        </w:rPr>
      </w:pPr>
      <w:r w:rsidRPr="00353503">
        <w:rPr>
          <w:szCs w:val="24"/>
          <w:lang w:val="sk-SK"/>
        </w:rPr>
        <w:t>Podľa aktuálneho počtu prítomných detí a personálnych možností materskej školy môže riaditeľka rozhodnúť najmä o:</w:t>
      </w:r>
    </w:p>
    <w:p w14:paraId="1D39A068" w14:textId="77777777" w:rsidR="005D3BEF" w:rsidRPr="00353503" w:rsidRDefault="005D3BEF" w:rsidP="005D3BEF">
      <w:pPr>
        <w:numPr>
          <w:ilvl w:val="0"/>
          <w:numId w:val="39"/>
        </w:numPr>
        <w:rPr>
          <w:szCs w:val="24"/>
          <w:lang w:val="sk-SK"/>
        </w:rPr>
      </w:pPr>
      <w:r w:rsidRPr="00353503">
        <w:rPr>
          <w:szCs w:val="24"/>
          <w:lang w:val="sk-SK"/>
        </w:rPr>
        <w:t>spojení tried,</w:t>
      </w:r>
    </w:p>
    <w:p w14:paraId="46CB87E7" w14:textId="77777777" w:rsidR="005D3BEF" w:rsidRPr="00353503" w:rsidRDefault="005D3BEF" w:rsidP="005D3BEF">
      <w:pPr>
        <w:numPr>
          <w:ilvl w:val="0"/>
          <w:numId w:val="39"/>
        </w:numPr>
        <w:rPr>
          <w:szCs w:val="24"/>
          <w:lang w:val="sk-SK"/>
        </w:rPr>
      </w:pPr>
      <w:r w:rsidRPr="00353503">
        <w:rPr>
          <w:szCs w:val="24"/>
          <w:lang w:val="sk-SK"/>
        </w:rPr>
        <w:t>úprave počtu otvorených tried,</w:t>
      </w:r>
    </w:p>
    <w:p w14:paraId="092985C2" w14:textId="77777777" w:rsidR="005D3BEF" w:rsidRPr="00353503" w:rsidRDefault="005D3BEF" w:rsidP="005D3BEF">
      <w:pPr>
        <w:numPr>
          <w:ilvl w:val="0"/>
          <w:numId w:val="39"/>
        </w:numPr>
        <w:rPr>
          <w:szCs w:val="24"/>
          <w:lang w:val="sk-SK"/>
        </w:rPr>
      </w:pPr>
      <w:r w:rsidRPr="00353503">
        <w:rPr>
          <w:szCs w:val="24"/>
          <w:lang w:val="sk-SK"/>
        </w:rPr>
        <w:t>zabezpečení zastupovania pedagogických zamestnancov,</w:t>
      </w:r>
    </w:p>
    <w:p w14:paraId="18FD18FA" w14:textId="77777777" w:rsidR="005D3BEF" w:rsidRPr="00353503" w:rsidRDefault="005D3BEF" w:rsidP="005D3BEF">
      <w:pPr>
        <w:numPr>
          <w:ilvl w:val="0"/>
          <w:numId w:val="39"/>
        </w:numPr>
        <w:rPr>
          <w:szCs w:val="24"/>
          <w:lang w:val="sk-SK"/>
        </w:rPr>
      </w:pPr>
      <w:r w:rsidRPr="00353503">
        <w:rPr>
          <w:szCs w:val="24"/>
          <w:lang w:val="sk-SK"/>
        </w:rPr>
        <w:t>organizovaní prevádzky v prázdninovom alebo obmedzenom režime.</w:t>
      </w:r>
    </w:p>
    <w:p w14:paraId="40B3FCD2" w14:textId="77777777" w:rsidR="00C8699A" w:rsidRPr="00C8699A" w:rsidRDefault="00C8699A" w:rsidP="00C8699A">
      <w:pPr>
        <w:rPr>
          <w:szCs w:val="24"/>
          <w:lang w:val="sk-SK"/>
        </w:rPr>
      </w:pPr>
      <w:r w:rsidRPr="00C8699A">
        <w:rPr>
          <w:szCs w:val="24"/>
          <w:lang w:val="sk-SK"/>
        </w:rPr>
        <w:t>Spájanie tried sa realizuje podľa aktuálneho počtu prítomných detí, personálnych možností a organizačných podmienok školy. Materská škola pritom dbá na bezpečnosť detí, primeraný pedagogický dohľad, hygienické podmienky a plynulý priebeh výchovno-vzdelávacej činnosti.</w:t>
      </w:r>
    </w:p>
    <w:p w14:paraId="53F6E180" w14:textId="77777777" w:rsidR="00C8699A" w:rsidRDefault="00C8699A" w:rsidP="00C8699A">
      <w:pPr>
        <w:rPr>
          <w:szCs w:val="24"/>
          <w:lang w:val="sk-SK"/>
        </w:rPr>
      </w:pPr>
      <w:r w:rsidRPr="00C8699A">
        <w:rPr>
          <w:szCs w:val="24"/>
          <w:lang w:val="sk-SK"/>
        </w:rPr>
        <w:t>Deti sú počas dopoludňajšej výchovno-vzdelávacej činnosti spravidla vo svojich kmeňových triedach. K spájaniu tried dochádza najmä v čase zníženej dochádzky, počas popoludňajšej prevádzky alebo v situáciách, keď si to vyžadujú personálne a organizačné podmienky školy.</w:t>
      </w:r>
      <w:r w:rsidR="00CB47DC" w:rsidRPr="00CB47DC">
        <w:rPr>
          <w:szCs w:val="24"/>
          <w:lang w:val="sk-SK"/>
        </w:rPr>
        <w:t xml:space="preserve"> </w:t>
      </w:r>
      <w:r w:rsidR="00CB47DC" w:rsidRPr="00353503">
        <w:rPr>
          <w:szCs w:val="24"/>
          <w:lang w:val="sk-SK"/>
        </w:rPr>
        <w:t>Ak je potrebné deti po odpočinku premiestniť do inej triedy, zamestnanci školy zabezpečia, aby každé dieťa používalo vlastnú posteľnú bielizeň.</w:t>
      </w:r>
    </w:p>
    <w:p w14:paraId="4135C3D7" w14:textId="77777777" w:rsidR="005D3BEF" w:rsidRPr="00C8699A" w:rsidRDefault="005D3BEF" w:rsidP="00C8699A">
      <w:pPr>
        <w:rPr>
          <w:szCs w:val="24"/>
          <w:lang w:val="sk-SK"/>
        </w:rPr>
      </w:pPr>
      <w:r w:rsidRPr="00353503">
        <w:rPr>
          <w:szCs w:val="24"/>
          <w:lang w:val="sk-SK"/>
        </w:rPr>
        <w:t>Vo výnimočných prípadoch, najmä pri náhlom ochorení viacerých zamestnancov alebo pri inej nepredvídanej personálnej situácii, môže byť prevádzka materskej školy upravená už od ranných hodín.</w:t>
      </w:r>
    </w:p>
    <w:p w14:paraId="46A6EEDD" w14:textId="77777777" w:rsidR="00C8699A" w:rsidRPr="00C8699A" w:rsidRDefault="00C8699A" w:rsidP="00C8699A">
      <w:pPr>
        <w:rPr>
          <w:szCs w:val="24"/>
          <w:lang w:val="sk-SK"/>
        </w:rPr>
      </w:pPr>
      <w:r w:rsidRPr="00C8699A">
        <w:rPr>
          <w:szCs w:val="24"/>
          <w:lang w:val="sk-SK"/>
        </w:rPr>
        <w:t>Ak je potrebné overiť predpokladanú dochádzku detí na nasledujúci deň, materská škola môže kontaktovať zákonných zástupcov telefonicky alebo iným vhodným spôsobom. Zákonný zástupca poskytne škole pravdivú informáciu o plánovanej dochádzke dieťaťa, aby bolo možné zabezpečiť bezpečnú a plynulú organizáciu prevádzky.</w:t>
      </w:r>
    </w:p>
    <w:p w14:paraId="0D26735F" w14:textId="77777777" w:rsidR="00C8699A" w:rsidRPr="00C8699A" w:rsidRDefault="00C8699A" w:rsidP="00C8699A">
      <w:pPr>
        <w:rPr>
          <w:szCs w:val="24"/>
          <w:lang w:val="sk-SK"/>
        </w:rPr>
      </w:pPr>
      <w:r w:rsidRPr="00C8699A">
        <w:rPr>
          <w:szCs w:val="24"/>
          <w:lang w:val="sk-SK"/>
        </w:rPr>
        <w:t>O zmene organizácie prevádzky, spojení tried alebo inom prijatom opatrení sú zákonní zástupcovia informovaní bez zbytočného odkladu spôsobom obvyklým v materskej škole, najmä oznamom na informačnej tabuli, nástenke, webovom sídle školy, telefonicky alebo iným vhodným spôsobom.</w:t>
      </w:r>
    </w:p>
    <w:p w14:paraId="1724CA3F" w14:textId="77777777" w:rsidR="00FC18E1" w:rsidRDefault="00FC18E1" w:rsidP="00FC18E1">
      <w:pPr>
        <w:spacing w:after="0" w:line="240" w:lineRule="auto"/>
        <w:rPr>
          <w:szCs w:val="24"/>
          <w:lang w:val="sk-SK"/>
        </w:rPr>
      </w:pPr>
    </w:p>
    <w:p w14:paraId="796F9858" w14:textId="77777777" w:rsidR="003E731E" w:rsidRPr="00765D47" w:rsidRDefault="001726E0" w:rsidP="00FC18E1">
      <w:pPr>
        <w:pStyle w:val="Nadpis2"/>
        <w:spacing w:before="0"/>
        <w:rPr>
          <w:rFonts w:ascii="Arial" w:hAnsi="Arial" w:cs="Arial"/>
          <w:color w:val="0070C0"/>
          <w:sz w:val="24"/>
          <w:szCs w:val="24"/>
          <w:lang w:val="sk-SK"/>
        </w:rPr>
      </w:pPr>
      <w:bookmarkStart w:id="34" w:name="_Toc238333731"/>
      <w:r w:rsidRPr="00765D47">
        <w:rPr>
          <w:rFonts w:ascii="Arial" w:eastAsia="Arial" w:hAnsi="Arial" w:cs="Arial"/>
          <w:color w:val="0070C0"/>
          <w:sz w:val="24"/>
        </w:rPr>
        <w:t>4.8 Pobyt dieťaťa v materskej škole</w:t>
      </w:r>
      <w:bookmarkEnd w:id="34"/>
    </w:p>
    <w:p w14:paraId="4934506B" w14:textId="77777777" w:rsidR="001726E0" w:rsidRPr="001726E0" w:rsidRDefault="001726E0" w:rsidP="00FC18E1">
      <w:pPr>
        <w:spacing w:after="0" w:line="240" w:lineRule="auto"/>
        <w:rPr>
          <w:b/>
          <w:bCs/>
          <w:color w:val="0070C0"/>
          <w:szCs w:val="24"/>
          <w:lang w:val="sk-SK"/>
        </w:rPr>
      </w:pPr>
    </w:p>
    <w:p w14:paraId="76FDFACD" w14:textId="77777777" w:rsidR="00C33B1D" w:rsidRPr="001726E0" w:rsidRDefault="000B7060" w:rsidP="000B7060">
      <w:pPr>
        <w:rPr>
          <w:szCs w:val="24"/>
          <w:lang w:val="sk-SK"/>
        </w:rPr>
      </w:pPr>
      <w:r w:rsidRPr="000B7060">
        <w:rPr>
          <w:szCs w:val="24"/>
          <w:lang w:val="sk-SK"/>
        </w:rPr>
        <w:t>Predprimárne vzdelávanie v materskej škole sa poskytuje za čiastočnú úhradu výdavkov materskej školy. Výšku mesačného príspevku, podmienky jeho úhrady, zníženia, odpustenia alebo vrátenia určuje zriaďovateľ, Mesto Trenčín, všeobecne záväzným nariadením.</w:t>
      </w:r>
    </w:p>
    <w:p w14:paraId="088B73D3" w14:textId="77777777" w:rsidR="000B7060" w:rsidRPr="000B7060" w:rsidRDefault="000B7060" w:rsidP="000B7060">
      <w:pPr>
        <w:rPr>
          <w:b/>
          <w:bCs/>
          <w:szCs w:val="24"/>
          <w:lang w:val="sk-SK"/>
        </w:rPr>
      </w:pPr>
      <w:r w:rsidRPr="000B7060">
        <w:rPr>
          <w:b/>
          <w:bCs/>
          <w:szCs w:val="24"/>
          <w:lang w:val="sk-SK"/>
        </w:rPr>
        <w:lastRenderedPageBreak/>
        <w:t>Úhrada príspevku za pobyt dieťaťa v materskej škole</w:t>
      </w:r>
    </w:p>
    <w:p w14:paraId="68E7281D" w14:textId="77777777" w:rsidR="000B7060" w:rsidRPr="000B7060" w:rsidRDefault="000B7060" w:rsidP="000B7060">
      <w:pPr>
        <w:rPr>
          <w:szCs w:val="24"/>
          <w:lang w:val="sk-SK"/>
        </w:rPr>
      </w:pPr>
      <w:r w:rsidRPr="000B7060">
        <w:rPr>
          <w:szCs w:val="24"/>
          <w:lang w:val="sk-SK"/>
        </w:rPr>
        <w:t>Zákonný zástupca uhrádza mesačný príspevok:</w:t>
      </w:r>
    </w:p>
    <w:p w14:paraId="06FABECC" w14:textId="77777777" w:rsidR="000B7060" w:rsidRPr="000B7060" w:rsidRDefault="000B7060" w:rsidP="000B7060">
      <w:pPr>
        <w:numPr>
          <w:ilvl w:val="0"/>
          <w:numId w:val="40"/>
        </w:numPr>
        <w:rPr>
          <w:szCs w:val="24"/>
          <w:lang w:val="sk-SK"/>
        </w:rPr>
      </w:pPr>
      <w:r w:rsidRPr="000B7060">
        <w:rPr>
          <w:szCs w:val="24"/>
          <w:lang w:val="sk-SK"/>
        </w:rPr>
        <w:t>bezhotovostným prevodom na účet určený materskou školou,</w:t>
      </w:r>
    </w:p>
    <w:p w14:paraId="5C765EEA" w14:textId="77777777" w:rsidR="000B7060" w:rsidRPr="000B7060" w:rsidRDefault="000B7060" w:rsidP="000B7060">
      <w:pPr>
        <w:numPr>
          <w:ilvl w:val="0"/>
          <w:numId w:val="40"/>
        </w:numPr>
        <w:rPr>
          <w:szCs w:val="24"/>
          <w:lang w:val="sk-SK"/>
        </w:rPr>
      </w:pPr>
      <w:r w:rsidRPr="000B7060">
        <w:rPr>
          <w:szCs w:val="24"/>
          <w:lang w:val="sk-SK"/>
        </w:rPr>
        <w:t>mesačne vopred,</w:t>
      </w:r>
    </w:p>
    <w:p w14:paraId="442429CC" w14:textId="77777777" w:rsidR="000B7060" w:rsidRPr="000B7060" w:rsidRDefault="000B7060" w:rsidP="000B7060">
      <w:pPr>
        <w:numPr>
          <w:ilvl w:val="0"/>
          <w:numId w:val="40"/>
        </w:numPr>
        <w:rPr>
          <w:szCs w:val="24"/>
          <w:lang w:val="sk-SK"/>
        </w:rPr>
      </w:pPr>
      <w:r w:rsidRPr="000B7060">
        <w:rPr>
          <w:szCs w:val="24"/>
          <w:lang w:val="sk-SK"/>
        </w:rPr>
        <w:t>najneskôr do 10. dňa príslušného kalendárneho mesiaca,</w:t>
      </w:r>
    </w:p>
    <w:p w14:paraId="3A645B70" w14:textId="77777777" w:rsidR="000B7060" w:rsidRPr="000B7060" w:rsidRDefault="000B7060" w:rsidP="000B7060">
      <w:pPr>
        <w:numPr>
          <w:ilvl w:val="0"/>
          <w:numId w:val="40"/>
        </w:numPr>
        <w:rPr>
          <w:szCs w:val="24"/>
          <w:lang w:val="sk-SK"/>
        </w:rPr>
      </w:pPr>
      <w:r w:rsidRPr="000B7060">
        <w:rPr>
          <w:szCs w:val="24"/>
          <w:lang w:val="sk-SK"/>
        </w:rPr>
        <w:t>s uvedením prideleného variabilného symbolu.</w:t>
      </w:r>
    </w:p>
    <w:p w14:paraId="3714B9D8" w14:textId="77777777" w:rsidR="000B7060" w:rsidRPr="000B7060" w:rsidRDefault="000B7060" w:rsidP="000B7060">
      <w:pPr>
        <w:rPr>
          <w:szCs w:val="24"/>
          <w:lang w:val="sk-SK"/>
        </w:rPr>
      </w:pPr>
      <w:r w:rsidRPr="000B7060">
        <w:rPr>
          <w:szCs w:val="24"/>
          <w:lang w:val="sk-SK"/>
        </w:rPr>
        <w:t>Platobné údaje, výšku príspevku, variabilný symbol a spôsob úhrady poskytne materská škola zákonnému zástupcovi na začiatku školského roka alebo pri nástupe dieťaťa do materskej školy. Zákonný zástupca je povinný zabezpečiť správne a včasné uhrádzanie príspevku podľa doručených pokynov.</w:t>
      </w:r>
    </w:p>
    <w:p w14:paraId="312A6B5C" w14:textId="77777777" w:rsidR="000B7060" w:rsidRPr="000B7060" w:rsidRDefault="000B7060" w:rsidP="000B7060">
      <w:pPr>
        <w:rPr>
          <w:b/>
          <w:bCs/>
          <w:szCs w:val="24"/>
          <w:lang w:val="sk-SK"/>
        </w:rPr>
      </w:pPr>
      <w:r w:rsidRPr="000B7060">
        <w:rPr>
          <w:b/>
          <w:bCs/>
          <w:szCs w:val="24"/>
          <w:lang w:val="sk-SK"/>
        </w:rPr>
        <w:t>Prípady, keď sa príspevok neuhrádza</w:t>
      </w:r>
    </w:p>
    <w:p w14:paraId="436584BC" w14:textId="77777777" w:rsidR="000B7060" w:rsidRPr="000B7060" w:rsidRDefault="000B7060" w:rsidP="000B7060">
      <w:pPr>
        <w:rPr>
          <w:szCs w:val="24"/>
          <w:lang w:val="sk-SK"/>
        </w:rPr>
      </w:pPr>
      <w:r w:rsidRPr="000B7060">
        <w:rPr>
          <w:szCs w:val="24"/>
          <w:lang w:val="sk-SK"/>
        </w:rPr>
        <w:t>Príspevok za pobyt dieťaťa v materskej škole sa neuhrádza najmä za dieťa:</w:t>
      </w:r>
    </w:p>
    <w:p w14:paraId="28A1F1BF" w14:textId="77777777" w:rsidR="000B7060" w:rsidRPr="000B7060" w:rsidRDefault="000B7060" w:rsidP="000B7060">
      <w:pPr>
        <w:numPr>
          <w:ilvl w:val="0"/>
          <w:numId w:val="41"/>
        </w:numPr>
        <w:rPr>
          <w:szCs w:val="24"/>
          <w:lang w:val="sk-SK"/>
        </w:rPr>
      </w:pPr>
      <w:r w:rsidRPr="000B7060">
        <w:rPr>
          <w:szCs w:val="24"/>
          <w:lang w:val="sk-SK"/>
        </w:rPr>
        <w:t>pre ktoré je predprimárne vzdelávanie povinné,</w:t>
      </w:r>
    </w:p>
    <w:p w14:paraId="67C3F0DE" w14:textId="77777777" w:rsidR="000B7060" w:rsidRPr="000B7060" w:rsidRDefault="000B7060" w:rsidP="000B7060">
      <w:pPr>
        <w:numPr>
          <w:ilvl w:val="0"/>
          <w:numId w:val="41"/>
        </w:numPr>
        <w:rPr>
          <w:szCs w:val="24"/>
          <w:lang w:val="sk-SK"/>
        </w:rPr>
      </w:pPr>
      <w:r w:rsidRPr="000B7060">
        <w:rPr>
          <w:szCs w:val="24"/>
          <w:lang w:val="sk-SK"/>
        </w:rPr>
        <w:t>ktorého zákonný zástupca predloží doklad o tom, že je členom domácnosti, ktorej sa poskytuje pomoc v hmotnej núdzi,</w:t>
      </w:r>
    </w:p>
    <w:p w14:paraId="62FC7599" w14:textId="77777777" w:rsidR="000B7060" w:rsidRPr="000B7060" w:rsidRDefault="000B7060" w:rsidP="000B7060">
      <w:pPr>
        <w:numPr>
          <w:ilvl w:val="0"/>
          <w:numId w:val="41"/>
        </w:numPr>
        <w:rPr>
          <w:szCs w:val="24"/>
          <w:lang w:val="sk-SK"/>
        </w:rPr>
      </w:pPr>
      <w:r w:rsidRPr="000B7060">
        <w:rPr>
          <w:szCs w:val="24"/>
          <w:lang w:val="sk-SK"/>
        </w:rPr>
        <w:t>ktoré je umiestnené v zariadení na základe rozhodnutia súdu,</w:t>
      </w:r>
    </w:p>
    <w:p w14:paraId="0A385F94" w14:textId="77777777" w:rsidR="000B7060" w:rsidRPr="000B7060" w:rsidRDefault="000B7060" w:rsidP="000B7060">
      <w:pPr>
        <w:numPr>
          <w:ilvl w:val="0"/>
          <w:numId w:val="41"/>
        </w:numPr>
        <w:rPr>
          <w:szCs w:val="24"/>
          <w:lang w:val="sk-SK"/>
        </w:rPr>
      </w:pPr>
      <w:r w:rsidRPr="000B7060">
        <w:rPr>
          <w:szCs w:val="24"/>
          <w:lang w:val="sk-SK"/>
        </w:rPr>
        <w:t>v ďalších prípadoch ustanovených školským zákonom alebo všeobecne záväzným nariadením zriaďovateľa.</w:t>
      </w:r>
    </w:p>
    <w:p w14:paraId="2FB760F2" w14:textId="77777777" w:rsidR="000B7060" w:rsidRPr="000B7060" w:rsidRDefault="000B7060" w:rsidP="000B7060">
      <w:pPr>
        <w:rPr>
          <w:szCs w:val="24"/>
          <w:lang w:val="sk-SK"/>
        </w:rPr>
      </w:pPr>
      <w:r w:rsidRPr="000B7060">
        <w:rPr>
          <w:szCs w:val="24"/>
          <w:lang w:val="sk-SK"/>
        </w:rPr>
        <w:t>Doklady potrebné na uplatnenie oslobodenia od úhrady príspevku predkladá zákonný zástupca riaditeľke materskej školy v termíne a spôsobom určeným materskou školou alebo zriaďovateľom.</w:t>
      </w:r>
    </w:p>
    <w:p w14:paraId="290EF5E3" w14:textId="77777777" w:rsidR="000B7060" w:rsidRPr="000B7060" w:rsidRDefault="000B7060" w:rsidP="000B7060">
      <w:pPr>
        <w:rPr>
          <w:b/>
          <w:bCs/>
          <w:szCs w:val="24"/>
          <w:lang w:val="sk-SK"/>
        </w:rPr>
      </w:pPr>
      <w:r w:rsidRPr="000B7060">
        <w:rPr>
          <w:b/>
          <w:bCs/>
          <w:szCs w:val="24"/>
          <w:lang w:val="sk-SK"/>
        </w:rPr>
        <w:t>Zníženie, odpustenie alebo vrátenie príspevku</w:t>
      </w:r>
    </w:p>
    <w:p w14:paraId="3DFBD45D" w14:textId="77777777" w:rsidR="000B7060" w:rsidRPr="000B7060" w:rsidRDefault="000B7060" w:rsidP="000B7060">
      <w:pPr>
        <w:rPr>
          <w:szCs w:val="24"/>
          <w:lang w:val="sk-SK"/>
        </w:rPr>
      </w:pPr>
      <w:r w:rsidRPr="000B7060">
        <w:rPr>
          <w:szCs w:val="24"/>
          <w:lang w:val="sk-SK"/>
        </w:rPr>
        <w:t>Zníženie, odpustenie alebo vrátenie príspevku sa posudzuje podľa podmienok ustanovených všeobecne záväzným nariadením Mesta Trenčín.</w:t>
      </w:r>
    </w:p>
    <w:p w14:paraId="010ED7E5" w14:textId="77777777" w:rsidR="000B7060" w:rsidRPr="000B7060" w:rsidRDefault="000B7060" w:rsidP="000B7060">
      <w:pPr>
        <w:rPr>
          <w:szCs w:val="24"/>
          <w:lang w:val="sk-SK"/>
        </w:rPr>
      </w:pPr>
      <w:r w:rsidRPr="000B7060">
        <w:rPr>
          <w:szCs w:val="24"/>
          <w:lang w:val="sk-SK"/>
        </w:rPr>
        <w:t>Príspevok sa spravidla neuhrádza alebo sa jeho pomerná časť môže vrátiť, ak:</w:t>
      </w:r>
    </w:p>
    <w:p w14:paraId="317D1315" w14:textId="77777777" w:rsidR="000B7060" w:rsidRPr="000B7060" w:rsidRDefault="000B7060" w:rsidP="000B7060">
      <w:pPr>
        <w:numPr>
          <w:ilvl w:val="0"/>
          <w:numId w:val="42"/>
        </w:numPr>
        <w:rPr>
          <w:szCs w:val="24"/>
          <w:lang w:val="sk-SK"/>
        </w:rPr>
      </w:pPr>
      <w:r w:rsidRPr="000B7060">
        <w:rPr>
          <w:szCs w:val="24"/>
          <w:lang w:val="sk-SK"/>
        </w:rPr>
        <w:t>dieťa neprichádzalo do materskej školy viac ako 30 po sebe nasledujúcich kalendárnych dní z dôvodu choroby alebo iných závažných rodinných dôvodov,</w:t>
      </w:r>
    </w:p>
    <w:p w14:paraId="2651CA86" w14:textId="77777777" w:rsidR="000B7060" w:rsidRPr="000B7060" w:rsidRDefault="000B7060" w:rsidP="000B7060">
      <w:pPr>
        <w:numPr>
          <w:ilvl w:val="0"/>
          <w:numId w:val="42"/>
        </w:numPr>
        <w:rPr>
          <w:szCs w:val="24"/>
          <w:lang w:val="sk-SK"/>
        </w:rPr>
      </w:pPr>
      <w:r w:rsidRPr="000B7060">
        <w:rPr>
          <w:szCs w:val="24"/>
          <w:lang w:val="sk-SK"/>
        </w:rPr>
        <w:t>bola prevádzka materskej školy prerušená alebo obmedzená rozhodnutím zriaďovateľa,</w:t>
      </w:r>
    </w:p>
    <w:p w14:paraId="2AD33702" w14:textId="77777777" w:rsidR="000B7060" w:rsidRPr="000B7060" w:rsidRDefault="000B7060" w:rsidP="000B7060">
      <w:pPr>
        <w:numPr>
          <w:ilvl w:val="0"/>
          <w:numId w:val="42"/>
        </w:numPr>
        <w:rPr>
          <w:szCs w:val="24"/>
          <w:lang w:val="sk-SK"/>
        </w:rPr>
      </w:pPr>
      <w:r w:rsidRPr="000B7060">
        <w:rPr>
          <w:szCs w:val="24"/>
          <w:lang w:val="sk-SK"/>
        </w:rPr>
        <w:t>materská škola nemohla zabezpečovať prevádzku z iných závažných dôvodov,</w:t>
      </w:r>
    </w:p>
    <w:p w14:paraId="03F20C07" w14:textId="77777777" w:rsidR="000B7060" w:rsidRPr="000B7060" w:rsidRDefault="000B7060" w:rsidP="000B7060">
      <w:pPr>
        <w:numPr>
          <w:ilvl w:val="0"/>
          <w:numId w:val="42"/>
        </w:numPr>
        <w:rPr>
          <w:szCs w:val="24"/>
          <w:lang w:val="sk-SK"/>
        </w:rPr>
      </w:pPr>
      <w:r w:rsidRPr="000B7060">
        <w:rPr>
          <w:szCs w:val="24"/>
          <w:lang w:val="sk-SK"/>
        </w:rPr>
        <w:t>tak ustanovuje všeobecne záväzné nariadenie zriaďovateľa.</w:t>
      </w:r>
    </w:p>
    <w:p w14:paraId="77C41E87" w14:textId="77777777" w:rsidR="000B7060" w:rsidRPr="000B7060" w:rsidRDefault="000B7060" w:rsidP="000B7060">
      <w:pPr>
        <w:rPr>
          <w:szCs w:val="24"/>
          <w:lang w:val="sk-SK"/>
        </w:rPr>
      </w:pPr>
      <w:r w:rsidRPr="000B7060">
        <w:rPr>
          <w:szCs w:val="24"/>
          <w:lang w:val="sk-SK"/>
        </w:rPr>
        <w:lastRenderedPageBreak/>
        <w:t>Zákonný zástupca uplatňuje zníženie, odpustenie alebo vrátenie príspevku písomnou žiadosťou. K žiadosti priloží doklady preukazujúce dôvod jej podania. Ak je dôvodom neprítomnosti dieťaťa choroba trvajúca viac ako 30 po sebe nasledujúcich kalendárnych dní, zákonný zástupca predloží potvrdenie od ošetrujúceho lekára.</w:t>
      </w:r>
    </w:p>
    <w:p w14:paraId="39D40928" w14:textId="77777777" w:rsidR="000B7060" w:rsidRPr="000B7060" w:rsidRDefault="000B7060" w:rsidP="000B7060">
      <w:pPr>
        <w:rPr>
          <w:szCs w:val="24"/>
          <w:lang w:val="sk-SK"/>
        </w:rPr>
      </w:pPr>
      <w:r w:rsidRPr="000B7060">
        <w:rPr>
          <w:szCs w:val="24"/>
          <w:lang w:val="sk-SK"/>
        </w:rPr>
        <w:t>Riaditeľka materskej školy po preverení podkladov postúpi žiadosť zriaďovateľovi alebo postupuje podľa pravidiel určených zriaďovateľom.</w:t>
      </w:r>
    </w:p>
    <w:p w14:paraId="1670192D" w14:textId="77777777" w:rsidR="000B7060" w:rsidRPr="000B7060" w:rsidRDefault="000B7060" w:rsidP="000B7060">
      <w:pPr>
        <w:rPr>
          <w:b/>
          <w:bCs/>
          <w:szCs w:val="24"/>
          <w:lang w:val="sk-SK"/>
        </w:rPr>
      </w:pPr>
      <w:r w:rsidRPr="000B7060">
        <w:rPr>
          <w:b/>
          <w:bCs/>
          <w:szCs w:val="24"/>
          <w:lang w:val="sk-SK"/>
        </w:rPr>
        <w:t>Úhrada školského stravovania</w:t>
      </w:r>
    </w:p>
    <w:p w14:paraId="65829E6D" w14:textId="77777777" w:rsidR="000B7060" w:rsidRPr="000B7060" w:rsidRDefault="000B7060" w:rsidP="000B7060">
      <w:pPr>
        <w:rPr>
          <w:szCs w:val="24"/>
          <w:lang w:val="sk-SK"/>
        </w:rPr>
      </w:pPr>
      <w:r w:rsidRPr="000B7060">
        <w:rPr>
          <w:szCs w:val="24"/>
          <w:lang w:val="sk-SK"/>
        </w:rPr>
        <w:t>Školská jedáleň poskytuje deťom stravovanie v súlade s odporúčanými výživovými dávkami, materiálno-spotrebnými normami a receptúrami pre školské stravovanie. Stravovanie sa zabezpečuje za čiastočnú úhradu nákladov, ktorú uhrádza zákonný zástupca dieťaťa.</w:t>
      </w:r>
    </w:p>
    <w:p w14:paraId="5F049596" w14:textId="77777777" w:rsidR="000B7060" w:rsidRPr="000B7060" w:rsidRDefault="000B7060" w:rsidP="000B7060">
      <w:pPr>
        <w:rPr>
          <w:szCs w:val="24"/>
          <w:lang w:val="sk-SK"/>
        </w:rPr>
      </w:pPr>
      <w:r w:rsidRPr="000B7060">
        <w:rPr>
          <w:szCs w:val="24"/>
          <w:lang w:val="sk-SK"/>
        </w:rPr>
        <w:t>Výšku príspevku na stravovanie, prípadný príspevok na režijné náklady a podmienky úhrady určuje zriaďovateľ všeobecne záväzným nariadením.</w:t>
      </w:r>
    </w:p>
    <w:p w14:paraId="30E7C9E3" w14:textId="01B16092" w:rsidR="00EB4175" w:rsidRPr="00F74900" w:rsidRDefault="000B7060" w:rsidP="000B7060">
      <w:pPr>
        <w:rPr>
          <w:szCs w:val="24"/>
          <w:lang w:val="sk-SK"/>
        </w:rPr>
      </w:pPr>
      <w:r w:rsidRPr="000B7060">
        <w:rPr>
          <w:szCs w:val="24"/>
          <w:lang w:val="sk-SK"/>
        </w:rPr>
        <w:t>Dieťa sa prijíma na stravovanie na základe zápisného lístka stravníka, ktorý zákonný zástupca predkladá vedúcej školskej jedálne. Zákonný zástupca je povinný uhrádzať stravné riadne, včas a podľa pokynov vedúcej školskej jedálne.</w:t>
      </w:r>
    </w:p>
    <w:p w14:paraId="5DDE6597" w14:textId="06DEEAF1" w:rsidR="000B7060" w:rsidRPr="000B7060" w:rsidRDefault="000B7060" w:rsidP="000B7060">
      <w:pPr>
        <w:rPr>
          <w:b/>
          <w:bCs/>
          <w:szCs w:val="24"/>
          <w:lang w:val="sk-SK"/>
        </w:rPr>
      </w:pPr>
      <w:r w:rsidRPr="000B7060">
        <w:rPr>
          <w:b/>
          <w:bCs/>
          <w:szCs w:val="24"/>
          <w:lang w:val="sk-SK"/>
        </w:rPr>
        <w:t>Informovanie zákonných zástupcov</w:t>
      </w:r>
    </w:p>
    <w:p w14:paraId="37EC4732" w14:textId="77777777" w:rsidR="000B7060" w:rsidRPr="000B7060" w:rsidRDefault="000B7060" w:rsidP="000B7060">
      <w:pPr>
        <w:rPr>
          <w:szCs w:val="24"/>
          <w:lang w:val="sk-SK"/>
        </w:rPr>
      </w:pPr>
      <w:r w:rsidRPr="000B7060">
        <w:rPr>
          <w:szCs w:val="24"/>
          <w:lang w:val="sk-SK"/>
        </w:rPr>
        <w:t>Informácie o výške príspevku za pobyt dieťaťa v materskej škole, spôsobe úhrady a prípadných zmenách poskytuje zákonným zástupcom riaditeľka materskej školy.</w:t>
      </w:r>
    </w:p>
    <w:p w14:paraId="7E740DDF" w14:textId="77777777" w:rsidR="000B7060" w:rsidRPr="000B7060" w:rsidRDefault="000B7060" w:rsidP="000B7060">
      <w:pPr>
        <w:rPr>
          <w:szCs w:val="24"/>
          <w:lang w:val="sk-SK"/>
        </w:rPr>
      </w:pPr>
      <w:r w:rsidRPr="000B7060">
        <w:rPr>
          <w:szCs w:val="24"/>
          <w:lang w:val="sk-SK"/>
        </w:rPr>
        <w:t>Informácie o výške stravného, režijných nákladoch, podmienkach úhrady, odhlasovaní zo stravy a prípadných preplatkoch alebo nedoplatkoch poskytuje vedúca školskej jedálne.</w:t>
      </w:r>
    </w:p>
    <w:p w14:paraId="45451381" w14:textId="77777777" w:rsidR="000B7060" w:rsidRPr="000B7060" w:rsidRDefault="000B7060" w:rsidP="000B7060">
      <w:pPr>
        <w:rPr>
          <w:b/>
          <w:bCs/>
          <w:szCs w:val="24"/>
          <w:lang w:val="sk-SK"/>
        </w:rPr>
      </w:pPr>
      <w:r w:rsidRPr="000B7060">
        <w:rPr>
          <w:b/>
          <w:bCs/>
          <w:szCs w:val="24"/>
          <w:lang w:val="sk-SK"/>
        </w:rPr>
        <w:t>Nedoplatky a preplatky</w:t>
      </w:r>
    </w:p>
    <w:p w14:paraId="060A207F" w14:textId="77777777" w:rsidR="000B7060" w:rsidRPr="000B7060" w:rsidRDefault="000B7060" w:rsidP="000B7060">
      <w:pPr>
        <w:rPr>
          <w:szCs w:val="24"/>
          <w:lang w:val="sk-SK"/>
        </w:rPr>
      </w:pPr>
      <w:r w:rsidRPr="000B7060">
        <w:rPr>
          <w:szCs w:val="24"/>
          <w:lang w:val="sk-SK"/>
        </w:rPr>
        <w:t>Ak zákonný zástupca neuhradí príspevok alebo stravné v určenom termíne, materská škola alebo školská jedáleň ho na túto skutočnosť upozorní. Ak nedoplatok nebude uhradený ani po upozornení, ďalší postup sa rieši v súčinnosti so zriaďovateľom.</w:t>
      </w:r>
    </w:p>
    <w:p w14:paraId="4D8D5970" w14:textId="77777777" w:rsidR="003E731E" w:rsidRDefault="000B7060" w:rsidP="00FC18E1">
      <w:pPr>
        <w:rPr>
          <w:szCs w:val="24"/>
          <w:lang w:val="sk-SK"/>
        </w:rPr>
      </w:pPr>
      <w:r w:rsidRPr="000B7060">
        <w:rPr>
          <w:szCs w:val="24"/>
          <w:lang w:val="sk-SK"/>
        </w:rPr>
        <w:t>Preplatky na príspevkoch alebo stravnom sa vracajú zákonnému zástupcovi bezhotovostne podľa pravidiel určených materskou školou, školskou jedálňou alebo zriaďovateľom.</w:t>
      </w:r>
    </w:p>
    <w:p w14:paraId="42AD0B75" w14:textId="77777777" w:rsidR="00392562" w:rsidRPr="00392562" w:rsidRDefault="00392562" w:rsidP="00392562">
      <w:pPr>
        <w:rPr>
          <w:b/>
          <w:bCs/>
          <w:szCs w:val="24"/>
          <w:lang w:val="sk-SK"/>
        </w:rPr>
      </w:pPr>
      <w:r w:rsidRPr="00392562">
        <w:rPr>
          <w:b/>
          <w:bCs/>
          <w:szCs w:val="24"/>
          <w:lang w:val="sk-SK"/>
        </w:rPr>
        <w:t>Prerušenie dochádzky dieťaťa do materskej školy</w:t>
      </w:r>
    </w:p>
    <w:p w14:paraId="039D6551" w14:textId="77777777" w:rsidR="00392562" w:rsidRPr="00392562" w:rsidRDefault="00392562" w:rsidP="00392562">
      <w:pPr>
        <w:rPr>
          <w:szCs w:val="24"/>
          <w:lang w:val="sk-SK"/>
        </w:rPr>
      </w:pPr>
      <w:r w:rsidRPr="00392562">
        <w:rPr>
          <w:szCs w:val="24"/>
          <w:lang w:val="sk-SK"/>
        </w:rPr>
        <w:t>Dochádzku dieťaťa do materskej školy možno prerušiť, ak nejde o dieťa plniace povinné predprimárne vzdelávanie.</w:t>
      </w:r>
    </w:p>
    <w:p w14:paraId="484497C9" w14:textId="77777777" w:rsidR="00392562" w:rsidRPr="00392562" w:rsidRDefault="00392562" w:rsidP="00392562">
      <w:pPr>
        <w:rPr>
          <w:szCs w:val="24"/>
          <w:lang w:val="sk-SK"/>
        </w:rPr>
      </w:pPr>
      <w:r w:rsidRPr="00392562">
        <w:rPr>
          <w:szCs w:val="24"/>
          <w:lang w:val="sk-SK"/>
        </w:rPr>
        <w:t>O prerušení dochádzky rozhoduje riaditeľka materskej školy:</w:t>
      </w:r>
    </w:p>
    <w:p w14:paraId="0A7FDF2D" w14:textId="77777777" w:rsidR="00392562" w:rsidRPr="00392562" w:rsidRDefault="00392562" w:rsidP="00392562">
      <w:pPr>
        <w:numPr>
          <w:ilvl w:val="0"/>
          <w:numId w:val="43"/>
        </w:numPr>
        <w:rPr>
          <w:szCs w:val="24"/>
          <w:lang w:val="sk-SK"/>
        </w:rPr>
      </w:pPr>
      <w:r w:rsidRPr="00392562">
        <w:rPr>
          <w:szCs w:val="24"/>
          <w:lang w:val="sk-SK"/>
        </w:rPr>
        <w:t>na základe písomnej žiadosti zákonného zástupcu,</w:t>
      </w:r>
    </w:p>
    <w:p w14:paraId="66A17D10" w14:textId="77777777" w:rsidR="00392562" w:rsidRPr="00392562" w:rsidRDefault="00392562" w:rsidP="00392562">
      <w:pPr>
        <w:numPr>
          <w:ilvl w:val="0"/>
          <w:numId w:val="43"/>
        </w:numPr>
        <w:rPr>
          <w:szCs w:val="24"/>
          <w:lang w:val="sk-SK"/>
        </w:rPr>
      </w:pPr>
      <w:r w:rsidRPr="00392562">
        <w:rPr>
          <w:szCs w:val="24"/>
          <w:lang w:val="sk-SK"/>
        </w:rPr>
        <w:lastRenderedPageBreak/>
        <w:t>alebo z podnetu materskej školy, ak na to existujú závažné dôvody.</w:t>
      </w:r>
    </w:p>
    <w:p w14:paraId="5C47C619" w14:textId="77777777" w:rsidR="00392562" w:rsidRPr="00392562" w:rsidRDefault="00392562" w:rsidP="00392562">
      <w:pPr>
        <w:rPr>
          <w:b/>
          <w:bCs/>
          <w:szCs w:val="24"/>
          <w:lang w:val="sk-SK"/>
        </w:rPr>
      </w:pPr>
      <w:r w:rsidRPr="00392562">
        <w:rPr>
          <w:b/>
          <w:bCs/>
          <w:szCs w:val="24"/>
          <w:lang w:val="sk-SK"/>
        </w:rPr>
        <w:t>Prerušenie dochádzky na základe žiadosti zákonného zástupcu</w:t>
      </w:r>
    </w:p>
    <w:p w14:paraId="48878D84" w14:textId="77777777" w:rsidR="00392562" w:rsidRPr="00392562" w:rsidRDefault="00392562" w:rsidP="00392562">
      <w:pPr>
        <w:rPr>
          <w:szCs w:val="24"/>
          <w:lang w:val="sk-SK"/>
        </w:rPr>
      </w:pPr>
      <w:r w:rsidRPr="00392562">
        <w:rPr>
          <w:szCs w:val="24"/>
          <w:lang w:val="sk-SK"/>
        </w:rPr>
        <w:t>Zákonný zástupca môže požiadať o prerušenie dochádzky dieťaťa najmä z týchto dôvodov:</w:t>
      </w:r>
    </w:p>
    <w:p w14:paraId="134CD207" w14:textId="77777777" w:rsidR="00392562" w:rsidRPr="00392562" w:rsidRDefault="00392562" w:rsidP="00392562">
      <w:pPr>
        <w:numPr>
          <w:ilvl w:val="0"/>
          <w:numId w:val="44"/>
        </w:numPr>
        <w:rPr>
          <w:szCs w:val="24"/>
          <w:lang w:val="sk-SK"/>
        </w:rPr>
      </w:pPr>
      <w:r w:rsidRPr="00392562">
        <w:rPr>
          <w:szCs w:val="24"/>
          <w:lang w:val="sk-SK"/>
        </w:rPr>
        <w:t>zdravotné dôvody,</w:t>
      </w:r>
    </w:p>
    <w:p w14:paraId="05221E8E" w14:textId="77777777" w:rsidR="00392562" w:rsidRPr="00392562" w:rsidRDefault="00392562" w:rsidP="00392562">
      <w:pPr>
        <w:numPr>
          <w:ilvl w:val="0"/>
          <w:numId w:val="44"/>
        </w:numPr>
        <w:rPr>
          <w:szCs w:val="24"/>
          <w:lang w:val="sk-SK"/>
        </w:rPr>
      </w:pPr>
      <w:r w:rsidRPr="00392562">
        <w:rPr>
          <w:szCs w:val="24"/>
          <w:lang w:val="sk-SK"/>
        </w:rPr>
        <w:t>znížená adaptačná schopnosť dieťaťa,</w:t>
      </w:r>
    </w:p>
    <w:p w14:paraId="08FAD00F" w14:textId="77777777" w:rsidR="00392562" w:rsidRPr="00392562" w:rsidRDefault="00392562" w:rsidP="00392562">
      <w:pPr>
        <w:numPr>
          <w:ilvl w:val="0"/>
          <w:numId w:val="44"/>
        </w:numPr>
        <w:rPr>
          <w:szCs w:val="24"/>
          <w:lang w:val="sk-SK"/>
        </w:rPr>
      </w:pPr>
      <w:r w:rsidRPr="00392562">
        <w:rPr>
          <w:szCs w:val="24"/>
          <w:lang w:val="sk-SK"/>
        </w:rPr>
        <w:t>rodinné dôvody,</w:t>
      </w:r>
    </w:p>
    <w:p w14:paraId="190C71D8" w14:textId="77777777" w:rsidR="00392562" w:rsidRPr="00392562" w:rsidRDefault="00392562" w:rsidP="00392562">
      <w:pPr>
        <w:numPr>
          <w:ilvl w:val="0"/>
          <w:numId w:val="44"/>
        </w:numPr>
        <w:rPr>
          <w:szCs w:val="24"/>
          <w:lang w:val="sk-SK"/>
        </w:rPr>
      </w:pPr>
      <w:r w:rsidRPr="00392562">
        <w:rPr>
          <w:szCs w:val="24"/>
          <w:lang w:val="sk-SK"/>
        </w:rPr>
        <w:t>dlhodobejší pobyt mimo miesta bydliska,</w:t>
      </w:r>
    </w:p>
    <w:p w14:paraId="0D782D42" w14:textId="77777777" w:rsidR="00392562" w:rsidRPr="00392562" w:rsidRDefault="00392562" w:rsidP="00392562">
      <w:pPr>
        <w:numPr>
          <w:ilvl w:val="0"/>
          <w:numId w:val="44"/>
        </w:numPr>
        <w:rPr>
          <w:szCs w:val="24"/>
          <w:lang w:val="sk-SK"/>
        </w:rPr>
      </w:pPr>
      <w:r w:rsidRPr="00392562">
        <w:rPr>
          <w:szCs w:val="24"/>
          <w:lang w:val="sk-SK"/>
        </w:rPr>
        <w:t>iné vážne dôvody na strane zákonného zástupcu alebo dieťaťa.</w:t>
      </w:r>
    </w:p>
    <w:p w14:paraId="566D02E2" w14:textId="77777777" w:rsidR="00392562" w:rsidRPr="00392562" w:rsidRDefault="00392562" w:rsidP="00392562">
      <w:pPr>
        <w:rPr>
          <w:szCs w:val="24"/>
          <w:lang w:val="sk-SK"/>
        </w:rPr>
      </w:pPr>
      <w:r w:rsidRPr="00392562">
        <w:rPr>
          <w:szCs w:val="24"/>
          <w:lang w:val="sk-SK"/>
        </w:rPr>
        <w:t>Žiadosť o prerušenie dochádzky podáva zákonný zástupca písomne riaditeľke materskej školy. V žiadosti uvedie dôvod prerušenia dochádzky a obdobie, na ktoré žiada dochádzku prerušiť.</w:t>
      </w:r>
    </w:p>
    <w:p w14:paraId="6A4FF1B5" w14:textId="0CD26708" w:rsidR="00EB4175" w:rsidRPr="00F74900" w:rsidRDefault="00392562" w:rsidP="00392562">
      <w:pPr>
        <w:rPr>
          <w:szCs w:val="24"/>
          <w:lang w:val="sk-SK"/>
        </w:rPr>
      </w:pPr>
      <w:r w:rsidRPr="00392562">
        <w:rPr>
          <w:szCs w:val="24"/>
          <w:lang w:val="sk-SK"/>
        </w:rPr>
        <w:t>Riaditeľka materskej školy po posúdení žiadosti vydá rozhodnutie o prerušení dochádzky dieťaťa do materskej školy na určený čas.</w:t>
      </w:r>
    </w:p>
    <w:p w14:paraId="4118BD0E" w14:textId="4738D4FE" w:rsidR="00392562" w:rsidRPr="00392562" w:rsidRDefault="00392562" w:rsidP="00392562">
      <w:pPr>
        <w:rPr>
          <w:b/>
          <w:bCs/>
          <w:szCs w:val="24"/>
          <w:lang w:val="sk-SK"/>
        </w:rPr>
      </w:pPr>
      <w:r w:rsidRPr="00392562">
        <w:rPr>
          <w:b/>
          <w:bCs/>
          <w:szCs w:val="24"/>
          <w:lang w:val="sk-SK"/>
        </w:rPr>
        <w:t>Prerušenie dochádzky z podnetu materskej školy</w:t>
      </w:r>
    </w:p>
    <w:p w14:paraId="6D199FBE" w14:textId="77777777" w:rsidR="00392562" w:rsidRPr="00392562" w:rsidRDefault="00392562" w:rsidP="00392562">
      <w:pPr>
        <w:rPr>
          <w:szCs w:val="24"/>
          <w:lang w:val="sk-SK"/>
        </w:rPr>
      </w:pPr>
      <w:r w:rsidRPr="00392562">
        <w:rPr>
          <w:szCs w:val="24"/>
          <w:lang w:val="sk-SK"/>
        </w:rPr>
        <w:t>Materská škola môže začať konanie o prerušení dochádzky dieťaťa aj z vlastného podnetu, ak nastanú okolnosti, ktoré si vyžadujú dočasné prerušenie dochádzky dieťaťa.</w:t>
      </w:r>
    </w:p>
    <w:p w14:paraId="0B123E2D" w14:textId="77777777" w:rsidR="00392562" w:rsidRPr="00392562" w:rsidRDefault="00392562" w:rsidP="00392562">
      <w:pPr>
        <w:rPr>
          <w:szCs w:val="24"/>
          <w:lang w:val="sk-SK"/>
        </w:rPr>
      </w:pPr>
      <w:r w:rsidRPr="00392562">
        <w:rPr>
          <w:szCs w:val="24"/>
          <w:lang w:val="sk-SK"/>
        </w:rPr>
        <w:t>Môže ísť najmä o situácie, keď je potrebné:</w:t>
      </w:r>
    </w:p>
    <w:p w14:paraId="55E80B74" w14:textId="77777777" w:rsidR="00392562" w:rsidRPr="00392562" w:rsidRDefault="00392562" w:rsidP="00392562">
      <w:pPr>
        <w:numPr>
          <w:ilvl w:val="0"/>
          <w:numId w:val="45"/>
        </w:numPr>
        <w:rPr>
          <w:szCs w:val="24"/>
          <w:lang w:val="sk-SK"/>
        </w:rPr>
      </w:pPr>
      <w:r w:rsidRPr="00392562">
        <w:rPr>
          <w:szCs w:val="24"/>
          <w:lang w:val="sk-SK"/>
        </w:rPr>
        <w:t>vytvoriť priestor na riešenie adaptačných ťažkostí dieťaťa,</w:t>
      </w:r>
    </w:p>
    <w:p w14:paraId="420C4971" w14:textId="77777777" w:rsidR="00392562" w:rsidRPr="00392562" w:rsidRDefault="00392562" w:rsidP="00392562">
      <w:pPr>
        <w:numPr>
          <w:ilvl w:val="0"/>
          <w:numId w:val="45"/>
        </w:numPr>
        <w:rPr>
          <w:szCs w:val="24"/>
          <w:lang w:val="sk-SK"/>
        </w:rPr>
      </w:pPr>
      <w:r w:rsidRPr="00392562">
        <w:rPr>
          <w:szCs w:val="24"/>
          <w:lang w:val="sk-SK"/>
        </w:rPr>
        <w:t>absolvovať odborné vyšetrenia,</w:t>
      </w:r>
    </w:p>
    <w:p w14:paraId="6C6A47E5" w14:textId="77777777" w:rsidR="00392562" w:rsidRPr="00392562" w:rsidRDefault="00392562" w:rsidP="00392562">
      <w:pPr>
        <w:numPr>
          <w:ilvl w:val="0"/>
          <w:numId w:val="45"/>
        </w:numPr>
        <w:rPr>
          <w:szCs w:val="24"/>
          <w:lang w:val="sk-SK"/>
        </w:rPr>
      </w:pPr>
      <w:r w:rsidRPr="00392562">
        <w:rPr>
          <w:szCs w:val="24"/>
          <w:lang w:val="sk-SK"/>
        </w:rPr>
        <w:t>doplniť diagnostiku alebo odporúčania poradenského zariadenia,</w:t>
      </w:r>
    </w:p>
    <w:p w14:paraId="4454FFD9" w14:textId="77777777" w:rsidR="00392562" w:rsidRPr="00392562" w:rsidRDefault="00392562" w:rsidP="00392562">
      <w:pPr>
        <w:numPr>
          <w:ilvl w:val="0"/>
          <w:numId w:val="45"/>
        </w:numPr>
        <w:rPr>
          <w:szCs w:val="24"/>
          <w:lang w:val="sk-SK"/>
        </w:rPr>
      </w:pPr>
      <w:r w:rsidRPr="00392562">
        <w:rPr>
          <w:szCs w:val="24"/>
          <w:lang w:val="sk-SK"/>
        </w:rPr>
        <w:t>upraviť podmienky vzdelávania dieťaťa,</w:t>
      </w:r>
    </w:p>
    <w:p w14:paraId="0BE7F1CA" w14:textId="77777777" w:rsidR="00392562" w:rsidRPr="00392562" w:rsidRDefault="00392562" w:rsidP="00392562">
      <w:pPr>
        <w:numPr>
          <w:ilvl w:val="0"/>
          <w:numId w:val="45"/>
        </w:numPr>
        <w:rPr>
          <w:szCs w:val="24"/>
          <w:lang w:val="sk-SK"/>
        </w:rPr>
      </w:pPr>
      <w:r w:rsidRPr="00392562">
        <w:rPr>
          <w:szCs w:val="24"/>
          <w:lang w:val="sk-SK"/>
        </w:rPr>
        <w:t>riešiť závažné okolnosti, ktoré ovplyvňujú bezpečný a primeraný pobyt dieťaťa v materskej škole.</w:t>
      </w:r>
    </w:p>
    <w:p w14:paraId="5C339092" w14:textId="77777777" w:rsidR="00392562" w:rsidRPr="00392562" w:rsidRDefault="00392562" w:rsidP="00392562">
      <w:pPr>
        <w:rPr>
          <w:szCs w:val="24"/>
          <w:lang w:val="sk-SK"/>
        </w:rPr>
      </w:pPr>
      <w:r w:rsidRPr="00392562">
        <w:rPr>
          <w:szCs w:val="24"/>
          <w:lang w:val="sk-SK"/>
        </w:rPr>
        <w:t>Pred vydaním rozhodnutia materská škola oboznámi zákonného zástupcu s dôvodmi prerušenia dochádzky a umožní mu vyjadriť sa k podkladom rozhodnutia.</w:t>
      </w:r>
    </w:p>
    <w:p w14:paraId="413E281A" w14:textId="77777777" w:rsidR="00392562" w:rsidRPr="00392562" w:rsidRDefault="00392562" w:rsidP="00392562">
      <w:pPr>
        <w:rPr>
          <w:szCs w:val="24"/>
          <w:lang w:val="sk-SK"/>
        </w:rPr>
      </w:pPr>
      <w:r w:rsidRPr="00392562">
        <w:rPr>
          <w:szCs w:val="24"/>
          <w:lang w:val="sk-SK"/>
        </w:rPr>
        <w:t>Rozhodnutie o prerušení dochádzky sa vydáva vždy na konkrétne určené obdobie.</w:t>
      </w:r>
    </w:p>
    <w:p w14:paraId="089538FA" w14:textId="77777777" w:rsidR="00392562" w:rsidRPr="00392562" w:rsidRDefault="00392562" w:rsidP="00392562">
      <w:pPr>
        <w:rPr>
          <w:b/>
          <w:bCs/>
          <w:szCs w:val="24"/>
          <w:lang w:val="sk-SK"/>
        </w:rPr>
      </w:pPr>
      <w:r w:rsidRPr="00392562">
        <w:rPr>
          <w:b/>
          <w:bCs/>
          <w:szCs w:val="24"/>
          <w:lang w:val="sk-SK"/>
        </w:rPr>
        <w:t>Návrat dieťaťa po prerušení dochádzky</w:t>
      </w:r>
    </w:p>
    <w:p w14:paraId="5FB785E4" w14:textId="77777777" w:rsidR="00392562" w:rsidRPr="00392562" w:rsidRDefault="00392562" w:rsidP="00392562">
      <w:pPr>
        <w:rPr>
          <w:szCs w:val="24"/>
          <w:lang w:val="sk-SK"/>
        </w:rPr>
      </w:pPr>
      <w:r w:rsidRPr="00392562">
        <w:rPr>
          <w:szCs w:val="24"/>
          <w:lang w:val="sk-SK"/>
        </w:rPr>
        <w:t>Zákonný zástupca je povinný najneskôr dva týždne pred uplynutím obdobia prerušenia dochádzky písomne oznámiť riaditeľke materskej školy, či dieťa bude po skončení prerušenia pokračovať v predprimárnom vzdelávaní v materskej škole.</w:t>
      </w:r>
    </w:p>
    <w:p w14:paraId="1E986913" w14:textId="77777777" w:rsidR="00392562" w:rsidRPr="00392562" w:rsidRDefault="00392562" w:rsidP="00392562">
      <w:pPr>
        <w:rPr>
          <w:szCs w:val="24"/>
          <w:lang w:val="sk-SK"/>
        </w:rPr>
      </w:pPr>
      <w:r w:rsidRPr="00392562">
        <w:rPr>
          <w:szCs w:val="24"/>
          <w:lang w:val="sk-SK"/>
        </w:rPr>
        <w:lastRenderedPageBreak/>
        <w:t>Ak zákonný zástupca v určenej lehote neoznámi pokračovanie dochádzky dieťaťa, materská škola ho vyzve na doplnenie stanoviska. Neoznámenie tejto skutočnosti môže sťažiť organizáciu prijímania detí a plánovanie kapacity materskej školy.</w:t>
      </w:r>
    </w:p>
    <w:p w14:paraId="5803D14C" w14:textId="77777777" w:rsidR="00392562" w:rsidRPr="00392562" w:rsidRDefault="00392562" w:rsidP="00392562">
      <w:pPr>
        <w:rPr>
          <w:b/>
          <w:bCs/>
          <w:szCs w:val="24"/>
          <w:lang w:val="sk-SK"/>
        </w:rPr>
      </w:pPr>
      <w:r w:rsidRPr="00392562">
        <w:rPr>
          <w:b/>
          <w:bCs/>
          <w:szCs w:val="24"/>
          <w:lang w:val="sk-SK"/>
        </w:rPr>
        <w:t>Prijatie iného dieťaťa počas prerušenia dochádzky</w:t>
      </w:r>
    </w:p>
    <w:p w14:paraId="258130D2" w14:textId="77777777" w:rsidR="00392562" w:rsidRPr="00392562" w:rsidRDefault="00392562" w:rsidP="00392562">
      <w:pPr>
        <w:rPr>
          <w:szCs w:val="24"/>
          <w:lang w:val="sk-SK"/>
        </w:rPr>
      </w:pPr>
      <w:r w:rsidRPr="00392562">
        <w:rPr>
          <w:szCs w:val="24"/>
          <w:lang w:val="sk-SK"/>
        </w:rPr>
        <w:t>Ak má dieťa prerušenú dochádzku do materskej školy na určený čas a kapacitné podmienky to umožňujú, materská škola môže na uvoľnené miesto prijať iné dieťa.</w:t>
      </w:r>
    </w:p>
    <w:p w14:paraId="683AA474" w14:textId="77777777" w:rsidR="00392562" w:rsidRPr="00392562" w:rsidRDefault="00392562" w:rsidP="00392562">
      <w:pPr>
        <w:rPr>
          <w:szCs w:val="24"/>
          <w:lang w:val="sk-SK"/>
        </w:rPr>
      </w:pPr>
      <w:r w:rsidRPr="00392562">
        <w:rPr>
          <w:szCs w:val="24"/>
          <w:lang w:val="sk-SK"/>
        </w:rPr>
        <w:t>Takéto dieťa sa prijíma len na určitý čas, najdlhšie do skončenia obdobia, na ktoré bola prerušená dochádzka pôvodne prijatého dieťaťa.</w:t>
      </w:r>
    </w:p>
    <w:p w14:paraId="2CC3F0E0" w14:textId="77777777" w:rsidR="00392562" w:rsidRPr="00392562" w:rsidRDefault="00392562" w:rsidP="00392562">
      <w:pPr>
        <w:rPr>
          <w:szCs w:val="24"/>
          <w:lang w:val="sk-SK"/>
        </w:rPr>
      </w:pPr>
      <w:r w:rsidRPr="00392562">
        <w:rPr>
          <w:szCs w:val="24"/>
          <w:lang w:val="sk-SK"/>
        </w:rPr>
        <w:t>V rozhodnutí o prijatí dieťaťa na určitý čas sa uvedie presné obdobie, počas ktorého môže dieťa materskú školu navštevovať.</w:t>
      </w:r>
    </w:p>
    <w:p w14:paraId="73FC8914" w14:textId="77777777" w:rsidR="00392562" w:rsidRPr="00392562" w:rsidRDefault="00392562" w:rsidP="00392562">
      <w:pPr>
        <w:rPr>
          <w:b/>
          <w:bCs/>
          <w:szCs w:val="24"/>
          <w:lang w:val="sk-SK"/>
        </w:rPr>
      </w:pPr>
      <w:r w:rsidRPr="00392562">
        <w:rPr>
          <w:b/>
          <w:bCs/>
          <w:szCs w:val="24"/>
          <w:lang w:val="sk-SK"/>
        </w:rPr>
        <w:t>Pokračovanie dochádzky dieťaťa prijatého na určitý čas</w:t>
      </w:r>
    </w:p>
    <w:p w14:paraId="3A23BDF3" w14:textId="77777777" w:rsidR="00392562" w:rsidRPr="00392562" w:rsidRDefault="00392562" w:rsidP="00392562">
      <w:pPr>
        <w:rPr>
          <w:szCs w:val="24"/>
          <w:lang w:val="sk-SK"/>
        </w:rPr>
      </w:pPr>
      <w:r w:rsidRPr="00392562">
        <w:rPr>
          <w:szCs w:val="24"/>
          <w:lang w:val="sk-SK"/>
        </w:rPr>
        <w:t>Ak zákonný zástupca dieťaťa prijatého na určitý čas počas prerušenia dochádzky iného dieťaťa má záujem, aby jeho dieťa pokračovalo v dochádzke do materskej školy aj po uplynutí určenej doby, je povinný podať novú žiadosť o prijatie dieťaťa do materskej školy.</w:t>
      </w:r>
    </w:p>
    <w:p w14:paraId="083AEC85" w14:textId="77777777" w:rsidR="00392562" w:rsidRPr="00392562" w:rsidRDefault="00392562" w:rsidP="00392562">
      <w:pPr>
        <w:rPr>
          <w:szCs w:val="24"/>
          <w:lang w:val="sk-SK"/>
        </w:rPr>
      </w:pPr>
      <w:r w:rsidRPr="00392562">
        <w:rPr>
          <w:szCs w:val="24"/>
          <w:lang w:val="sk-SK"/>
        </w:rPr>
        <w:t>Novú žiadosť je potrebné podať v dostatočnom predstihu, spravidla najneskôr dva týždne pred uplynutím obdobia, na ktoré bolo dieťa prijaté.</w:t>
      </w:r>
    </w:p>
    <w:p w14:paraId="57906A9B" w14:textId="77777777" w:rsidR="00392562" w:rsidRPr="00392562" w:rsidRDefault="00392562" w:rsidP="00392562">
      <w:pPr>
        <w:rPr>
          <w:szCs w:val="24"/>
          <w:lang w:val="sk-SK"/>
        </w:rPr>
      </w:pPr>
      <w:r w:rsidRPr="00392562">
        <w:rPr>
          <w:szCs w:val="24"/>
          <w:lang w:val="sk-SK"/>
        </w:rPr>
        <w:t>K žiadosti zákonný zástupca priloží požadované doklady, najmä potvrdenie o zdravotnej spôsobilosti dieťaťa od všeobecného lekára pre deti a dorast, ktoré obsahuje aj údaj o povinnom očkovaní.</w:t>
      </w:r>
    </w:p>
    <w:p w14:paraId="5A56904D" w14:textId="77777777" w:rsidR="00392562" w:rsidRPr="00392562" w:rsidRDefault="00392562" w:rsidP="00392562">
      <w:pPr>
        <w:rPr>
          <w:szCs w:val="24"/>
          <w:lang w:val="sk-SK"/>
        </w:rPr>
      </w:pPr>
      <w:r w:rsidRPr="00392562">
        <w:rPr>
          <w:szCs w:val="24"/>
          <w:lang w:val="sk-SK"/>
        </w:rPr>
        <w:t>Dochádzka dieťaťa prijatého na určitý čas sa končí uplynutím obdobia uvedeného v rozhodnutí, ak riaditeľka materskej školy nerozhodne inak na základe novej žiadosti zákonného zástupcu.</w:t>
      </w:r>
    </w:p>
    <w:p w14:paraId="45EACB90" w14:textId="77777777" w:rsidR="001C476D" w:rsidRPr="001C476D" w:rsidRDefault="001C476D" w:rsidP="001C476D">
      <w:pPr>
        <w:rPr>
          <w:b/>
          <w:bCs/>
          <w:szCs w:val="24"/>
          <w:lang w:val="sk-SK"/>
        </w:rPr>
      </w:pPr>
      <w:r w:rsidRPr="001C476D">
        <w:rPr>
          <w:b/>
          <w:bCs/>
          <w:szCs w:val="24"/>
          <w:lang w:val="sk-SK"/>
        </w:rPr>
        <w:t>Zanechanie predprimárneho vzdelávania</w:t>
      </w:r>
    </w:p>
    <w:p w14:paraId="5B903B3D" w14:textId="77777777" w:rsidR="001C476D" w:rsidRPr="001C476D" w:rsidRDefault="001C476D" w:rsidP="001C476D">
      <w:pPr>
        <w:rPr>
          <w:szCs w:val="24"/>
          <w:lang w:val="sk-SK"/>
        </w:rPr>
      </w:pPr>
      <w:r w:rsidRPr="001C476D">
        <w:rPr>
          <w:szCs w:val="24"/>
          <w:lang w:val="sk-SK"/>
        </w:rPr>
        <w:t>Zákonný zástupca môže rozhodnúť o zanechaní predprimárneho vzdelávania dieťaťa len vtedy, ak nejde o dieťa, pre ktoré je predprimárne vzdelávanie povinné.</w:t>
      </w:r>
    </w:p>
    <w:p w14:paraId="473D6A87" w14:textId="77777777" w:rsidR="001C476D" w:rsidRPr="001C476D" w:rsidRDefault="001C476D" w:rsidP="001C476D">
      <w:pPr>
        <w:rPr>
          <w:szCs w:val="24"/>
          <w:lang w:val="sk-SK"/>
        </w:rPr>
      </w:pPr>
      <w:r w:rsidRPr="001C476D">
        <w:rPr>
          <w:szCs w:val="24"/>
          <w:lang w:val="sk-SK"/>
        </w:rPr>
        <w:t>Zanechanie predprimárneho vzdelávania sa nevzťahuje na:</w:t>
      </w:r>
    </w:p>
    <w:p w14:paraId="1A2C8EF1" w14:textId="77777777" w:rsidR="001C476D" w:rsidRPr="001C476D" w:rsidRDefault="001C476D" w:rsidP="001C476D">
      <w:pPr>
        <w:numPr>
          <w:ilvl w:val="0"/>
          <w:numId w:val="46"/>
        </w:numPr>
        <w:rPr>
          <w:szCs w:val="24"/>
          <w:lang w:val="sk-SK"/>
        </w:rPr>
      </w:pPr>
      <w:r w:rsidRPr="001C476D">
        <w:rPr>
          <w:szCs w:val="24"/>
          <w:lang w:val="sk-SK"/>
        </w:rPr>
        <w:t>dieťa plniace povinné predprimárne vzdelávanie,</w:t>
      </w:r>
    </w:p>
    <w:p w14:paraId="3A747B7C" w14:textId="77777777" w:rsidR="001C476D" w:rsidRPr="001C476D" w:rsidRDefault="001C476D" w:rsidP="001C476D">
      <w:pPr>
        <w:numPr>
          <w:ilvl w:val="0"/>
          <w:numId w:val="46"/>
        </w:numPr>
        <w:rPr>
          <w:szCs w:val="24"/>
          <w:lang w:val="sk-SK"/>
        </w:rPr>
      </w:pPr>
      <w:r w:rsidRPr="001C476D">
        <w:rPr>
          <w:szCs w:val="24"/>
          <w:lang w:val="sk-SK"/>
        </w:rPr>
        <w:t>dieťa pokračujúce v plnení povinného predprimárneho vzdelávania.</w:t>
      </w:r>
    </w:p>
    <w:p w14:paraId="21B205E9" w14:textId="77777777" w:rsidR="001C476D" w:rsidRPr="001C476D" w:rsidRDefault="001C476D" w:rsidP="001C476D">
      <w:pPr>
        <w:rPr>
          <w:b/>
          <w:bCs/>
          <w:szCs w:val="24"/>
          <w:lang w:val="sk-SK"/>
        </w:rPr>
      </w:pPr>
      <w:r w:rsidRPr="001C476D">
        <w:rPr>
          <w:b/>
          <w:bCs/>
          <w:szCs w:val="24"/>
          <w:lang w:val="sk-SK"/>
        </w:rPr>
        <w:t>Postup zákonného zástupcu</w:t>
      </w:r>
    </w:p>
    <w:p w14:paraId="45998885" w14:textId="77777777" w:rsidR="001C476D" w:rsidRPr="001C476D" w:rsidRDefault="001C476D" w:rsidP="001C476D">
      <w:pPr>
        <w:rPr>
          <w:szCs w:val="24"/>
          <w:lang w:val="sk-SK"/>
        </w:rPr>
      </w:pPr>
      <w:r w:rsidRPr="001C476D">
        <w:rPr>
          <w:szCs w:val="24"/>
          <w:lang w:val="sk-SK"/>
        </w:rPr>
        <w:t>Ak sa zákonný zástupca rozhodne, že dieťa zanechá predprimárne vzdelávanie, je povinný túto skutočnosť oznámiť riaditeľke materskej školy písomne.</w:t>
      </w:r>
    </w:p>
    <w:p w14:paraId="2E173E18" w14:textId="77777777" w:rsidR="001C476D" w:rsidRPr="001C476D" w:rsidRDefault="001C476D" w:rsidP="001C476D">
      <w:pPr>
        <w:rPr>
          <w:szCs w:val="24"/>
          <w:lang w:val="sk-SK"/>
        </w:rPr>
      </w:pPr>
      <w:r w:rsidRPr="001C476D">
        <w:rPr>
          <w:szCs w:val="24"/>
          <w:lang w:val="sk-SK"/>
        </w:rPr>
        <w:t>V písomnom oznámení zákonný zástupca uvedie najmä:</w:t>
      </w:r>
    </w:p>
    <w:p w14:paraId="4CB5E826" w14:textId="77777777" w:rsidR="001C476D" w:rsidRPr="001C476D" w:rsidRDefault="001C476D" w:rsidP="001C476D">
      <w:pPr>
        <w:numPr>
          <w:ilvl w:val="0"/>
          <w:numId w:val="47"/>
        </w:numPr>
        <w:rPr>
          <w:szCs w:val="24"/>
          <w:lang w:val="sk-SK"/>
        </w:rPr>
      </w:pPr>
      <w:r w:rsidRPr="001C476D">
        <w:rPr>
          <w:szCs w:val="24"/>
          <w:lang w:val="sk-SK"/>
        </w:rPr>
        <w:t>meno a priezvisko dieťaťa,</w:t>
      </w:r>
    </w:p>
    <w:p w14:paraId="7997D3F1" w14:textId="77777777" w:rsidR="001C476D" w:rsidRPr="001C476D" w:rsidRDefault="001C476D" w:rsidP="001C476D">
      <w:pPr>
        <w:numPr>
          <w:ilvl w:val="0"/>
          <w:numId w:val="47"/>
        </w:numPr>
        <w:rPr>
          <w:szCs w:val="24"/>
          <w:lang w:val="sk-SK"/>
        </w:rPr>
      </w:pPr>
      <w:r w:rsidRPr="001C476D">
        <w:rPr>
          <w:szCs w:val="24"/>
          <w:lang w:val="sk-SK"/>
        </w:rPr>
        <w:lastRenderedPageBreak/>
        <w:t>dátum narodenia dieťaťa,</w:t>
      </w:r>
    </w:p>
    <w:p w14:paraId="50AAB218" w14:textId="77777777" w:rsidR="001C476D" w:rsidRPr="001C476D" w:rsidRDefault="001C476D" w:rsidP="001C476D">
      <w:pPr>
        <w:numPr>
          <w:ilvl w:val="0"/>
          <w:numId w:val="47"/>
        </w:numPr>
        <w:rPr>
          <w:szCs w:val="24"/>
          <w:lang w:val="sk-SK"/>
        </w:rPr>
      </w:pPr>
      <w:r w:rsidRPr="001C476D">
        <w:rPr>
          <w:szCs w:val="24"/>
          <w:lang w:val="sk-SK"/>
        </w:rPr>
        <w:t>dátum, ku ktorému má dieťa zanechať predprimárne vzdelávanie,</w:t>
      </w:r>
    </w:p>
    <w:p w14:paraId="3F7F3223" w14:textId="77777777" w:rsidR="001C476D" w:rsidRPr="001C476D" w:rsidRDefault="001C476D" w:rsidP="001C476D">
      <w:pPr>
        <w:numPr>
          <w:ilvl w:val="0"/>
          <w:numId w:val="47"/>
        </w:numPr>
        <w:rPr>
          <w:szCs w:val="24"/>
          <w:lang w:val="sk-SK"/>
        </w:rPr>
      </w:pPr>
      <w:r w:rsidRPr="001C476D">
        <w:rPr>
          <w:szCs w:val="24"/>
          <w:lang w:val="sk-SK"/>
        </w:rPr>
        <w:t>podpis zákonného zástupcu.</w:t>
      </w:r>
    </w:p>
    <w:p w14:paraId="0DB34661" w14:textId="77777777" w:rsidR="001C476D" w:rsidRPr="001C476D" w:rsidRDefault="001C476D" w:rsidP="001C476D">
      <w:pPr>
        <w:rPr>
          <w:b/>
          <w:bCs/>
          <w:szCs w:val="24"/>
          <w:lang w:val="sk-SK"/>
        </w:rPr>
      </w:pPr>
      <w:r w:rsidRPr="001C476D">
        <w:rPr>
          <w:b/>
          <w:bCs/>
          <w:szCs w:val="24"/>
          <w:lang w:val="sk-SK"/>
        </w:rPr>
        <w:t>Ukončenie dochádzky dieťaťa</w:t>
      </w:r>
    </w:p>
    <w:p w14:paraId="319FACAA" w14:textId="77777777" w:rsidR="001C476D" w:rsidRPr="001C476D" w:rsidRDefault="001C476D" w:rsidP="001C476D">
      <w:pPr>
        <w:rPr>
          <w:szCs w:val="24"/>
          <w:lang w:val="sk-SK"/>
        </w:rPr>
      </w:pPr>
      <w:r w:rsidRPr="001C476D">
        <w:rPr>
          <w:szCs w:val="24"/>
          <w:lang w:val="sk-SK"/>
        </w:rPr>
        <w:t>Dieťa prestáva byť dieťaťom materskej školy:</w:t>
      </w:r>
    </w:p>
    <w:p w14:paraId="55AFBCCA" w14:textId="77777777" w:rsidR="001C476D" w:rsidRPr="001C476D" w:rsidRDefault="001C476D" w:rsidP="001C476D">
      <w:pPr>
        <w:numPr>
          <w:ilvl w:val="0"/>
          <w:numId w:val="48"/>
        </w:numPr>
        <w:rPr>
          <w:szCs w:val="24"/>
          <w:lang w:val="sk-SK"/>
        </w:rPr>
      </w:pPr>
      <w:r w:rsidRPr="001C476D">
        <w:rPr>
          <w:szCs w:val="24"/>
          <w:lang w:val="sk-SK"/>
        </w:rPr>
        <w:t>dňom nasledujúcim po dni doručenia písomného oznámenia riaditeľke materskej školy,</w:t>
      </w:r>
    </w:p>
    <w:p w14:paraId="51EA72B7" w14:textId="77777777" w:rsidR="001C476D" w:rsidRPr="001C476D" w:rsidRDefault="001C476D" w:rsidP="001C476D">
      <w:pPr>
        <w:numPr>
          <w:ilvl w:val="0"/>
          <w:numId w:val="48"/>
        </w:numPr>
        <w:rPr>
          <w:szCs w:val="24"/>
          <w:lang w:val="sk-SK"/>
        </w:rPr>
      </w:pPr>
      <w:r w:rsidRPr="001C476D">
        <w:rPr>
          <w:szCs w:val="24"/>
          <w:lang w:val="sk-SK"/>
        </w:rPr>
        <w:t>alebo dňom uvedeným v písomnom oznámení, najskôr však dňom nasledujúcim po dni jeho doručenia.</w:t>
      </w:r>
    </w:p>
    <w:p w14:paraId="2A3FAE73" w14:textId="77777777" w:rsidR="001C476D" w:rsidRPr="001C476D" w:rsidRDefault="001C476D" w:rsidP="001C476D">
      <w:pPr>
        <w:rPr>
          <w:szCs w:val="24"/>
          <w:lang w:val="sk-SK"/>
        </w:rPr>
      </w:pPr>
      <w:r w:rsidRPr="001C476D">
        <w:rPr>
          <w:szCs w:val="24"/>
          <w:lang w:val="sk-SK"/>
        </w:rPr>
        <w:t>O zanechaní predprimárneho vzdelávania materská škola nevydáva rozhodnutie.</w:t>
      </w:r>
    </w:p>
    <w:p w14:paraId="68142EB1" w14:textId="77777777" w:rsidR="001C476D" w:rsidRPr="001C476D" w:rsidRDefault="001C476D" w:rsidP="001C476D">
      <w:pPr>
        <w:rPr>
          <w:b/>
          <w:bCs/>
          <w:szCs w:val="24"/>
          <w:lang w:val="sk-SK"/>
        </w:rPr>
      </w:pPr>
      <w:r w:rsidRPr="001C476D">
        <w:rPr>
          <w:b/>
          <w:bCs/>
          <w:szCs w:val="24"/>
          <w:lang w:val="sk-SK"/>
        </w:rPr>
        <w:t>Neoznámené zanechanie vzdelávania</w:t>
      </w:r>
    </w:p>
    <w:p w14:paraId="69502FFD" w14:textId="77777777" w:rsidR="001C476D" w:rsidRPr="001C476D" w:rsidRDefault="001C476D" w:rsidP="001C476D">
      <w:pPr>
        <w:rPr>
          <w:szCs w:val="24"/>
          <w:lang w:val="sk-SK"/>
        </w:rPr>
      </w:pPr>
      <w:r w:rsidRPr="001C476D">
        <w:rPr>
          <w:szCs w:val="24"/>
          <w:lang w:val="sk-SK"/>
        </w:rPr>
        <w:t>Ak zákonný zástupca písomne neoznámi zanechanie predprimárneho vzdelávania a dieťa sa bez ospravedlnenia nezúčastňuje na predprimárnom vzdelávaní, dieťa prestáva byť dieťaťom materskej školy uplynutím 30 dní od jeho poslednej účasti na predprimárnom vzdelávaní.</w:t>
      </w:r>
    </w:p>
    <w:p w14:paraId="444DE822" w14:textId="77777777" w:rsidR="001C476D" w:rsidRPr="001C476D" w:rsidRDefault="001C476D" w:rsidP="001C476D">
      <w:pPr>
        <w:rPr>
          <w:szCs w:val="24"/>
          <w:lang w:val="sk-SK"/>
        </w:rPr>
      </w:pPr>
      <w:r w:rsidRPr="001C476D">
        <w:rPr>
          <w:szCs w:val="24"/>
          <w:lang w:val="sk-SK"/>
        </w:rPr>
        <w:t>Riaditeľka materskej školy o tejto skutočnosti vyhotoví záznam do osobného spisu dieťaťa a osobný spis dieťaťa uzavrie.</w:t>
      </w:r>
    </w:p>
    <w:p w14:paraId="7BCF376A" w14:textId="77777777" w:rsidR="001C476D" w:rsidRPr="001C476D" w:rsidRDefault="001C476D" w:rsidP="001C476D">
      <w:pPr>
        <w:rPr>
          <w:szCs w:val="24"/>
          <w:lang w:val="sk-SK"/>
        </w:rPr>
      </w:pPr>
      <w:r w:rsidRPr="001C476D">
        <w:rPr>
          <w:szCs w:val="24"/>
          <w:lang w:val="sk-SK"/>
        </w:rPr>
        <w:t>Zanechanie predprimárneho vzdelávania sa zaznamená aj v príslušných školských evidenciách a nahlási sa do centrálneho registra.</w:t>
      </w:r>
    </w:p>
    <w:p w14:paraId="578DE042" w14:textId="77777777" w:rsidR="00E51A65" w:rsidRPr="00E51A65" w:rsidRDefault="00E51A65" w:rsidP="00E51A65">
      <w:pPr>
        <w:rPr>
          <w:b/>
          <w:bCs/>
          <w:szCs w:val="24"/>
          <w:lang w:val="sk-SK"/>
        </w:rPr>
      </w:pPr>
      <w:r w:rsidRPr="00E51A65">
        <w:rPr>
          <w:b/>
          <w:bCs/>
          <w:szCs w:val="24"/>
          <w:lang w:val="sk-SK"/>
        </w:rPr>
        <w:t>Predčasné skončenie predprimárneho vzdelávania</w:t>
      </w:r>
    </w:p>
    <w:p w14:paraId="78E11C77" w14:textId="77777777" w:rsidR="00E51A65" w:rsidRPr="00E51A65" w:rsidRDefault="00E51A65" w:rsidP="00E51A65">
      <w:pPr>
        <w:rPr>
          <w:szCs w:val="24"/>
          <w:lang w:val="sk-SK"/>
        </w:rPr>
      </w:pPr>
      <w:r w:rsidRPr="00E51A65">
        <w:rPr>
          <w:szCs w:val="24"/>
          <w:lang w:val="sk-SK"/>
        </w:rPr>
        <w:t>Predčasné skončenie predprimárneho vzdelávania sa môže týkať len dieťaťa, pre ktoré predprimárne vzdelávanie nie je povinné.</w:t>
      </w:r>
    </w:p>
    <w:p w14:paraId="6F0DEEEC" w14:textId="77777777" w:rsidR="00E51A65" w:rsidRPr="00E51A65" w:rsidRDefault="00E51A65" w:rsidP="00E51A65">
      <w:pPr>
        <w:rPr>
          <w:szCs w:val="24"/>
          <w:lang w:val="sk-SK"/>
        </w:rPr>
      </w:pPr>
      <w:r w:rsidRPr="00E51A65">
        <w:rPr>
          <w:szCs w:val="24"/>
          <w:lang w:val="sk-SK"/>
        </w:rPr>
        <w:t>Predčasné skončenie predprimárneho vzdelávania nie je možné u dieťaťa, ktoré:</w:t>
      </w:r>
    </w:p>
    <w:p w14:paraId="0493D0F2" w14:textId="77777777" w:rsidR="00E51A65" w:rsidRPr="00E51A65" w:rsidRDefault="00E51A65" w:rsidP="00E51A65">
      <w:pPr>
        <w:numPr>
          <w:ilvl w:val="0"/>
          <w:numId w:val="49"/>
        </w:numPr>
        <w:rPr>
          <w:szCs w:val="24"/>
          <w:lang w:val="sk-SK"/>
        </w:rPr>
      </w:pPr>
      <w:r w:rsidRPr="00E51A65">
        <w:rPr>
          <w:szCs w:val="24"/>
          <w:lang w:val="sk-SK"/>
        </w:rPr>
        <w:t>plní povinné predprimárne vzdelávanie,</w:t>
      </w:r>
    </w:p>
    <w:p w14:paraId="35C3751C" w14:textId="77777777" w:rsidR="00E51A65" w:rsidRPr="00E51A65" w:rsidRDefault="00E51A65" w:rsidP="00E51A65">
      <w:pPr>
        <w:numPr>
          <w:ilvl w:val="0"/>
          <w:numId w:val="49"/>
        </w:numPr>
        <w:rPr>
          <w:szCs w:val="24"/>
          <w:lang w:val="sk-SK"/>
        </w:rPr>
      </w:pPr>
      <w:r w:rsidRPr="00E51A65">
        <w:rPr>
          <w:szCs w:val="24"/>
          <w:lang w:val="sk-SK"/>
        </w:rPr>
        <w:t>pokračuje v plnení povinného predprimárneho vzdelávania.</w:t>
      </w:r>
    </w:p>
    <w:p w14:paraId="2670788F" w14:textId="77777777" w:rsidR="00E51A65" w:rsidRPr="00E51A65" w:rsidRDefault="00E51A65" w:rsidP="00E51A65">
      <w:pPr>
        <w:rPr>
          <w:szCs w:val="24"/>
          <w:lang w:val="sk-SK"/>
        </w:rPr>
      </w:pPr>
      <w:r w:rsidRPr="00E51A65">
        <w:rPr>
          <w:szCs w:val="24"/>
          <w:lang w:val="sk-SK"/>
        </w:rPr>
        <w:t>O predčasnom skončení predprimárneho vzdelávania rozhoduje riaditeľka materskej školy v správnom konaní. Konanie začína materská škola z vlastného podnetu. Zákonný zástupca je o začatí konania upovedomený a má možnosť vyjadriť sa k podkladom rozhodnutia.</w:t>
      </w:r>
    </w:p>
    <w:p w14:paraId="43CDC111" w14:textId="77777777" w:rsidR="00E51A65" w:rsidRPr="00E51A65" w:rsidRDefault="00E51A65" w:rsidP="00E51A65">
      <w:pPr>
        <w:rPr>
          <w:b/>
          <w:bCs/>
          <w:szCs w:val="24"/>
          <w:lang w:val="sk-SK"/>
        </w:rPr>
      </w:pPr>
      <w:r w:rsidRPr="00E51A65">
        <w:rPr>
          <w:b/>
          <w:bCs/>
          <w:szCs w:val="24"/>
          <w:lang w:val="sk-SK"/>
        </w:rPr>
        <w:t>Dôvody predčasného skončenia</w:t>
      </w:r>
    </w:p>
    <w:p w14:paraId="47748F14" w14:textId="77777777" w:rsidR="00E51A65" w:rsidRPr="00E51A65" w:rsidRDefault="00E51A65" w:rsidP="00E51A65">
      <w:pPr>
        <w:rPr>
          <w:szCs w:val="24"/>
          <w:lang w:val="sk-SK"/>
        </w:rPr>
      </w:pPr>
      <w:r w:rsidRPr="00E51A65">
        <w:rPr>
          <w:szCs w:val="24"/>
          <w:lang w:val="sk-SK"/>
        </w:rPr>
        <w:t>Materská škola môže rozhodnúť o predčasnom skončení predprimárneho vzdelávania najmä vtedy, ak:</w:t>
      </w:r>
    </w:p>
    <w:p w14:paraId="5DA1CD4D" w14:textId="77777777" w:rsidR="00E51A65" w:rsidRPr="00E51A65" w:rsidRDefault="00E51A65" w:rsidP="00E51A65">
      <w:pPr>
        <w:numPr>
          <w:ilvl w:val="0"/>
          <w:numId w:val="50"/>
        </w:numPr>
        <w:rPr>
          <w:szCs w:val="24"/>
          <w:lang w:val="sk-SK"/>
        </w:rPr>
      </w:pPr>
      <w:r w:rsidRPr="00E51A65">
        <w:rPr>
          <w:szCs w:val="24"/>
          <w:lang w:val="sk-SK"/>
        </w:rPr>
        <w:t>dieťa sústavne alebo závažným spôsobom porušuje školský poriadok,</w:t>
      </w:r>
    </w:p>
    <w:p w14:paraId="234DF76A" w14:textId="77777777" w:rsidR="00E51A65" w:rsidRPr="00E51A65" w:rsidRDefault="00E51A65" w:rsidP="00E51A65">
      <w:pPr>
        <w:numPr>
          <w:ilvl w:val="0"/>
          <w:numId w:val="50"/>
        </w:numPr>
        <w:rPr>
          <w:szCs w:val="24"/>
          <w:lang w:val="sk-SK"/>
        </w:rPr>
      </w:pPr>
      <w:r w:rsidRPr="00E51A65">
        <w:rPr>
          <w:szCs w:val="24"/>
          <w:lang w:val="sk-SK"/>
        </w:rPr>
        <w:lastRenderedPageBreak/>
        <w:t>zákonný zástupca nedodržiava podmienky predprimárneho vzdelávania určené školským poriadkom,</w:t>
      </w:r>
    </w:p>
    <w:p w14:paraId="01195B54" w14:textId="77777777" w:rsidR="00E51A65" w:rsidRPr="00E51A65" w:rsidRDefault="00E51A65" w:rsidP="00E51A65">
      <w:pPr>
        <w:numPr>
          <w:ilvl w:val="0"/>
          <w:numId w:val="50"/>
        </w:numPr>
        <w:rPr>
          <w:szCs w:val="24"/>
          <w:lang w:val="sk-SK"/>
        </w:rPr>
      </w:pPr>
      <w:r w:rsidRPr="00E51A65">
        <w:rPr>
          <w:szCs w:val="24"/>
          <w:lang w:val="sk-SK"/>
        </w:rPr>
        <w:t>zákonný zástupca neinformuje materskú školu o zmene zdravotnej spôsobilosti dieťaťa, jeho zdravotných problémoch alebo iných závažných skutočnostiach, ktoré môžu ovplyvniť priebeh výchovy a vzdelávania,</w:t>
      </w:r>
    </w:p>
    <w:p w14:paraId="44D1535F" w14:textId="77777777" w:rsidR="00E51A65" w:rsidRPr="00E51A65" w:rsidRDefault="00E51A65" w:rsidP="00E51A65">
      <w:pPr>
        <w:numPr>
          <w:ilvl w:val="0"/>
          <w:numId w:val="50"/>
        </w:numPr>
        <w:rPr>
          <w:szCs w:val="24"/>
          <w:lang w:val="sk-SK"/>
        </w:rPr>
      </w:pPr>
      <w:r w:rsidRPr="00E51A65">
        <w:rPr>
          <w:szCs w:val="24"/>
          <w:lang w:val="sk-SK"/>
        </w:rPr>
        <w:t>zákonný zástupca bezdôvodne odmietne absolvovanie diagnostického vyšetrenia dieťaťa, ak sa potreba diagnostiky prejaví po prijatí dieťaťa do materskej školy,</w:t>
      </w:r>
    </w:p>
    <w:p w14:paraId="2D7843A6" w14:textId="77777777" w:rsidR="00E51A65" w:rsidRPr="00E51A65" w:rsidRDefault="00E51A65" w:rsidP="00E51A65">
      <w:pPr>
        <w:numPr>
          <w:ilvl w:val="0"/>
          <w:numId w:val="50"/>
        </w:numPr>
        <w:rPr>
          <w:szCs w:val="24"/>
          <w:lang w:val="sk-SK"/>
        </w:rPr>
      </w:pPr>
      <w:r w:rsidRPr="00E51A65">
        <w:rPr>
          <w:szCs w:val="24"/>
          <w:lang w:val="sk-SK"/>
        </w:rPr>
        <w:t>predčasné skončenie predprimárneho vzdelávania odporučí zariadenie poradenstva a prevencie alebo príslušný lekár.</w:t>
      </w:r>
    </w:p>
    <w:p w14:paraId="79C7F7F7" w14:textId="77777777" w:rsidR="00E51A65" w:rsidRPr="00E51A65" w:rsidRDefault="00E51A65" w:rsidP="00E51A65">
      <w:pPr>
        <w:rPr>
          <w:b/>
          <w:bCs/>
          <w:szCs w:val="24"/>
          <w:lang w:val="sk-SK"/>
        </w:rPr>
      </w:pPr>
      <w:r w:rsidRPr="00E51A65">
        <w:rPr>
          <w:b/>
          <w:bCs/>
          <w:szCs w:val="24"/>
          <w:lang w:val="sk-SK"/>
        </w:rPr>
        <w:t>Postup materskej školy</w:t>
      </w:r>
    </w:p>
    <w:p w14:paraId="0780B592" w14:textId="77777777" w:rsidR="00E51A65" w:rsidRPr="00E51A65" w:rsidRDefault="00E51A65" w:rsidP="00E51A65">
      <w:pPr>
        <w:rPr>
          <w:szCs w:val="24"/>
          <w:lang w:val="sk-SK"/>
        </w:rPr>
      </w:pPr>
      <w:r w:rsidRPr="00E51A65">
        <w:rPr>
          <w:szCs w:val="24"/>
          <w:lang w:val="sk-SK"/>
        </w:rPr>
        <w:t>Pred vydaním rozhodnutia materská škola spravidla:</w:t>
      </w:r>
    </w:p>
    <w:p w14:paraId="6FC258CF" w14:textId="77777777" w:rsidR="00E51A65" w:rsidRPr="00E51A65" w:rsidRDefault="00E51A65" w:rsidP="00E51A65">
      <w:pPr>
        <w:numPr>
          <w:ilvl w:val="0"/>
          <w:numId w:val="51"/>
        </w:numPr>
        <w:rPr>
          <w:szCs w:val="24"/>
          <w:lang w:val="sk-SK"/>
        </w:rPr>
      </w:pPr>
      <w:r w:rsidRPr="00E51A65">
        <w:rPr>
          <w:szCs w:val="24"/>
          <w:lang w:val="sk-SK"/>
        </w:rPr>
        <w:t>prerokuje vzniknutú situáciu so zákonným zástupcom,</w:t>
      </w:r>
    </w:p>
    <w:p w14:paraId="0DD5F4F0" w14:textId="77777777" w:rsidR="00E51A65" w:rsidRPr="00E51A65" w:rsidRDefault="00E51A65" w:rsidP="00E51A65">
      <w:pPr>
        <w:numPr>
          <w:ilvl w:val="0"/>
          <w:numId w:val="51"/>
        </w:numPr>
        <w:rPr>
          <w:szCs w:val="24"/>
          <w:lang w:val="sk-SK"/>
        </w:rPr>
      </w:pPr>
      <w:r w:rsidRPr="00E51A65">
        <w:rPr>
          <w:szCs w:val="24"/>
          <w:lang w:val="sk-SK"/>
        </w:rPr>
        <w:t>upozorní zákonného zástupcu na porušovanie podmienok školského poriadku,</w:t>
      </w:r>
    </w:p>
    <w:p w14:paraId="642258DA" w14:textId="77777777" w:rsidR="00E51A65" w:rsidRPr="00E51A65" w:rsidRDefault="00E51A65" w:rsidP="00E51A65">
      <w:pPr>
        <w:numPr>
          <w:ilvl w:val="0"/>
          <w:numId w:val="51"/>
        </w:numPr>
        <w:rPr>
          <w:szCs w:val="24"/>
          <w:lang w:val="sk-SK"/>
        </w:rPr>
      </w:pPr>
      <w:r w:rsidRPr="00E51A65">
        <w:rPr>
          <w:szCs w:val="24"/>
          <w:lang w:val="sk-SK"/>
        </w:rPr>
        <w:t>poskytne zákonnému zástupcovi možnosť vyjadriť sa,</w:t>
      </w:r>
    </w:p>
    <w:p w14:paraId="14B78FD8" w14:textId="77777777" w:rsidR="00E51A65" w:rsidRPr="00E51A65" w:rsidRDefault="00E51A65" w:rsidP="00E51A65">
      <w:pPr>
        <w:numPr>
          <w:ilvl w:val="0"/>
          <w:numId w:val="51"/>
        </w:numPr>
        <w:rPr>
          <w:szCs w:val="24"/>
          <w:lang w:val="sk-SK"/>
        </w:rPr>
      </w:pPr>
      <w:r w:rsidRPr="00E51A65">
        <w:rPr>
          <w:szCs w:val="24"/>
          <w:lang w:val="sk-SK"/>
        </w:rPr>
        <w:t>posúdi všetky dostupné podklady,</w:t>
      </w:r>
    </w:p>
    <w:p w14:paraId="6116137B" w14:textId="77777777" w:rsidR="00E51A65" w:rsidRPr="00E51A65" w:rsidRDefault="00E51A65" w:rsidP="00E51A65">
      <w:pPr>
        <w:numPr>
          <w:ilvl w:val="0"/>
          <w:numId w:val="51"/>
        </w:numPr>
        <w:rPr>
          <w:szCs w:val="24"/>
          <w:lang w:val="sk-SK"/>
        </w:rPr>
      </w:pPr>
      <w:r w:rsidRPr="00E51A65">
        <w:rPr>
          <w:szCs w:val="24"/>
          <w:lang w:val="sk-SK"/>
        </w:rPr>
        <w:t>prihliada na najlepší záujem dieťaťa, bezpečnosť detí a podmienky výchovno-vzdelávacieho procesu.</w:t>
      </w:r>
    </w:p>
    <w:p w14:paraId="26F63080" w14:textId="77777777" w:rsidR="00E51A65" w:rsidRPr="00E51A65" w:rsidRDefault="00E51A65" w:rsidP="00E51A65">
      <w:pPr>
        <w:rPr>
          <w:szCs w:val="24"/>
          <w:lang w:val="sk-SK"/>
        </w:rPr>
      </w:pPr>
      <w:r w:rsidRPr="00E51A65">
        <w:rPr>
          <w:szCs w:val="24"/>
          <w:lang w:val="sk-SK"/>
        </w:rPr>
        <w:t>Ak dôvody pretrvávajú alebo majú závažný charakter, riaditeľka materskej školy môže rozhodnúť o predčasnom skončení predprimárneho vzdelávania dieťaťa.</w:t>
      </w:r>
    </w:p>
    <w:p w14:paraId="4DAF57AB" w14:textId="77777777" w:rsidR="002B5246" w:rsidRDefault="002B5246" w:rsidP="002B5246">
      <w:pPr>
        <w:spacing w:after="0" w:line="240" w:lineRule="auto"/>
        <w:jc w:val="center"/>
        <w:rPr>
          <w:b/>
          <w:bCs/>
          <w:color w:val="0070C0"/>
          <w:szCs w:val="24"/>
          <w:lang w:val="sk-SK"/>
        </w:rPr>
      </w:pPr>
    </w:p>
    <w:p w14:paraId="73EFE5A6" w14:textId="77777777" w:rsidR="002E1C4A" w:rsidRDefault="002B5246" w:rsidP="002B5246">
      <w:pPr>
        <w:pStyle w:val="Nadpis1"/>
        <w:spacing w:before="0"/>
        <w:jc w:val="center"/>
        <w:rPr>
          <w:rFonts w:ascii="Arial" w:eastAsia="Arial" w:hAnsi="Arial" w:cs="Arial"/>
          <w:color w:val="0070C0"/>
          <w:sz w:val="24"/>
        </w:rPr>
      </w:pPr>
      <w:bookmarkStart w:id="35" w:name="_Toc238333732"/>
      <w:r w:rsidRPr="00765D47">
        <w:rPr>
          <w:rFonts w:ascii="Arial" w:eastAsia="Arial" w:hAnsi="Arial" w:cs="Arial"/>
          <w:color w:val="0070C0"/>
          <w:sz w:val="24"/>
        </w:rPr>
        <w:t xml:space="preserve">Článok V. </w:t>
      </w:r>
    </w:p>
    <w:p w14:paraId="5AC32BA9" w14:textId="6760497B" w:rsidR="003E731E" w:rsidRPr="00765D47" w:rsidRDefault="002B5246" w:rsidP="002B5246">
      <w:pPr>
        <w:pStyle w:val="Nadpis1"/>
        <w:spacing w:before="0"/>
        <w:jc w:val="center"/>
        <w:rPr>
          <w:rFonts w:ascii="Arial" w:hAnsi="Arial" w:cs="Arial"/>
          <w:color w:val="0070C0"/>
          <w:sz w:val="24"/>
          <w:szCs w:val="24"/>
          <w:lang w:val="sk-SK"/>
        </w:rPr>
      </w:pPr>
      <w:r w:rsidRPr="00765D47">
        <w:rPr>
          <w:rFonts w:ascii="Arial" w:eastAsia="Arial" w:hAnsi="Arial" w:cs="Arial"/>
          <w:color w:val="0070C0"/>
          <w:sz w:val="24"/>
        </w:rPr>
        <w:t>Vnútorný režim materskej školy</w:t>
      </w:r>
      <w:bookmarkEnd w:id="35"/>
    </w:p>
    <w:p w14:paraId="0C6EEBDB" w14:textId="77777777" w:rsidR="002B5246" w:rsidRPr="00765D47" w:rsidRDefault="002B5246" w:rsidP="002B5246">
      <w:pPr>
        <w:spacing w:after="0" w:line="240" w:lineRule="auto"/>
        <w:jc w:val="center"/>
        <w:rPr>
          <w:b/>
          <w:bCs/>
          <w:color w:val="0070C0"/>
          <w:szCs w:val="24"/>
          <w:lang w:val="sk-SK"/>
        </w:rPr>
      </w:pPr>
    </w:p>
    <w:p w14:paraId="165AF4E5" w14:textId="77777777" w:rsidR="00AF3409" w:rsidRPr="00765D47" w:rsidRDefault="002B5246" w:rsidP="00AF3409">
      <w:pPr>
        <w:pStyle w:val="Nadpis2"/>
        <w:spacing w:before="0"/>
        <w:rPr>
          <w:rFonts w:ascii="Arial" w:hAnsi="Arial" w:cs="Arial"/>
          <w:color w:val="0070C0"/>
          <w:sz w:val="24"/>
          <w:szCs w:val="24"/>
          <w:lang w:val="sk-SK"/>
        </w:rPr>
      </w:pPr>
      <w:bookmarkStart w:id="36" w:name="_Toc238333733"/>
      <w:r w:rsidRPr="00765D47">
        <w:rPr>
          <w:rFonts w:ascii="Arial" w:eastAsia="Arial" w:hAnsi="Arial" w:cs="Arial"/>
          <w:color w:val="0070C0"/>
          <w:sz w:val="24"/>
        </w:rPr>
        <w:t>5.1 Vnútorný režim materskej školy</w:t>
      </w:r>
      <w:bookmarkEnd w:id="36"/>
    </w:p>
    <w:p w14:paraId="3A71C1D8" w14:textId="77777777" w:rsidR="00547658" w:rsidRPr="001726E0" w:rsidRDefault="00547658" w:rsidP="00AF3409">
      <w:pPr>
        <w:spacing w:after="0" w:line="240" w:lineRule="auto"/>
        <w:rPr>
          <w:b/>
          <w:bCs/>
          <w:color w:val="0070C0"/>
          <w:szCs w:val="24"/>
          <w:lang w:val="sk-SK"/>
        </w:rPr>
      </w:pPr>
    </w:p>
    <w:p w14:paraId="39264E57" w14:textId="77777777" w:rsidR="00AF3409" w:rsidRPr="00AF3409" w:rsidRDefault="00AF3409" w:rsidP="00AF3409">
      <w:pPr>
        <w:rPr>
          <w:szCs w:val="24"/>
          <w:lang w:val="sk-SK"/>
        </w:rPr>
      </w:pPr>
      <w:r w:rsidRPr="00AF3409">
        <w:rPr>
          <w:szCs w:val="24"/>
          <w:lang w:val="sk-SK"/>
        </w:rPr>
        <w:t>Vnútorný režim materskej školy upravuje organizáciu každodenného chodu školy tak, aby boli zabezpečené bezpečné, plynulé a primerané podmienky pre pobyt detí, realizáciu výchovno-vzdelávacej činnosti a spoluprácu so zákonnými zástupcami.</w:t>
      </w:r>
    </w:p>
    <w:p w14:paraId="0D983567" w14:textId="77777777" w:rsidR="00AF3409" w:rsidRPr="00AF3409" w:rsidRDefault="00AF3409" w:rsidP="00AF3409">
      <w:pPr>
        <w:rPr>
          <w:szCs w:val="24"/>
          <w:lang w:val="sk-SK"/>
        </w:rPr>
      </w:pPr>
      <w:r w:rsidRPr="00AF3409">
        <w:rPr>
          <w:szCs w:val="24"/>
          <w:lang w:val="sk-SK"/>
        </w:rPr>
        <w:t>Jeho súčasťou sú pravidlá týkajúce sa najmä príchodu a odchodu detí, ich preberania a odovzdávania, organizácie denných činností, stravovania, odpočinku, pobytu vonku, hygieny, bezpečnosti, prevádzky školy a postupu pri mimoriadnych alebo organizačných zmenách.</w:t>
      </w:r>
    </w:p>
    <w:p w14:paraId="23456312" w14:textId="77777777" w:rsidR="00AF3409" w:rsidRPr="00AF3409" w:rsidRDefault="00AF3409" w:rsidP="00AF3409">
      <w:pPr>
        <w:rPr>
          <w:szCs w:val="24"/>
          <w:lang w:val="sk-SK"/>
        </w:rPr>
      </w:pPr>
      <w:r w:rsidRPr="00AF3409">
        <w:rPr>
          <w:szCs w:val="24"/>
          <w:lang w:val="sk-SK"/>
        </w:rPr>
        <w:t xml:space="preserve">Vnútorný režim materskej školy je záväzný pre deti, zákonných zástupcov, zamestnancov školy a ďalšie osoby, ktoré sa s vedomím riaditeľky školy zdržiavajú v </w:t>
      </w:r>
      <w:r w:rsidRPr="00AF3409">
        <w:rPr>
          <w:szCs w:val="24"/>
          <w:lang w:val="sk-SK"/>
        </w:rPr>
        <w:lastRenderedPageBreak/>
        <w:t>priestoroch materskej školy. Je nastavený tak, aby rešpektoval potreby detí predškolského veku, podporoval ich zdravý vývin, samostatnosť, sociálne zručnosti a vytváral podmienky pre ich bezpečný a spokojný pobyt v materskej škole.</w:t>
      </w:r>
    </w:p>
    <w:p w14:paraId="37F67B49" w14:textId="77777777" w:rsidR="003E731E" w:rsidRDefault="00AF3409" w:rsidP="00FC18E1">
      <w:pPr>
        <w:rPr>
          <w:szCs w:val="24"/>
        </w:rPr>
      </w:pPr>
      <w:r w:rsidRPr="00AF3409">
        <w:rPr>
          <w:szCs w:val="24"/>
        </w:rPr>
        <w:t>Materská škola poskytuje predprimárne vzdelávanie deťom spravidla od troch do šiestich rokov veku, deťom plniacim povinné predprimárne vzdelávanie a deťom pokračujúcim v plnení povinného predprimárneho vzdelávania. Ak to umožňujú kapacitné, personálne, materiálne a priestorové podmienky školy, môže byť prijaté aj dieťa mladšie ako tri roky.</w:t>
      </w:r>
    </w:p>
    <w:p w14:paraId="05E47FE2" w14:textId="77777777" w:rsidR="004533A1" w:rsidRDefault="004533A1" w:rsidP="00FC18E1">
      <w:pPr>
        <w:rPr>
          <w:szCs w:val="24"/>
        </w:rPr>
      </w:pPr>
      <w:r w:rsidRPr="004533A1">
        <w:rPr>
          <w:szCs w:val="24"/>
        </w:rPr>
        <w:t>Materská škola poskytuje predprimárne vzdelávanie celodennou formou. Na základe žiadosti zákonného zástupcu a podľa organizačných možností materskej školy môže byť dieťaťu poskytované predprimárne vzdelávanie aj poldennou formou.</w:t>
      </w:r>
    </w:p>
    <w:p w14:paraId="2A0AA4D8" w14:textId="77777777" w:rsidR="004533A1" w:rsidRPr="004533A1" w:rsidRDefault="004533A1" w:rsidP="004533A1">
      <w:pPr>
        <w:rPr>
          <w:szCs w:val="24"/>
          <w:lang w:val="sk-SK"/>
        </w:rPr>
      </w:pPr>
      <w:r w:rsidRPr="004533A1">
        <w:rPr>
          <w:szCs w:val="24"/>
          <w:lang w:val="sk-SK"/>
        </w:rPr>
        <w:t>Účasť zákonného zástupcu alebo ním písomne poverenej osoby na výchovno-vzdelávacej činnosti je možná len vo výnimočných a odôvodnených prípadoch, po predchádzajúcom súhlase riaditeľky materskej školy. Zákonný zástupca o takúto účasť požiada vopred. Riaditeľka materskej školy posúdi žiadosť najmä s prihliadnutím na bezpečnosť detí, ochranu ich súkromia, nerušený priebeh výchovno-vzdelávacej činnosti a organizačné možnosti školy.</w:t>
      </w:r>
    </w:p>
    <w:p w14:paraId="7562BE98" w14:textId="77777777" w:rsidR="004533A1" w:rsidRPr="004533A1" w:rsidRDefault="004533A1" w:rsidP="004533A1">
      <w:pPr>
        <w:rPr>
          <w:szCs w:val="24"/>
          <w:lang w:val="sk-SK"/>
        </w:rPr>
      </w:pPr>
      <w:r w:rsidRPr="004533A1">
        <w:rPr>
          <w:szCs w:val="24"/>
          <w:lang w:val="sk-SK"/>
        </w:rPr>
        <w:t>Konzultácie so zákonnými zástupcami poskytuje riaditeľka materskej školy, pedagogickí zamestnanci a vedúca školskej jedálne po predchádzajúcej dohode. Konzultácie sa uskutočňujú osobne, telefonicky, podľa povahy riešenej veci a možností materskej školy.</w:t>
      </w:r>
    </w:p>
    <w:p w14:paraId="6836BC09" w14:textId="77777777" w:rsidR="00547658" w:rsidRPr="00C57201" w:rsidRDefault="00547658" w:rsidP="002B5246">
      <w:pPr>
        <w:spacing w:after="0" w:line="240" w:lineRule="auto"/>
        <w:rPr>
          <w:b/>
          <w:bCs/>
          <w:color w:val="0070C0"/>
          <w:szCs w:val="24"/>
          <w:lang w:val="sk-SK"/>
        </w:rPr>
      </w:pPr>
    </w:p>
    <w:p w14:paraId="16D897FD" w14:textId="77777777" w:rsidR="004533A1" w:rsidRPr="00765D47" w:rsidRDefault="002B5246" w:rsidP="004533A1">
      <w:pPr>
        <w:pStyle w:val="Nadpis2"/>
        <w:spacing w:before="0"/>
        <w:rPr>
          <w:rFonts w:ascii="Arial" w:hAnsi="Arial" w:cs="Arial"/>
          <w:color w:val="0070C0"/>
          <w:sz w:val="24"/>
          <w:szCs w:val="24"/>
          <w:lang w:val="sk-SK"/>
        </w:rPr>
      </w:pPr>
      <w:bookmarkStart w:id="37" w:name="_Toc238333734"/>
      <w:r w:rsidRPr="00765D47">
        <w:rPr>
          <w:rFonts w:ascii="Arial" w:eastAsia="Arial" w:hAnsi="Arial" w:cs="Arial"/>
          <w:color w:val="0070C0"/>
          <w:sz w:val="24"/>
        </w:rPr>
        <w:t>5.2 Dochádzka dieťaťa do materskej školy</w:t>
      </w:r>
      <w:bookmarkEnd w:id="37"/>
    </w:p>
    <w:p w14:paraId="0E4B7BE9" w14:textId="77777777" w:rsidR="00547658" w:rsidRPr="00C57201" w:rsidRDefault="00547658" w:rsidP="004533A1">
      <w:pPr>
        <w:spacing w:after="0" w:line="240" w:lineRule="auto"/>
        <w:rPr>
          <w:b/>
          <w:bCs/>
          <w:color w:val="0070C0"/>
          <w:szCs w:val="24"/>
          <w:lang w:val="sk-SK"/>
        </w:rPr>
      </w:pPr>
    </w:p>
    <w:p w14:paraId="00DD5990" w14:textId="77777777" w:rsidR="004533A1" w:rsidRPr="004533A1" w:rsidRDefault="004533A1" w:rsidP="004533A1">
      <w:pPr>
        <w:rPr>
          <w:szCs w:val="24"/>
          <w:lang w:val="sk-SK"/>
        </w:rPr>
      </w:pPr>
      <w:r w:rsidRPr="004533A1">
        <w:rPr>
          <w:szCs w:val="24"/>
          <w:lang w:val="sk-SK"/>
        </w:rPr>
        <w:t>Dochádzka dieťaťa do materskej školy sa uskutočňuje v súlade s rozhodnutím o prijatí dieťaťa, školským poriadkom a dohodnutou formou predprimárneho vzdelávania.</w:t>
      </w:r>
    </w:p>
    <w:p w14:paraId="46C19A77" w14:textId="77777777" w:rsidR="004533A1" w:rsidRPr="004533A1" w:rsidRDefault="004533A1" w:rsidP="004533A1">
      <w:pPr>
        <w:rPr>
          <w:szCs w:val="24"/>
          <w:lang w:val="sk-SK"/>
        </w:rPr>
      </w:pPr>
      <w:r w:rsidRPr="004533A1">
        <w:rPr>
          <w:szCs w:val="24"/>
          <w:lang w:val="sk-SK"/>
        </w:rPr>
        <w:t>Zákonný zástupca je povinný zabezpečiť pravidelnú dochádzku dieťaťa do materskej školy, najmä ak ide o dieťa, pre ktoré je predprimárne vzdelávanie povinné.</w:t>
      </w:r>
    </w:p>
    <w:p w14:paraId="0C4FA712" w14:textId="77777777" w:rsidR="004533A1" w:rsidRPr="004533A1" w:rsidRDefault="004533A1" w:rsidP="004533A1">
      <w:pPr>
        <w:rPr>
          <w:b/>
          <w:bCs/>
          <w:szCs w:val="24"/>
          <w:lang w:val="sk-SK"/>
        </w:rPr>
      </w:pPr>
      <w:r w:rsidRPr="004533A1">
        <w:rPr>
          <w:b/>
          <w:bCs/>
          <w:szCs w:val="24"/>
          <w:lang w:val="sk-SK"/>
        </w:rPr>
        <w:t>Príchod dieťaťa do materskej školy</w:t>
      </w:r>
    </w:p>
    <w:p w14:paraId="66C90254" w14:textId="77777777" w:rsidR="004533A1" w:rsidRPr="004533A1" w:rsidRDefault="004533A1" w:rsidP="004533A1">
      <w:pPr>
        <w:rPr>
          <w:szCs w:val="24"/>
          <w:lang w:val="sk-SK"/>
        </w:rPr>
      </w:pPr>
      <w:r w:rsidRPr="004533A1">
        <w:rPr>
          <w:szCs w:val="24"/>
          <w:lang w:val="sk-SK"/>
        </w:rPr>
        <w:t>Zákonný zástupca privádza dieťa do materskej školy spravidla v čase určenom školou. Dieťa odovzdáva osobne pedagogickému zamestnancovi príslušnej triedy.</w:t>
      </w:r>
    </w:p>
    <w:p w14:paraId="486B3179" w14:textId="77777777" w:rsidR="004533A1" w:rsidRDefault="004533A1" w:rsidP="004533A1">
      <w:pPr>
        <w:rPr>
          <w:szCs w:val="24"/>
          <w:lang w:val="sk-SK"/>
        </w:rPr>
      </w:pPr>
      <w:r w:rsidRPr="004533A1">
        <w:rPr>
          <w:szCs w:val="24"/>
          <w:lang w:val="sk-SK"/>
        </w:rPr>
        <w:t>Materská škola zodpovedá za dieťa od okamihu jeho osobného prevzatia pedagogickým zamestnancom. Zákonný zástupca nesmie ponechať dieťa bez dozoru v šatni, na chodbe, pred budovou školy ani v areáli materskej školy.</w:t>
      </w:r>
    </w:p>
    <w:p w14:paraId="40111F30" w14:textId="77777777" w:rsidR="00F74900" w:rsidRDefault="00F74900" w:rsidP="004533A1">
      <w:pPr>
        <w:rPr>
          <w:szCs w:val="24"/>
          <w:lang w:val="sk-SK"/>
        </w:rPr>
      </w:pPr>
    </w:p>
    <w:p w14:paraId="5355CA72" w14:textId="77777777" w:rsidR="00E71033" w:rsidRPr="00765D47" w:rsidRDefault="00E71033" w:rsidP="00E71033">
      <w:pPr>
        <w:pStyle w:val="Nadpis2"/>
        <w:spacing w:before="0"/>
        <w:rPr>
          <w:rFonts w:ascii="Arial" w:eastAsia="Arial" w:hAnsi="Arial" w:cs="Arial"/>
          <w:color w:val="0070C0"/>
          <w:sz w:val="24"/>
        </w:rPr>
      </w:pPr>
      <w:bookmarkStart w:id="38" w:name="_Toc238333735"/>
      <w:r w:rsidRPr="00765D47">
        <w:rPr>
          <w:rFonts w:ascii="Arial" w:eastAsia="Arial" w:hAnsi="Arial" w:cs="Arial"/>
          <w:color w:val="0070C0"/>
          <w:sz w:val="24"/>
        </w:rPr>
        <w:lastRenderedPageBreak/>
        <w:t>5.3 Neskorší príchod dieťaťa do materskej školy</w:t>
      </w:r>
      <w:bookmarkEnd w:id="38"/>
    </w:p>
    <w:p w14:paraId="7F1BF707" w14:textId="77777777" w:rsidR="00F74900" w:rsidRPr="00F74900" w:rsidRDefault="00F74900" w:rsidP="002E1C4A">
      <w:pPr>
        <w:spacing w:after="0"/>
      </w:pPr>
    </w:p>
    <w:p w14:paraId="1D4448F0" w14:textId="77777777" w:rsidR="00E71033" w:rsidRPr="00E71033" w:rsidRDefault="00E71033" w:rsidP="00E71033">
      <w:pPr>
        <w:rPr>
          <w:szCs w:val="24"/>
          <w:lang w:val="sk-SK"/>
        </w:rPr>
      </w:pPr>
      <w:r w:rsidRPr="00E71033">
        <w:rPr>
          <w:szCs w:val="24"/>
          <w:lang w:val="sk-SK"/>
        </w:rPr>
        <w:t>Neskorší príchod dieťaťa je možný len vo výnimočných prípadoch, najmä z dôvodu návštevy lekára, rodinných dôvodov alebo iných odôvodnených okolností.</w:t>
      </w:r>
    </w:p>
    <w:p w14:paraId="5FAEEAA4" w14:textId="77777777" w:rsidR="00E71033" w:rsidRPr="00E71033" w:rsidRDefault="00E71033" w:rsidP="00E71033">
      <w:pPr>
        <w:rPr>
          <w:szCs w:val="24"/>
          <w:lang w:val="sk-SK"/>
        </w:rPr>
      </w:pPr>
      <w:r w:rsidRPr="00E71033">
        <w:rPr>
          <w:szCs w:val="24"/>
          <w:lang w:val="sk-SK"/>
        </w:rPr>
        <w:t>Ak zákonný zástupca vie, že dieťa príde do materskej školy neskôr, je povinný túto skutočnosť vopred oznámiť pedagogickému zamestnancovi príslušnej triedy alebo iným spôsobom určeným materskou školou.</w:t>
      </w:r>
    </w:p>
    <w:p w14:paraId="546C6C0B" w14:textId="77777777" w:rsidR="00E71033" w:rsidRPr="00E71033" w:rsidRDefault="00E71033" w:rsidP="00E71033">
      <w:pPr>
        <w:rPr>
          <w:szCs w:val="24"/>
          <w:lang w:val="sk-SK"/>
        </w:rPr>
      </w:pPr>
      <w:r w:rsidRPr="00E71033">
        <w:rPr>
          <w:szCs w:val="24"/>
          <w:lang w:val="sk-SK"/>
        </w:rPr>
        <w:t>Pri neskoršom príchode zákonný zástupca odovzdá dieťa osobne pedagogickému zamestnancovi. Nie je prípustné ponechať dieťa bez dozoru v šatni, na chodbe, pred budovou školy alebo v areáli materskej školy.</w:t>
      </w:r>
    </w:p>
    <w:p w14:paraId="5E79D35C" w14:textId="77777777" w:rsidR="00E71033" w:rsidRPr="00E71033" w:rsidRDefault="00E71033" w:rsidP="00E71033">
      <w:pPr>
        <w:rPr>
          <w:szCs w:val="24"/>
          <w:lang w:val="sk-SK"/>
        </w:rPr>
      </w:pPr>
      <w:r w:rsidRPr="00E71033">
        <w:rPr>
          <w:szCs w:val="24"/>
          <w:lang w:val="sk-SK"/>
        </w:rPr>
        <w:t>Neskorší príchod dieťaťa nesmie opakovane narúšať organizáciu denného režimu, výchovno-vzdelávaciu činnosť, stravovanie ani bezpečnosť ostatných detí.</w:t>
      </w:r>
    </w:p>
    <w:p w14:paraId="02AE69CF" w14:textId="77777777" w:rsidR="002B5246" w:rsidRPr="002B5246" w:rsidRDefault="00E71033" w:rsidP="004533A1">
      <w:pPr>
        <w:rPr>
          <w:szCs w:val="24"/>
          <w:lang w:val="sk-SK"/>
        </w:rPr>
      </w:pPr>
      <w:r w:rsidRPr="00E71033">
        <w:rPr>
          <w:szCs w:val="24"/>
          <w:lang w:val="sk-SK"/>
        </w:rPr>
        <w:t>Ak sa neskoré príchody dieťaťa opakujú bez vážneho dôvodu, materská škola prerokuje túto skutočnosť so zákonným zástupcom a dohodne ďalší postup.</w:t>
      </w:r>
    </w:p>
    <w:p w14:paraId="781DE790" w14:textId="77777777" w:rsidR="002B5246" w:rsidRPr="004533A1" w:rsidRDefault="004533A1" w:rsidP="004533A1">
      <w:pPr>
        <w:rPr>
          <w:b/>
          <w:bCs/>
          <w:szCs w:val="24"/>
          <w:lang w:val="sk-SK"/>
        </w:rPr>
      </w:pPr>
      <w:r w:rsidRPr="004533A1">
        <w:rPr>
          <w:b/>
          <w:bCs/>
          <w:szCs w:val="24"/>
          <w:lang w:val="sk-SK"/>
        </w:rPr>
        <w:t>Neprítomnosť dieťaťa</w:t>
      </w:r>
    </w:p>
    <w:p w14:paraId="2E497674" w14:textId="77777777" w:rsidR="00256B48" w:rsidRPr="004533A1" w:rsidRDefault="004533A1" w:rsidP="004533A1">
      <w:pPr>
        <w:rPr>
          <w:szCs w:val="24"/>
          <w:lang w:val="sk-SK"/>
        </w:rPr>
      </w:pPr>
      <w:r w:rsidRPr="004533A1">
        <w:rPr>
          <w:szCs w:val="24"/>
          <w:lang w:val="sk-SK"/>
        </w:rPr>
        <w:t>Ak sa dieťa nemôže zúčastniť na výchove a vzdelávaní, zákonný zástupca oznámi jeho neprítomnosť materskej škole bez zbytočného odkladu spôsobom určeným školou.</w:t>
      </w:r>
    </w:p>
    <w:p w14:paraId="5352035A" w14:textId="77777777" w:rsidR="004533A1" w:rsidRPr="004533A1" w:rsidRDefault="004533A1" w:rsidP="004533A1">
      <w:pPr>
        <w:rPr>
          <w:szCs w:val="24"/>
          <w:lang w:val="sk-SK"/>
        </w:rPr>
      </w:pPr>
      <w:r w:rsidRPr="004533A1">
        <w:rPr>
          <w:szCs w:val="24"/>
          <w:lang w:val="sk-SK"/>
        </w:rPr>
        <w:t>Pri neprítomnosti dieťaťa zákonný zástupca postupuje podľa pravidiel ospravedlňovania detí uvedených v školskom poriadku.</w:t>
      </w:r>
    </w:p>
    <w:p w14:paraId="0C576AEA" w14:textId="77777777" w:rsidR="00846070" w:rsidRPr="004D2E59" w:rsidRDefault="00846070" w:rsidP="00846070">
      <w:pPr>
        <w:rPr>
          <w:b/>
          <w:bCs/>
          <w:szCs w:val="24"/>
        </w:rPr>
      </w:pPr>
      <w:r w:rsidRPr="004D2E59">
        <w:rPr>
          <w:b/>
          <w:bCs/>
          <w:szCs w:val="24"/>
        </w:rPr>
        <w:t>Ospravedlňovanie neprítomnosti dieťaťa v materskej škole</w:t>
      </w:r>
    </w:p>
    <w:p w14:paraId="10AD56F9" w14:textId="77777777" w:rsidR="00846070" w:rsidRPr="004D2E59" w:rsidRDefault="00846070" w:rsidP="00846070">
      <w:pPr>
        <w:rPr>
          <w:szCs w:val="24"/>
        </w:rPr>
      </w:pPr>
      <w:r w:rsidRPr="004D2E59">
        <w:rPr>
          <w:szCs w:val="24"/>
        </w:rPr>
        <w:t>Táto časť školského poriadku upravuje postup pri oznamovaní, preukazovaní a ospravedlňovaní neprítomnosti dieťaťa v materskej škole. Osobitne sa vzťahuje na deti, ktoré plnia povinné predprimárne vzdelávanie, vrátane detí pokračujúcich v plnení povinného predprimárneho vzdelávania.</w:t>
      </w:r>
    </w:p>
    <w:p w14:paraId="64EE3844" w14:textId="77777777" w:rsidR="00846070" w:rsidRPr="004D2E59" w:rsidRDefault="00846070" w:rsidP="00846070">
      <w:pPr>
        <w:rPr>
          <w:szCs w:val="24"/>
        </w:rPr>
      </w:pPr>
      <w:r w:rsidRPr="004D2E59">
        <w:rPr>
          <w:szCs w:val="24"/>
        </w:rPr>
        <w:t>Pri deťoch, pre ktoré predprimárne vzdelávanie nie je povinné, sa neprítomnosť ospravedlňuje primerane podľa pravidiel materskej školy, najmä z dôvodu vedenia dochádzky, zabezpečenia prevádzky a odhlasovania zo stravy.</w:t>
      </w:r>
    </w:p>
    <w:p w14:paraId="21F1702E" w14:textId="77777777" w:rsidR="00846070" w:rsidRPr="004D2E59" w:rsidRDefault="00846070" w:rsidP="00846070">
      <w:pPr>
        <w:rPr>
          <w:b/>
          <w:bCs/>
          <w:szCs w:val="24"/>
        </w:rPr>
      </w:pPr>
      <w:r w:rsidRPr="004D2E59">
        <w:rPr>
          <w:b/>
          <w:bCs/>
          <w:szCs w:val="24"/>
        </w:rPr>
        <w:t>Povinnosť zákonného zástupcu</w:t>
      </w:r>
    </w:p>
    <w:p w14:paraId="466968A1" w14:textId="77777777" w:rsidR="00846070" w:rsidRPr="004D2E59" w:rsidRDefault="00846070" w:rsidP="00846070">
      <w:pPr>
        <w:rPr>
          <w:szCs w:val="24"/>
        </w:rPr>
      </w:pPr>
      <w:r w:rsidRPr="004D2E59">
        <w:rPr>
          <w:szCs w:val="24"/>
        </w:rPr>
        <w:t>Zákonný zástupca je povinný dbať o to, aby dieťa dochádzalo do materskej školy pravidelne a včas. Ak sa dieťa nemôže zúčastniť na výchove a vzdelávaní, zákonný zástupca je povinný oznámiť materskej škole dôvod neprítomnosti bez zbytočného odkladu.</w:t>
      </w:r>
    </w:p>
    <w:p w14:paraId="54DFD31C" w14:textId="77777777" w:rsidR="00846070" w:rsidRPr="004D2E59" w:rsidRDefault="00846070" w:rsidP="00846070">
      <w:pPr>
        <w:rPr>
          <w:szCs w:val="24"/>
        </w:rPr>
      </w:pPr>
      <w:r w:rsidRPr="004D2E59">
        <w:rPr>
          <w:szCs w:val="24"/>
        </w:rPr>
        <w:t xml:space="preserve">Neprítomnosť dieťaťa zákonný zástupca oznamuje materskej škole najneskôr do </w:t>
      </w:r>
      <w:r w:rsidRPr="004D2E59">
        <w:rPr>
          <w:b/>
          <w:bCs/>
          <w:szCs w:val="24"/>
        </w:rPr>
        <w:t>8:00 hod.</w:t>
      </w:r>
      <w:r w:rsidRPr="004D2E59">
        <w:rPr>
          <w:szCs w:val="24"/>
        </w:rPr>
        <w:t xml:space="preserve"> v deň neprítomnosti, ak mu v tom nebráni vážna prekážka. Oznámenie neprítomnosti sa vykonáva spôsobom určeným materskou školou, najmä </w:t>
      </w:r>
      <w:r w:rsidRPr="004D2E59">
        <w:rPr>
          <w:szCs w:val="24"/>
        </w:rPr>
        <w:lastRenderedPageBreak/>
        <w:t xml:space="preserve">prostredníctvom informačného systému, e-mailom, </w:t>
      </w:r>
      <w:r>
        <w:rPr>
          <w:szCs w:val="24"/>
        </w:rPr>
        <w:t xml:space="preserve">písomne, </w:t>
      </w:r>
      <w:r w:rsidRPr="004D2E59">
        <w:rPr>
          <w:szCs w:val="24"/>
        </w:rPr>
        <w:t>telefonicky alebo osobne.</w:t>
      </w:r>
    </w:p>
    <w:p w14:paraId="29B2C538" w14:textId="77777777" w:rsidR="00846070" w:rsidRPr="004D2E59" w:rsidRDefault="00846070" w:rsidP="00846070">
      <w:pPr>
        <w:rPr>
          <w:szCs w:val="24"/>
        </w:rPr>
      </w:pPr>
      <w:r w:rsidRPr="004D2E59">
        <w:rPr>
          <w:szCs w:val="24"/>
        </w:rPr>
        <w:t xml:space="preserve">Oznámenie neprítomnosti dieťaťa nenahrádza odhlásenie zo stravy, ak školská jedáleň alebo materská škola neurčí inak. Dieťa je potrebné zo stravy odhlásiť podľa pravidiel školskej jedálne, spravidla najneskôr do </w:t>
      </w:r>
      <w:r w:rsidRPr="004D2E59">
        <w:rPr>
          <w:b/>
          <w:bCs/>
          <w:szCs w:val="24"/>
        </w:rPr>
        <w:t>8:00 hod.</w:t>
      </w:r>
      <w:r w:rsidRPr="004D2E59">
        <w:rPr>
          <w:szCs w:val="24"/>
        </w:rPr>
        <w:t xml:space="preserve"> príslušného dňa.</w:t>
      </w:r>
    </w:p>
    <w:p w14:paraId="4A44CC56" w14:textId="77777777" w:rsidR="00846070" w:rsidRPr="004D2E59" w:rsidRDefault="00846070" w:rsidP="00846070">
      <w:pPr>
        <w:rPr>
          <w:b/>
          <w:bCs/>
          <w:szCs w:val="24"/>
        </w:rPr>
      </w:pPr>
      <w:r w:rsidRPr="004D2E59">
        <w:rPr>
          <w:b/>
          <w:bCs/>
          <w:szCs w:val="24"/>
        </w:rPr>
        <w:t>Ospravedlniteľné dôvody neprítomnosti</w:t>
      </w:r>
    </w:p>
    <w:p w14:paraId="4C5FD4A9" w14:textId="77777777" w:rsidR="00846070" w:rsidRPr="004D2E59" w:rsidRDefault="00846070" w:rsidP="00846070">
      <w:pPr>
        <w:rPr>
          <w:szCs w:val="24"/>
        </w:rPr>
      </w:pPr>
      <w:r w:rsidRPr="004D2E59">
        <w:rPr>
          <w:szCs w:val="24"/>
        </w:rPr>
        <w:t>Za ospravedlniteľný dôvod neprítomnosti dieťaťa sa považuje najmä:</w:t>
      </w:r>
    </w:p>
    <w:p w14:paraId="136E33EF" w14:textId="77777777" w:rsidR="00846070" w:rsidRPr="004D2E59" w:rsidRDefault="00846070" w:rsidP="00846070">
      <w:pPr>
        <w:numPr>
          <w:ilvl w:val="0"/>
          <w:numId w:val="121"/>
        </w:numPr>
        <w:rPr>
          <w:szCs w:val="24"/>
        </w:rPr>
      </w:pPr>
      <w:r w:rsidRPr="004D2E59">
        <w:rPr>
          <w:szCs w:val="24"/>
        </w:rPr>
        <w:t>choroba alebo úraz dieťaťa,</w:t>
      </w:r>
    </w:p>
    <w:p w14:paraId="05CB17D1" w14:textId="77777777" w:rsidR="00846070" w:rsidRPr="004D2E59" w:rsidRDefault="00846070" w:rsidP="00846070">
      <w:pPr>
        <w:numPr>
          <w:ilvl w:val="0"/>
          <w:numId w:val="121"/>
        </w:numPr>
        <w:rPr>
          <w:szCs w:val="24"/>
        </w:rPr>
      </w:pPr>
      <w:r w:rsidRPr="004D2E59">
        <w:rPr>
          <w:szCs w:val="24"/>
        </w:rPr>
        <w:t>lekárom nariadený zákaz dochádzky do materskej školy,</w:t>
      </w:r>
    </w:p>
    <w:p w14:paraId="5B5D650C" w14:textId="77777777" w:rsidR="00846070" w:rsidRPr="004D2E59" w:rsidRDefault="00846070" w:rsidP="00846070">
      <w:pPr>
        <w:numPr>
          <w:ilvl w:val="0"/>
          <w:numId w:val="121"/>
        </w:numPr>
        <w:rPr>
          <w:szCs w:val="24"/>
        </w:rPr>
      </w:pPr>
      <w:r w:rsidRPr="004D2E59">
        <w:rPr>
          <w:szCs w:val="24"/>
        </w:rPr>
        <w:t>mimoriadne nepriaznivé poveternostné podmienky,</w:t>
      </w:r>
    </w:p>
    <w:p w14:paraId="28FA5913" w14:textId="77777777" w:rsidR="00846070" w:rsidRPr="004D2E59" w:rsidRDefault="00846070" w:rsidP="00846070">
      <w:pPr>
        <w:numPr>
          <w:ilvl w:val="0"/>
          <w:numId w:val="121"/>
        </w:numPr>
        <w:rPr>
          <w:szCs w:val="24"/>
        </w:rPr>
      </w:pPr>
      <w:r w:rsidRPr="004D2E59">
        <w:rPr>
          <w:szCs w:val="24"/>
        </w:rPr>
        <w:t>náhle prerušenie premávky hromadných dopravných prostriedkov,</w:t>
      </w:r>
    </w:p>
    <w:p w14:paraId="2737EDF8" w14:textId="77777777" w:rsidR="00846070" w:rsidRPr="004D2E59" w:rsidRDefault="00846070" w:rsidP="00846070">
      <w:pPr>
        <w:numPr>
          <w:ilvl w:val="0"/>
          <w:numId w:val="121"/>
        </w:numPr>
        <w:rPr>
          <w:szCs w:val="24"/>
        </w:rPr>
      </w:pPr>
      <w:r w:rsidRPr="004D2E59">
        <w:rPr>
          <w:szCs w:val="24"/>
        </w:rPr>
        <w:t>mimoriadna udalosť v rodine,</w:t>
      </w:r>
    </w:p>
    <w:p w14:paraId="27B1022F" w14:textId="77777777" w:rsidR="00846070" w:rsidRPr="004D2E59" w:rsidRDefault="00846070" w:rsidP="00846070">
      <w:pPr>
        <w:numPr>
          <w:ilvl w:val="0"/>
          <w:numId w:val="121"/>
        </w:numPr>
        <w:rPr>
          <w:szCs w:val="24"/>
        </w:rPr>
      </w:pPr>
      <w:r w:rsidRPr="004D2E59">
        <w:rPr>
          <w:szCs w:val="24"/>
        </w:rPr>
        <w:t>účasť dieťaťa na súťaži alebo podujatí, ktoré nie je organizované materskou školou,</w:t>
      </w:r>
    </w:p>
    <w:p w14:paraId="4CAD9CAA" w14:textId="77777777" w:rsidR="00846070" w:rsidRPr="004D2E59" w:rsidRDefault="00846070" w:rsidP="00846070">
      <w:pPr>
        <w:numPr>
          <w:ilvl w:val="0"/>
          <w:numId w:val="121"/>
        </w:numPr>
        <w:rPr>
          <w:szCs w:val="24"/>
        </w:rPr>
      </w:pPr>
      <w:r w:rsidRPr="004D2E59">
        <w:rPr>
          <w:szCs w:val="24"/>
        </w:rPr>
        <w:t>iný preukázaný dôvod, ktorý objektívne bráni účasti dieťaťa na výchove a vzdelávaní.</w:t>
      </w:r>
    </w:p>
    <w:p w14:paraId="3B600C8F" w14:textId="77777777" w:rsidR="00846070" w:rsidRPr="004D2E59" w:rsidRDefault="00846070" w:rsidP="00846070">
      <w:pPr>
        <w:rPr>
          <w:szCs w:val="24"/>
        </w:rPr>
      </w:pPr>
      <w:r w:rsidRPr="004D2E59">
        <w:rPr>
          <w:szCs w:val="24"/>
        </w:rPr>
        <w:t>Materská škola môže ospravedlniť neprítomnosť dieťaťa aj z iného vážneho dôvodu, ak zákonný zástupca tento dôvod oznámi a primerane preukáže.</w:t>
      </w:r>
    </w:p>
    <w:p w14:paraId="6ECEABE1" w14:textId="77777777" w:rsidR="00846070" w:rsidRPr="004D2E59" w:rsidRDefault="00846070" w:rsidP="00846070">
      <w:pPr>
        <w:rPr>
          <w:b/>
          <w:bCs/>
          <w:szCs w:val="24"/>
        </w:rPr>
      </w:pPr>
      <w:r w:rsidRPr="004D2E59">
        <w:rPr>
          <w:b/>
          <w:bCs/>
          <w:szCs w:val="24"/>
        </w:rPr>
        <w:t>Spôsob preukazovania dôvodu neprítomnosti</w:t>
      </w:r>
    </w:p>
    <w:p w14:paraId="09A4C017" w14:textId="77777777" w:rsidR="00846070" w:rsidRPr="004D2E59" w:rsidRDefault="00846070" w:rsidP="00846070">
      <w:pPr>
        <w:rPr>
          <w:szCs w:val="24"/>
        </w:rPr>
      </w:pPr>
      <w:r w:rsidRPr="004D2E59">
        <w:rPr>
          <w:szCs w:val="24"/>
        </w:rPr>
        <w:t>Dôvod neprítomnosti dieťaťa preukazuje zákonný zástupca podľa povahy dôvodu. Materská škola môže požadovať doklad v primeranom rozsahu, najmä ak ide o dieťa plniace povinné predprimárne vzdelávanie.</w:t>
      </w:r>
    </w:p>
    <w:tbl>
      <w:tblPr>
        <w:tblStyle w:val="Mriekatabuky"/>
        <w:tblW w:w="0" w:type="auto"/>
        <w:tblCellSpacing w:w="15" w:type="dxa"/>
        <w:tblCellMar>
          <w:top w:w="15" w:type="dxa"/>
          <w:left w:w="15" w:type="dxa"/>
          <w:bottom w:w="15" w:type="dxa"/>
          <w:right w:w="15" w:type="dxa"/>
        </w:tblCellMar>
        <w:tblLook w:val="04A0" w:firstRow="1" w:lastRow="0" w:firstColumn="1" w:lastColumn="0" w:noHBand="0" w:noVBand="1"/>
      </w:tblPr>
      <w:tblGrid>
        <w:gridCol w:w="4385"/>
        <w:gridCol w:w="4677"/>
      </w:tblGrid>
      <w:tr w:rsidR="00846070" w:rsidRPr="004D2E59" w14:paraId="3195FC3F" w14:textId="77777777" w:rsidTr="005260BA">
        <w:trPr>
          <w:tblHeader/>
          <w:tblCellSpacing w:w="15" w:type="dxa"/>
        </w:trPr>
        <w:tc>
          <w:tcPr>
            <w:tcW w:w="0" w:type="auto"/>
            <w:shd w:val="clear" w:color="auto" w:fill="D9EAF7"/>
            <w:hideMark/>
          </w:tcPr>
          <w:p w14:paraId="1069F4D2" w14:textId="77777777" w:rsidR="00846070" w:rsidRPr="004D2E59" w:rsidRDefault="00846070" w:rsidP="005260BA">
            <w:pPr>
              <w:spacing w:after="60"/>
              <w:rPr>
                <w:b/>
                <w:bCs/>
                <w:szCs w:val="24"/>
              </w:rPr>
            </w:pPr>
            <w:r w:rsidRPr="004D2E59">
              <w:rPr>
                <w:b/>
                <w:bCs/>
                <w:sz w:val="22"/>
                <w:szCs w:val="24"/>
              </w:rPr>
              <w:t>Dôvod neprítomnosti</w:t>
            </w:r>
          </w:p>
        </w:tc>
        <w:tc>
          <w:tcPr>
            <w:tcW w:w="0" w:type="auto"/>
            <w:shd w:val="clear" w:color="auto" w:fill="D9EAF7"/>
            <w:hideMark/>
          </w:tcPr>
          <w:p w14:paraId="4BE1D42F" w14:textId="77777777" w:rsidR="00846070" w:rsidRPr="004D2E59" w:rsidRDefault="00846070" w:rsidP="005260BA">
            <w:pPr>
              <w:spacing w:after="60"/>
              <w:rPr>
                <w:b/>
                <w:bCs/>
                <w:szCs w:val="24"/>
              </w:rPr>
            </w:pPr>
            <w:r w:rsidRPr="004D2E59">
              <w:rPr>
                <w:b/>
                <w:bCs/>
                <w:sz w:val="22"/>
                <w:szCs w:val="24"/>
              </w:rPr>
              <w:t>Spôsob preukázania</w:t>
            </w:r>
          </w:p>
        </w:tc>
      </w:tr>
      <w:tr w:rsidR="00846070" w:rsidRPr="004D2E59" w14:paraId="2FD86C7C" w14:textId="77777777" w:rsidTr="005260BA">
        <w:trPr>
          <w:tblCellSpacing w:w="15" w:type="dxa"/>
        </w:trPr>
        <w:tc>
          <w:tcPr>
            <w:tcW w:w="0" w:type="auto"/>
            <w:hideMark/>
          </w:tcPr>
          <w:p w14:paraId="61FAC950" w14:textId="77777777" w:rsidR="00846070" w:rsidRPr="004D2E59" w:rsidRDefault="00846070" w:rsidP="005260BA">
            <w:pPr>
              <w:spacing w:after="60"/>
              <w:rPr>
                <w:szCs w:val="24"/>
              </w:rPr>
            </w:pPr>
            <w:r w:rsidRPr="004D2E59">
              <w:rPr>
                <w:sz w:val="22"/>
                <w:szCs w:val="24"/>
              </w:rPr>
              <w:t>Choroba alebo úraz v rozsahu, pri ktorom sa nevyžaduje potvrdenie od lekára</w:t>
            </w:r>
          </w:p>
        </w:tc>
        <w:tc>
          <w:tcPr>
            <w:tcW w:w="0" w:type="auto"/>
            <w:hideMark/>
          </w:tcPr>
          <w:p w14:paraId="6D09E664" w14:textId="77777777" w:rsidR="00846070" w:rsidRPr="004D2E59" w:rsidRDefault="00846070" w:rsidP="005260BA">
            <w:pPr>
              <w:spacing w:after="60"/>
              <w:rPr>
                <w:szCs w:val="24"/>
              </w:rPr>
            </w:pPr>
            <w:r w:rsidRPr="004D2E59">
              <w:rPr>
                <w:sz w:val="22"/>
                <w:szCs w:val="24"/>
              </w:rPr>
              <w:t>Žiadosť alebo oznámenie zákonného zástupcu o ospravedlnenie neprítomnosti</w:t>
            </w:r>
          </w:p>
        </w:tc>
      </w:tr>
      <w:tr w:rsidR="00846070" w:rsidRPr="004D2E59" w14:paraId="31BD62BB" w14:textId="77777777" w:rsidTr="005260BA">
        <w:trPr>
          <w:tblCellSpacing w:w="15" w:type="dxa"/>
        </w:trPr>
        <w:tc>
          <w:tcPr>
            <w:tcW w:w="0" w:type="auto"/>
            <w:hideMark/>
          </w:tcPr>
          <w:p w14:paraId="1CC6A917" w14:textId="77777777" w:rsidR="00846070" w:rsidRPr="004D2E59" w:rsidRDefault="00846070" w:rsidP="005260BA">
            <w:pPr>
              <w:spacing w:after="60"/>
              <w:rPr>
                <w:szCs w:val="24"/>
              </w:rPr>
            </w:pPr>
            <w:r w:rsidRPr="004D2E59">
              <w:rPr>
                <w:sz w:val="22"/>
                <w:szCs w:val="24"/>
              </w:rPr>
              <w:t>Choroba alebo úraz nad určený počet vyučovacích dní</w:t>
            </w:r>
          </w:p>
        </w:tc>
        <w:tc>
          <w:tcPr>
            <w:tcW w:w="0" w:type="auto"/>
            <w:hideMark/>
          </w:tcPr>
          <w:p w14:paraId="0C519B3E" w14:textId="77777777" w:rsidR="00846070" w:rsidRPr="004D2E59" w:rsidRDefault="00846070" w:rsidP="005260BA">
            <w:pPr>
              <w:spacing w:after="60"/>
              <w:rPr>
                <w:szCs w:val="24"/>
              </w:rPr>
            </w:pPr>
            <w:r w:rsidRPr="004D2E59">
              <w:rPr>
                <w:sz w:val="22"/>
                <w:szCs w:val="24"/>
              </w:rPr>
              <w:t>Potvrdenie od lekára</w:t>
            </w:r>
          </w:p>
        </w:tc>
      </w:tr>
      <w:tr w:rsidR="00846070" w:rsidRPr="004D2E59" w14:paraId="667A9766" w14:textId="77777777" w:rsidTr="005260BA">
        <w:trPr>
          <w:tblCellSpacing w:w="15" w:type="dxa"/>
        </w:trPr>
        <w:tc>
          <w:tcPr>
            <w:tcW w:w="0" w:type="auto"/>
            <w:hideMark/>
          </w:tcPr>
          <w:p w14:paraId="4981652B" w14:textId="77777777" w:rsidR="00846070" w:rsidRPr="004D2E59" w:rsidRDefault="00846070" w:rsidP="005260BA">
            <w:pPr>
              <w:spacing w:after="60"/>
              <w:rPr>
                <w:szCs w:val="24"/>
              </w:rPr>
            </w:pPr>
            <w:r w:rsidRPr="004D2E59">
              <w:rPr>
                <w:sz w:val="22"/>
                <w:szCs w:val="24"/>
              </w:rPr>
              <w:t>Lekárom nariadený zákaz dochádzky do materskej školy</w:t>
            </w:r>
          </w:p>
        </w:tc>
        <w:tc>
          <w:tcPr>
            <w:tcW w:w="0" w:type="auto"/>
            <w:hideMark/>
          </w:tcPr>
          <w:p w14:paraId="0412F62C" w14:textId="77777777" w:rsidR="00846070" w:rsidRPr="004D2E59" w:rsidRDefault="00846070" w:rsidP="005260BA">
            <w:pPr>
              <w:spacing w:after="60"/>
              <w:rPr>
                <w:szCs w:val="24"/>
              </w:rPr>
            </w:pPr>
            <w:r w:rsidRPr="004D2E59">
              <w:rPr>
                <w:sz w:val="22"/>
                <w:szCs w:val="24"/>
              </w:rPr>
              <w:t>Potvrdenie alebo odporúčanie lekára</w:t>
            </w:r>
          </w:p>
        </w:tc>
      </w:tr>
      <w:tr w:rsidR="00846070" w:rsidRPr="004D2E59" w14:paraId="44613A0A" w14:textId="77777777" w:rsidTr="005260BA">
        <w:trPr>
          <w:tblCellSpacing w:w="15" w:type="dxa"/>
        </w:trPr>
        <w:tc>
          <w:tcPr>
            <w:tcW w:w="0" w:type="auto"/>
            <w:hideMark/>
          </w:tcPr>
          <w:p w14:paraId="080F24B6" w14:textId="77777777" w:rsidR="00846070" w:rsidRPr="004D2E59" w:rsidRDefault="00846070" w:rsidP="005260BA">
            <w:pPr>
              <w:spacing w:after="60"/>
              <w:rPr>
                <w:szCs w:val="24"/>
              </w:rPr>
            </w:pPr>
            <w:r w:rsidRPr="004D2E59">
              <w:rPr>
                <w:sz w:val="22"/>
                <w:szCs w:val="24"/>
              </w:rPr>
              <w:t>Rodinné dôvody</w:t>
            </w:r>
          </w:p>
        </w:tc>
        <w:tc>
          <w:tcPr>
            <w:tcW w:w="0" w:type="auto"/>
            <w:hideMark/>
          </w:tcPr>
          <w:p w14:paraId="480008DF" w14:textId="77777777" w:rsidR="00846070" w:rsidRPr="004D2E59" w:rsidRDefault="00846070" w:rsidP="005260BA">
            <w:pPr>
              <w:spacing w:after="60"/>
              <w:rPr>
                <w:szCs w:val="24"/>
              </w:rPr>
            </w:pPr>
            <w:r w:rsidRPr="004D2E59">
              <w:rPr>
                <w:sz w:val="22"/>
                <w:szCs w:val="24"/>
              </w:rPr>
              <w:t>Písomná žiadosť alebo oznámenie zákonného zástupcu</w:t>
            </w:r>
          </w:p>
        </w:tc>
      </w:tr>
      <w:tr w:rsidR="00846070" w:rsidRPr="004D2E59" w14:paraId="0B428F8C" w14:textId="77777777" w:rsidTr="005260BA">
        <w:trPr>
          <w:tblCellSpacing w:w="15" w:type="dxa"/>
        </w:trPr>
        <w:tc>
          <w:tcPr>
            <w:tcW w:w="0" w:type="auto"/>
            <w:hideMark/>
          </w:tcPr>
          <w:p w14:paraId="60FC621B" w14:textId="77777777" w:rsidR="00846070" w:rsidRPr="004D2E59" w:rsidRDefault="00846070" w:rsidP="005260BA">
            <w:pPr>
              <w:spacing w:after="60"/>
              <w:rPr>
                <w:szCs w:val="24"/>
              </w:rPr>
            </w:pPr>
            <w:r w:rsidRPr="004D2E59">
              <w:rPr>
                <w:sz w:val="22"/>
                <w:szCs w:val="24"/>
              </w:rPr>
              <w:t>Mimoriadna udalosť v rodine</w:t>
            </w:r>
          </w:p>
        </w:tc>
        <w:tc>
          <w:tcPr>
            <w:tcW w:w="0" w:type="auto"/>
            <w:hideMark/>
          </w:tcPr>
          <w:p w14:paraId="4D4C82CB" w14:textId="77777777" w:rsidR="00846070" w:rsidRPr="004D2E59" w:rsidRDefault="00846070" w:rsidP="005260BA">
            <w:pPr>
              <w:spacing w:after="60"/>
              <w:rPr>
                <w:szCs w:val="24"/>
              </w:rPr>
            </w:pPr>
            <w:r w:rsidRPr="004D2E59">
              <w:rPr>
                <w:sz w:val="22"/>
                <w:szCs w:val="24"/>
              </w:rPr>
              <w:t>Oznámenie zákonného zástupcu, podľa potreby iný primeraný doklad</w:t>
            </w:r>
          </w:p>
        </w:tc>
      </w:tr>
      <w:tr w:rsidR="00846070" w:rsidRPr="004D2E59" w14:paraId="7147A4B7" w14:textId="77777777" w:rsidTr="005260BA">
        <w:trPr>
          <w:tblCellSpacing w:w="15" w:type="dxa"/>
        </w:trPr>
        <w:tc>
          <w:tcPr>
            <w:tcW w:w="0" w:type="auto"/>
            <w:hideMark/>
          </w:tcPr>
          <w:p w14:paraId="1389B39F" w14:textId="77777777" w:rsidR="00846070" w:rsidRPr="004D2E59" w:rsidRDefault="00846070" w:rsidP="005260BA">
            <w:pPr>
              <w:spacing w:after="60"/>
              <w:rPr>
                <w:szCs w:val="24"/>
              </w:rPr>
            </w:pPr>
            <w:r w:rsidRPr="004D2E59">
              <w:rPr>
                <w:sz w:val="22"/>
                <w:szCs w:val="24"/>
              </w:rPr>
              <w:lastRenderedPageBreak/>
              <w:t>Mimoriadne nepriaznivé počasie alebo prerušenie dopravy</w:t>
            </w:r>
          </w:p>
        </w:tc>
        <w:tc>
          <w:tcPr>
            <w:tcW w:w="0" w:type="auto"/>
            <w:hideMark/>
          </w:tcPr>
          <w:p w14:paraId="24BC925C" w14:textId="77777777" w:rsidR="00846070" w:rsidRPr="004D2E59" w:rsidRDefault="00846070" w:rsidP="005260BA">
            <w:pPr>
              <w:spacing w:after="60"/>
              <w:rPr>
                <w:szCs w:val="24"/>
              </w:rPr>
            </w:pPr>
            <w:r w:rsidRPr="004D2E59">
              <w:rPr>
                <w:sz w:val="22"/>
                <w:szCs w:val="24"/>
              </w:rPr>
              <w:t>Oznámenie zákonného zástupcu, prípadne verejne dostupná informácia</w:t>
            </w:r>
          </w:p>
        </w:tc>
      </w:tr>
      <w:tr w:rsidR="00846070" w:rsidRPr="004D2E59" w14:paraId="062D3ECC" w14:textId="77777777" w:rsidTr="005260BA">
        <w:trPr>
          <w:tblCellSpacing w:w="15" w:type="dxa"/>
        </w:trPr>
        <w:tc>
          <w:tcPr>
            <w:tcW w:w="0" w:type="auto"/>
            <w:hideMark/>
          </w:tcPr>
          <w:p w14:paraId="648703C1" w14:textId="77777777" w:rsidR="00846070" w:rsidRPr="004D2E59" w:rsidRDefault="00846070" w:rsidP="005260BA">
            <w:pPr>
              <w:spacing w:after="60"/>
              <w:rPr>
                <w:szCs w:val="24"/>
              </w:rPr>
            </w:pPr>
            <w:r w:rsidRPr="004D2E59">
              <w:rPr>
                <w:sz w:val="22"/>
                <w:szCs w:val="24"/>
              </w:rPr>
              <w:t>Účasť na súťaži alebo inom podujatí mimo materskej školy</w:t>
            </w:r>
          </w:p>
        </w:tc>
        <w:tc>
          <w:tcPr>
            <w:tcW w:w="0" w:type="auto"/>
            <w:hideMark/>
          </w:tcPr>
          <w:p w14:paraId="2AA7E5F2" w14:textId="77777777" w:rsidR="00846070" w:rsidRPr="004D2E59" w:rsidRDefault="00846070" w:rsidP="005260BA">
            <w:pPr>
              <w:spacing w:after="60"/>
              <w:rPr>
                <w:szCs w:val="24"/>
              </w:rPr>
            </w:pPr>
            <w:r w:rsidRPr="004D2E59">
              <w:rPr>
                <w:sz w:val="22"/>
                <w:szCs w:val="24"/>
              </w:rPr>
              <w:t>Oznámenie zákonného zástupcu, prípadne pozvánka alebo potvrdenie organizátora</w:t>
            </w:r>
          </w:p>
        </w:tc>
      </w:tr>
      <w:tr w:rsidR="00846070" w:rsidRPr="004D2E59" w14:paraId="112AD22F" w14:textId="77777777" w:rsidTr="005260BA">
        <w:trPr>
          <w:tblCellSpacing w:w="15" w:type="dxa"/>
        </w:trPr>
        <w:tc>
          <w:tcPr>
            <w:tcW w:w="0" w:type="auto"/>
            <w:hideMark/>
          </w:tcPr>
          <w:p w14:paraId="10CECF56" w14:textId="77777777" w:rsidR="00846070" w:rsidRPr="004D2E59" w:rsidRDefault="00846070" w:rsidP="005260BA">
            <w:pPr>
              <w:spacing w:after="60"/>
              <w:rPr>
                <w:szCs w:val="24"/>
              </w:rPr>
            </w:pPr>
            <w:r w:rsidRPr="004D2E59">
              <w:rPr>
                <w:sz w:val="22"/>
                <w:szCs w:val="24"/>
              </w:rPr>
              <w:t>Iný vážny dôvod</w:t>
            </w:r>
          </w:p>
        </w:tc>
        <w:tc>
          <w:tcPr>
            <w:tcW w:w="0" w:type="auto"/>
            <w:hideMark/>
          </w:tcPr>
          <w:p w14:paraId="68F4C4B2" w14:textId="77777777" w:rsidR="00846070" w:rsidRPr="004D2E59" w:rsidRDefault="00846070" w:rsidP="005260BA">
            <w:pPr>
              <w:spacing w:after="60"/>
              <w:rPr>
                <w:szCs w:val="24"/>
              </w:rPr>
            </w:pPr>
            <w:r w:rsidRPr="004D2E59">
              <w:rPr>
                <w:sz w:val="22"/>
                <w:szCs w:val="24"/>
              </w:rPr>
              <w:t>Doklad alebo vysvetlenie podľa povahy dôvodu</w:t>
            </w:r>
          </w:p>
        </w:tc>
      </w:tr>
    </w:tbl>
    <w:p w14:paraId="32CE0FAB" w14:textId="77777777" w:rsidR="00846070" w:rsidRPr="004D2E59" w:rsidRDefault="00846070" w:rsidP="00846070">
      <w:pPr>
        <w:rPr>
          <w:szCs w:val="24"/>
        </w:rPr>
      </w:pPr>
      <w:r w:rsidRPr="004D2E59">
        <w:rPr>
          <w:szCs w:val="24"/>
        </w:rPr>
        <w:t xml:space="preserve">Zákonný zástupca je povinný preukázať dôvod neprítomnosti </w:t>
      </w:r>
      <w:r w:rsidRPr="004D2E59">
        <w:rPr>
          <w:b/>
          <w:bCs/>
          <w:szCs w:val="24"/>
        </w:rPr>
        <w:t>najneskôr pri opätovnom nástupe dieťaťa do materskej školy</w:t>
      </w:r>
      <w:r w:rsidRPr="004D2E59">
        <w:rPr>
          <w:szCs w:val="24"/>
        </w:rPr>
        <w:t>, ak materská škola neurčí inú primeranú lehotu.</w:t>
      </w:r>
    </w:p>
    <w:p w14:paraId="263BEE9C" w14:textId="77777777" w:rsidR="00846070" w:rsidRPr="004D2E59" w:rsidRDefault="00846070" w:rsidP="00846070">
      <w:pPr>
        <w:rPr>
          <w:b/>
          <w:bCs/>
          <w:szCs w:val="24"/>
        </w:rPr>
      </w:pPr>
      <w:r w:rsidRPr="004D2E59">
        <w:rPr>
          <w:b/>
          <w:bCs/>
          <w:szCs w:val="24"/>
        </w:rPr>
        <w:t>Vyučovacie dni a školské prázdniny</w:t>
      </w:r>
    </w:p>
    <w:p w14:paraId="643DA831" w14:textId="77777777" w:rsidR="00846070" w:rsidRPr="004D2E59" w:rsidRDefault="00846070" w:rsidP="00846070">
      <w:pPr>
        <w:rPr>
          <w:szCs w:val="24"/>
        </w:rPr>
      </w:pPr>
      <w:r w:rsidRPr="004D2E59">
        <w:rPr>
          <w:szCs w:val="24"/>
        </w:rPr>
        <w:t xml:space="preserve">Pri ospravedlňovaní </w:t>
      </w:r>
      <w:r w:rsidRPr="004D2E59">
        <w:rPr>
          <w:b/>
          <w:bCs/>
          <w:szCs w:val="24"/>
        </w:rPr>
        <w:t>neprítomnosti dieťaťa plniaceho povinné predprimárne vzdelávanie</w:t>
      </w:r>
      <w:r w:rsidRPr="004D2E59">
        <w:rPr>
          <w:szCs w:val="24"/>
        </w:rPr>
        <w:t xml:space="preserve"> sa počítajú </w:t>
      </w:r>
      <w:r w:rsidRPr="004D2E59">
        <w:rPr>
          <w:b/>
          <w:bCs/>
          <w:szCs w:val="24"/>
        </w:rPr>
        <w:t>vyučovacie dni</w:t>
      </w:r>
      <w:r w:rsidRPr="004D2E59">
        <w:rPr>
          <w:szCs w:val="24"/>
        </w:rPr>
        <w:t>, nie kalendárne dni.</w:t>
      </w:r>
    </w:p>
    <w:p w14:paraId="2C6A519E" w14:textId="77777777" w:rsidR="00846070" w:rsidRPr="004D2E59" w:rsidRDefault="00846070" w:rsidP="00846070">
      <w:pPr>
        <w:rPr>
          <w:szCs w:val="24"/>
        </w:rPr>
      </w:pPr>
      <w:r w:rsidRPr="004D2E59">
        <w:rPr>
          <w:szCs w:val="24"/>
        </w:rPr>
        <w:t>Do počtu vyučovacích dní sa nezapočítavajú soboty, nedele, sviatky, dni pracovného pokoja ani dni, počas ktorých sa výchova a vzdelávanie v materskej škole neuskutočňuje.</w:t>
      </w:r>
    </w:p>
    <w:p w14:paraId="05C9F0DF" w14:textId="77777777" w:rsidR="00846070" w:rsidRPr="004D2E59" w:rsidRDefault="00846070" w:rsidP="00846070">
      <w:pPr>
        <w:rPr>
          <w:szCs w:val="24"/>
        </w:rPr>
      </w:pPr>
      <w:r w:rsidRPr="004D2E59">
        <w:rPr>
          <w:szCs w:val="24"/>
        </w:rPr>
        <w:t>Počas školských prázdnin dieťa neplní povinné predprimárne vzdelávanie pravidelným denným dochádzaním. Ak dieťa počas školských prázdnin materskú školu nenavštevuje, nejde o neprítomnosť pri plnení povinného predprimárneho vzdelávania, ktorú by bolo potrebné ospravedlňovať podľa týchto pravidiel.</w:t>
      </w:r>
    </w:p>
    <w:p w14:paraId="2F2A3FA7" w14:textId="77777777" w:rsidR="00846070" w:rsidRPr="004D2E59" w:rsidRDefault="00846070" w:rsidP="00846070">
      <w:pPr>
        <w:rPr>
          <w:b/>
          <w:bCs/>
          <w:szCs w:val="24"/>
        </w:rPr>
      </w:pPr>
      <w:r w:rsidRPr="004D2E59">
        <w:rPr>
          <w:b/>
          <w:bCs/>
          <w:szCs w:val="24"/>
        </w:rPr>
        <w:t>Režimy ospravedlňovania neprítomnosti z dôvodu choroby alebo úrazu</w:t>
      </w:r>
    </w:p>
    <w:p w14:paraId="02D8BCB1" w14:textId="77777777" w:rsidR="00846070" w:rsidRPr="004D2E59" w:rsidRDefault="00846070" w:rsidP="00846070">
      <w:pPr>
        <w:rPr>
          <w:szCs w:val="24"/>
        </w:rPr>
      </w:pPr>
      <w:r w:rsidRPr="004D2E59">
        <w:rPr>
          <w:szCs w:val="24"/>
        </w:rPr>
        <w:t>Pri neprítomnosti dieťaťa plniaceho povinné predprimárne vzdelávanie z dôvodu choroby alebo úrazu sa uplatňuje jeden z dvoch režimov:</w:t>
      </w:r>
    </w:p>
    <w:p w14:paraId="4FCB8FAB" w14:textId="77777777" w:rsidR="00846070" w:rsidRPr="004D2E59" w:rsidRDefault="00846070" w:rsidP="00846070">
      <w:pPr>
        <w:numPr>
          <w:ilvl w:val="0"/>
          <w:numId w:val="122"/>
        </w:numPr>
        <w:rPr>
          <w:szCs w:val="24"/>
        </w:rPr>
      </w:pPr>
      <w:r w:rsidRPr="004D2E59">
        <w:rPr>
          <w:szCs w:val="24"/>
        </w:rPr>
        <w:t>prísnejší režim ospravedlňovania,</w:t>
      </w:r>
    </w:p>
    <w:p w14:paraId="4F5363E5" w14:textId="77777777" w:rsidR="00846070" w:rsidRPr="004D2E59" w:rsidRDefault="00846070" w:rsidP="00846070">
      <w:pPr>
        <w:numPr>
          <w:ilvl w:val="0"/>
          <w:numId w:val="122"/>
        </w:numPr>
        <w:rPr>
          <w:szCs w:val="24"/>
        </w:rPr>
      </w:pPr>
      <w:r w:rsidRPr="004D2E59">
        <w:rPr>
          <w:szCs w:val="24"/>
        </w:rPr>
        <w:t>miernejší režim ospravedlňovania.</w:t>
      </w:r>
    </w:p>
    <w:p w14:paraId="4D2C31B1" w14:textId="77777777" w:rsidR="00846070" w:rsidRPr="004D2E59" w:rsidRDefault="00846070" w:rsidP="00846070">
      <w:pPr>
        <w:rPr>
          <w:szCs w:val="24"/>
        </w:rPr>
      </w:pPr>
      <w:r w:rsidRPr="004D2E59">
        <w:rPr>
          <w:szCs w:val="24"/>
        </w:rPr>
        <w:t>Materská škola písomne oznámi zákonným zástupcom, v ktorom režime v príslušnom školskom roku postupuje. Ak riaditeľka materskej školy neurčí miernejší režim, materská škola postupuje v prísnejšom režime.</w:t>
      </w:r>
    </w:p>
    <w:p w14:paraId="337B238D" w14:textId="77777777" w:rsidR="00846070" w:rsidRPr="004D2E59" w:rsidRDefault="00846070" w:rsidP="00846070">
      <w:pPr>
        <w:rPr>
          <w:b/>
          <w:bCs/>
          <w:szCs w:val="24"/>
        </w:rPr>
      </w:pPr>
      <w:r w:rsidRPr="004D2E59">
        <w:rPr>
          <w:b/>
          <w:bCs/>
          <w:szCs w:val="24"/>
        </w:rPr>
        <w:t>Prísnejší režim ospravedlňovania</w:t>
      </w:r>
    </w:p>
    <w:p w14:paraId="160FA04E" w14:textId="77777777" w:rsidR="00846070" w:rsidRPr="004D2E59" w:rsidRDefault="00846070" w:rsidP="00846070">
      <w:pPr>
        <w:rPr>
          <w:szCs w:val="24"/>
        </w:rPr>
      </w:pPr>
      <w:r w:rsidRPr="004D2E59">
        <w:rPr>
          <w:szCs w:val="24"/>
        </w:rPr>
        <w:t>V prísnejšom režime sa potvrdenie od lekára nevyžaduje, ak neprítomnosť dieťaťa z dôvodu choroby alebo úrazu trvá:</w:t>
      </w:r>
    </w:p>
    <w:p w14:paraId="7085A022" w14:textId="77777777" w:rsidR="00846070" w:rsidRPr="004D2E59" w:rsidRDefault="00846070" w:rsidP="00846070">
      <w:pPr>
        <w:numPr>
          <w:ilvl w:val="0"/>
          <w:numId w:val="123"/>
        </w:numPr>
        <w:rPr>
          <w:szCs w:val="24"/>
        </w:rPr>
      </w:pPr>
      <w:r w:rsidRPr="004D2E59">
        <w:rPr>
          <w:szCs w:val="24"/>
        </w:rPr>
        <w:t xml:space="preserve">najviac </w:t>
      </w:r>
      <w:r w:rsidRPr="004D2E59">
        <w:rPr>
          <w:b/>
          <w:bCs/>
          <w:szCs w:val="24"/>
        </w:rPr>
        <w:t>7 po sebe nasledujúcich vyučovacích dní</w:t>
      </w:r>
      <w:r w:rsidRPr="004D2E59">
        <w:rPr>
          <w:szCs w:val="24"/>
        </w:rPr>
        <w:t>, a zároveň</w:t>
      </w:r>
    </w:p>
    <w:p w14:paraId="515D2359" w14:textId="77777777" w:rsidR="00846070" w:rsidRPr="004D2E59" w:rsidRDefault="00846070" w:rsidP="00846070">
      <w:pPr>
        <w:numPr>
          <w:ilvl w:val="0"/>
          <w:numId w:val="123"/>
        </w:numPr>
        <w:rPr>
          <w:szCs w:val="24"/>
        </w:rPr>
      </w:pPr>
      <w:r w:rsidRPr="004D2E59">
        <w:rPr>
          <w:szCs w:val="24"/>
        </w:rPr>
        <w:t xml:space="preserve">súhrnne počas jedného polroka školského roka najviac </w:t>
      </w:r>
      <w:r w:rsidRPr="004D2E59">
        <w:rPr>
          <w:b/>
          <w:bCs/>
          <w:szCs w:val="24"/>
        </w:rPr>
        <w:t>21 vyučovacích dní</w:t>
      </w:r>
      <w:r w:rsidRPr="004D2E59">
        <w:rPr>
          <w:szCs w:val="24"/>
        </w:rPr>
        <w:t>.</w:t>
      </w:r>
    </w:p>
    <w:p w14:paraId="7D21F5DB" w14:textId="77777777" w:rsidR="00846070" w:rsidRPr="004D2E59" w:rsidRDefault="00846070" w:rsidP="00846070">
      <w:pPr>
        <w:rPr>
          <w:b/>
          <w:bCs/>
          <w:szCs w:val="24"/>
        </w:rPr>
      </w:pPr>
      <w:r w:rsidRPr="004D2E59">
        <w:rPr>
          <w:b/>
          <w:bCs/>
          <w:szCs w:val="24"/>
        </w:rPr>
        <w:t>Potvrdenie od lekára sa vyžaduje, ak neprítomnosť dieťaťa z dôvodu choroby alebo úrazu:</w:t>
      </w:r>
    </w:p>
    <w:p w14:paraId="1AE1BB50" w14:textId="77777777" w:rsidR="00846070" w:rsidRPr="004D2E59" w:rsidRDefault="00846070" w:rsidP="00846070">
      <w:pPr>
        <w:numPr>
          <w:ilvl w:val="0"/>
          <w:numId w:val="124"/>
        </w:numPr>
        <w:rPr>
          <w:szCs w:val="24"/>
        </w:rPr>
      </w:pPr>
      <w:r w:rsidRPr="004D2E59">
        <w:rPr>
          <w:szCs w:val="24"/>
        </w:rPr>
        <w:lastRenderedPageBreak/>
        <w:t xml:space="preserve">trvá viac ako </w:t>
      </w:r>
      <w:r w:rsidRPr="004D2E59">
        <w:rPr>
          <w:b/>
          <w:bCs/>
          <w:szCs w:val="24"/>
        </w:rPr>
        <w:t>7 po sebe nasledujúcich vyučovacích dní</w:t>
      </w:r>
      <w:r w:rsidRPr="004D2E59">
        <w:rPr>
          <w:szCs w:val="24"/>
        </w:rPr>
        <w:t>, alebo</w:t>
      </w:r>
    </w:p>
    <w:p w14:paraId="60DB9D24" w14:textId="77777777" w:rsidR="00846070" w:rsidRPr="004D2E59" w:rsidRDefault="00846070" w:rsidP="00846070">
      <w:pPr>
        <w:numPr>
          <w:ilvl w:val="0"/>
          <w:numId w:val="124"/>
        </w:numPr>
        <w:rPr>
          <w:szCs w:val="24"/>
        </w:rPr>
      </w:pPr>
      <w:r w:rsidRPr="004D2E59">
        <w:rPr>
          <w:szCs w:val="24"/>
        </w:rPr>
        <w:t xml:space="preserve">presiahne súhrnne </w:t>
      </w:r>
      <w:r w:rsidRPr="004D2E59">
        <w:rPr>
          <w:b/>
          <w:bCs/>
          <w:szCs w:val="24"/>
        </w:rPr>
        <w:t>21 vyučovacích dní</w:t>
      </w:r>
      <w:r w:rsidRPr="004D2E59">
        <w:rPr>
          <w:szCs w:val="24"/>
        </w:rPr>
        <w:t xml:space="preserve"> počas jedného polroka školského roka.</w:t>
      </w:r>
    </w:p>
    <w:tbl>
      <w:tblPr>
        <w:tblStyle w:val="Mriekatabuky"/>
        <w:tblW w:w="0" w:type="auto"/>
        <w:tblCellSpacing w:w="15" w:type="dxa"/>
        <w:tblCellMar>
          <w:top w:w="15" w:type="dxa"/>
          <w:left w:w="15" w:type="dxa"/>
          <w:bottom w:w="15" w:type="dxa"/>
          <w:right w:w="15" w:type="dxa"/>
        </w:tblCellMar>
        <w:tblLook w:val="04A0" w:firstRow="1" w:lastRow="0" w:firstColumn="1" w:lastColumn="0" w:noHBand="0" w:noVBand="1"/>
      </w:tblPr>
      <w:tblGrid>
        <w:gridCol w:w="2987"/>
        <w:gridCol w:w="3106"/>
        <w:gridCol w:w="2969"/>
      </w:tblGrid>
      <w:tr w:rsidR="00846070" w:rsidRPr="004D2E59" w14:paraId="62F7288D" w14:textId="77777777" w:rsidTr="005260BA">
        <w:trPr>
          <w:tblHeader/>
          <w:tblCellSpacing w:w="15" w:type="dxa"/>
        </w:trPr>
        <w:tc>
          <w:tcPr>
            <w:tcW w:w="0" w:type="auto"/>
            <w:shd w:val="clear" w:color="auto" w:fill="D9EAF7"/>
            <w:hideMark/>
          </w:tcPr>
          <w:p w14:paraId="642846F1" w14:textId="77777777" w:rsidR="00846070" w:rsidRPr="004D2E59" w:rsidRDefault="00846070" w:rsidP="005260BA">
            <w:pPr>
              <w:spacing w:after="60"/>
              <w:rPr>
                <w:b/>
                <w:bCs/>
                <w:szCs w:val="24"/>
              </w:rPr>
            </w:pPr>
            <w:r w:rsidRPr="004D2E59">
              <w:rPr>
                <w:b/>
                <w:bCs/>
                <w:sz w:val="22"/>
                <w:szCs w:val="24"/>
              </w:rPr>
              <w:t>Prísnejší režim</w:t>
            </w:r>
          </w:p>
        </w:tc>
        <w:tc>
          <w:tcPr>
            <w:tcW w:w="0" w:type="auto"/>
            <w:shd w:val="clear" w:color="auto" w:fill="D9EAF7"/>
            <w:hideMark/>
          </w:tcPr>
          <w:p w14:paraId="783675B9" w14:textId="77777777" w:rsidR="00846070" w:rsidRPr="004D2E59" w:rsidRDefault="00846070" w:rsidP="005260BA">
            <w:pPr>
              <w:spacing w:after="60"/>
              <w:rPr>
                <w:b/>
                <w:bCs/>
                <w:szCs w:val="24"/>
              </w:rPr>
            </w:pPr>
            <w:r w:rsidRPr="004D2E59">
              <w:rPr>
                <w:b/>
                <w:bCs/>
                <w:sz w:val="22"/>
                <w:szCs w:val="24"/>
              </w:rPr>
              <w:t>Potvrdenie od lekára sa nevyžaduje</w:t>
            </w:r>
          </w:p>
        </w:tc>
        <w:tc>
          <w:tcPr>
            <w:tcW w:w="0" w:type="auto"/>
            <w:shd w:val="clear" w:color="auto" w:fill="D9EAF7"/>
            <w:hideMark/>
          </w:tcPr>
          <w:p w14:paraId="5C4F22CE" w14:textId="77777777" w:rsidR="00846070" w:rsidRPr="004D2E59" w:rsidRDefault="00846070" w:rsidP="005260BA">
            <w:pPr>
              <w:spacing w:after="60"/>
              <w:rPr>
                <w:b/>
                <w:bCs/>
                <w:szCs w:val="24"/>
              </w:rPr>
            </w:pPr>
            <w:r w:rsidRPr="004D2E59">
              <w:rPr>
                <w:b/>
                <w:bCs/>
                <w:sz w:val="22"/>
                <w:szCs w:val="24"/>
              </w:rPr>
              <w:t>Potvrdenie od lekára sa vyžaduje</w:t>
            </w:r>
          </w:p>
        </w:tc>
      </w:tr>
      <w:tr w:rsidR="00846070" w:rsidRPr="004D2E59" w14:paraId="4823D0AF" w14:textId="77777777" w:rsidTr="005260BA">
        <w:trPr>
          <w:tblCellSpacing w:w="15" w:type="dxa"/>
        </w:trPr>
        <w:tc>
          <w:tcPr>
            <w:tcW w:w="0" w:type="auto"/>
            <w:hideMark/>
          </w:tcPr>
          <w:p w14:paraId="3EDBA2C2" w14:textId="77777777" w:rsidR="00846070" w:rsidRPr="004D2E59" w:rsidRDefault="00846070" w:rsidP="005260BA">
            <w:pPr>
              <w:spacing w:after="60"/>
              <w:rPr>
                <w:szCs w:val="24"/>
              </w:rPr>
            </w:pPr>
            <w:r w:rsidRPr="004D2E59">
              <w:rPr>
                <w:sz w:val="22"/>
                <w:szCs w:val="24"/>
              </w:rPr>
              <w:t>Po sebe nasledujúce vyučovacie dni</w:t>
            </w:r>
          </w:p>
        </w:tc>
        <w:tc>
          <w:tcPr>
            <w:tcW w:w="0" w:type="auto"/>
            <w:hideMark/>
          </w:tcPr>
          <w:p w14:paraId="0AFFB7C8" w14:textId="77777777" w:rsidR="00846070" w:rsidRPr="004D2E59" w:rsidRDefault="00846070" w:rsidP="005260BA">
            <w:pPr>
              <w:spacing w:after="60"/>
              <w:rPr>
                <w:szCs w:val="24"/>
              </w:rPr>
            </w:pPr>
            <w:r w:rsidRPr="004D2E59">
              <w:rPr>
                <w:sz w:val="22"/>
                <w:szCs w:val="24"/>
              </w:rPr>
              <w:t>najviac 7 vyučovacích dní</w:t>
            </w:r>
          </w:p>
        </w:tc>
        <w:tc>
          <w:tcPr>
            <w:tcW w:w="0" w:type="auto"/>
            <w:hideMark/>
          </w:tcPr>
          <w:p w14:paraId="0F3A3C31" w14:textId="77777777" w:rsidR="00846070" w:rsidRPr="004D2E59" w:rsidRDefault="00846070" w:rsidP="005260BA">
            <w:pPr>
              <w:spacing w:after="60"/>
              <w:rPr>
                <w:szCs w:val="24"/>
              </w:rPr>
            </w:pPr>
            <w:r w:rsidRPr="004D2E59">
              <w:rPr>
                <w:sz w:val="22"/>
                <w:szCs w:val="24"/>
              </w:rPr>
              <w:t>od 8. vyučovacieho dňa</w:t>
            </w:r>
          </w:p>
        </w:tc>
      </w:tr>
      <w:tr w:rsidR="00846070" w:rsidRPr="004D2E59" w14:paraId="5E4A9831" w14:textId="77777777" w:rsidTr="005260BA">
        <w:trPr>
          <w:tblCellSpacing w:w="15" w:type="dxa"/>
        </w:trPr>
        <w:tc>
          <w:tcPr>
            <w:tcW w:w="0" w:type="auto"/>
            <w:hideMark/>
          </w:tcPr>
          <w:p w14:paraId="21099BD9" w14:textId="77777777" w:rsidR="00846070" w:rsidRPr="004D2E59" w:rsidRDefault="00846070" w:rsidP="005260BA">
            <w:pPr>
              <w:spacing w:after="60"/>
              <w:rPr>
                <w:szCs w:val="24"/>
              </w:rPr>
            </w:pPr>
            <w:r w:rsidRPr="004D2E59">
              <w:rPr>
                <w:sz w:val="22"/>
                <w:szCs w:val="24"/>
              </w:rPr>
              <w:t>Súhrn za polrok školského roka</w:t>
            </w:r>
          </w:p>
        </w:tc>
        <w:tc>
          <w:tcPr>
            <w:tcW w:w="0" w:type="auto"/>
            <w:hideMark/>
          </w:tcPr>
          <w:p w14:paraId="08AC983F" w14:textId="77777777" w:rsidR="00846070" w:rsidRPr="004D2E59" w:rsidRDefault="00846070" w:rsidP="005260BA">
            <w:pPr>
              <w:spacing w:after="60"/>
              <w:rPr>
                <w:szCs w:val="24"/>
              </w:rPr>
            </w:pPr>
            <w:r w:rsidRPr="004D2E59">
              <w:rPr>
                <w:sz w:val="22"/>
                <w:szCs w:val="24"/>
              </w:rPr>
              <w:t>najviac 21 vyučovacích dní</w:t>
            </w:r>
          </w:p>
        </w:tc>
        <w:tc>
          <w:tcPr>
            <w:tcW w:w="0" w:type="auto"/>
            <w:hideMark/>
          </w:tcPr>
          <w:p w14:paraId="60595624" w14:textId="77777777" w:rsidR="00846070" w:rsidRPr="004D2E59" w:rsidRDefault="00846070" w:rsidP="005260BA">
            <w:pPr>
              <w:spacing w:after="60"/>
              <w:rPr>
                <w:szCs w:val="24"/>
              </w:rPr>
            </w:pPr>
            <w:r w:rsidRPr="004D2E59">
              <w:rPr>
                <w:sz w:val="22"/>
                <w:szCs w:val="24"/>
              </w:rPr>
              <w:t>od 22. vyučovacieho dňa</w:t>
            </w:r>
          </w:p>
        </w:tc>
      </w:tr>
    </w:tbl>
    <w:p w14:paraId="6EBD65F7" w14:textId="77777777" w:rsidR="00846070" w:rsidRDefault="00846070" w:rsidP="00846070">
      <w:pPr>
        <w:spacing w:after="0" w:line="240" w:lineRule="auto"/>
        <w:rPr>
          <w:b/>
          <w:bCs/>
          <w:szCs w:val="24"/>
        </w:rPr>
      </w:pPr>
    </w:p>
    <w:p w14:paraId="72FDB096" w14:textId="77777777" w:rsidR="00846070" w:rsidRPr="004D2E59" w:rsidRDefault="00846070" w:rsidP="00846070">
      <w:pPr>
        <w:rPr>
          <w:b/>
          <w:bCs/>
          <w:szCs w:val="24"/>
        </w:rPr>
      </w:pPr>
      <w:r w:rsidRPr="004D2E59">
        <w:rPr>
          <w:b/>
          <w:bCs/>
          <w:szCs w:val="24"/>
        </w:rPr>
        <w:t>Miernejší režim ospravedlňovania</w:t>
      </w:r>
    </w:p>
    <w:p w14:paraId="096C4E13" w14:textId="77777777" w:rsidR="00846070" w:rsidRPr="004D2E59" w:rsidRDefault="00846070" w:rsidP="00846070">
      <w:pPr>
        <w:rPr>
          <w:szCs w:val="24"/>
        </w:rPr>
      </w:pPr>
      <w:r w:rsidRPr="004D2E59">
        <w:rPr>
          <w:szCs w:val="24"/>
        </w:rPr>
        <w:t>Miernejší režim môže určiť riaditeľka materskej školy vtedy, ak sú splnené podmienky podľa školského zákona. Tento režim nie je povinný; ide o možnosť riaditeľky materskej školy.</w:t>
      </w:r>
    </w:p>
    <w:p w14:paraId="1AFBF1D1" w14:textId="77777777" w:rsidR="00846070" w:rsidRPr="004D2E59" w:rsidRDefault="00846070" w:rsidP="00846070">
      <w:pPr>
        <w:rPr>
          <w:szCs w:val="24"/>
        </w:rPr>
      </w:pPr>
      <w:r w:rsidRPr="004D2E59">
        <w:rPr>
          <w:szCs w:val="24"/>
        </w:rPr>
        <w:t>V miernejšom režime sa potvrdenie od lekára nevyžaduje, ak neprítomnosť dieťaťa z dôvodu choroby alebo úrazu trvá:</w:t>
      </w:r>
    </w:p>
    <w:p w14:paraId="4E789A45" w14:textId="77777777" w:rsidR="00846070" w:rsidRPr="004D2E59" w:rsidRDefault="00846070" w:rsidP="00846070">
      <w:pPr>
        <w:numPr>
          <w:ilvl w:val="0"/>
          <w:numId w:val="125"/>
        </w:numPr>
        <w:rPr>
          <w:szCs w:val="24"/>
        </w:rPr>
      </w:pPr>
      <w:r w:rsidRPr="004D2E59">
        <w:rPr>
          <w:szCs w:val="24"/>
        </w:rPr>
        <w:t xml:space="preserve">najviac </w:t>
      </w:r>
      <w:r w:rsidRPr="004D2E59">
        <w:rPr>
          <w:b/>
          <w:bCs/>
          <w:szCs w:val="24"/>
        </w:rPr>
        <w:t>7 po sebe nasledujúcich vyučovacích dní</w:t>
      </w:r>
      <w:r w:rsidRPr="004D2E59">
        <w:rPr>
          <w:szCs w:val="24"/>
        </w:rPr>
        <w:t>, a zároveň</w:t>
      </w:r>
    </w:p>
    <w:p w14:paraId="03C31D84" w14:textId="77777777" w:rsidR="00846070" w:rsidRPr="004D2E59" w:rsidRDefault="00846070" w:rsidP="00846070">
      <w:pPr>
        <w:numPr>
          <w:ilvl w:val="0"/>
          <w:numId w:val="125"/>
        </w:numPr>
        <w:rPr>
          <w:szCs w:val="24"/>
        </w:rPr>
      </w:pPr>
      <w:r w:rsidRPr="004D2E59">
        <w:rPr>
          <w:szCs w:val="24"/>
        </w:rPr>
        <w:t xml:space="preserve">súhrnne počas jedného kalendárneho mesiaca najviac </w:t>
      </w:r>
      <w:r w:rsidRPr="004D2E59">
        <w:rPr>
          <w:b/>
          <w:bCs/>
          <w:szCs w:val="24"/>
        </w:rPr>
        <w:t>14 vyučovacích dní</w:t>
      </w:r>
      <w:r w:rsidRPr="004D2E59">
        <w:rPr>
          <w:szCs w:val="24"/>
        </w:rPr>
        <w:t>, a zároveň</w:t>
      </w:r>
    </w:p>
    <w:p w14:paraId="6F4FF943" w14:textId="77777777" w:rsidR="00846070" w:rsidRPr="004D2E59" w:rsidRDefault="00846070" w:rsidP="00846070">
      <w:pPr>
        <w:numPr>
          <w:ilvl w:val="0"/>
          <w:numId w:val="125"/>
        </w:numPr>
        <w:rPr>
          <w:szCs w:val="24"/>
        </w:rPr>
      </w:pPr>
      <w:r w:rsidRPr="004D2E59">
        <w:rPr>
          <w:szCs w:val="24"/>
        </w:rPr>
        <w:t xml:space="preserve">súhrnne počas dvoch po sebe nasledujúcich kalendárnych mesiacov najviac </w:t>
      </w:r>
      <w:r w:rsidRPr="004D2E59">
        <w:rPr>
          <w:b/>
          <w:bCs/>
          <w:szCs w:val="24"/>
        </w:rPr>
        <w:t>21 vyučovacích dní</w:t>
      </w:r>
      <w:r w:rsidRPr="004D2E59">
        <w:rPr>
          <w:szCs w:val="24"/>
        </w:rPr>
        <w:t>.</w:t>
      </w:r>
    </w:p>
    <w:p w14:paraId="6A1A74E6" w14:textId="77777777" w:rsidR="00846070" w:rsidRPr="004D2E59" w:rsidRDefault="00846070" w:rsidP="00846070">
      <w:pPr>
        <w:rPr>
          <w:szCs w:val="24"/>
        </w:rPr>
      </w:pPr>
      <w:r w:rsidRPr="004D2E59">
        <w:rPr>
          <w:szCs w:val="24"/>
        </w:rPr>
        <w:t>Potvrdenie od lekára sa vyžaduje, ak neprítomnosť dieťaťa z dôvodu choroby alebo úrazu:</w:t>
      </w:r>
    </w:p>
    <w:p w14:paraId="14039B9C" w14:textId="77777777" w:rsidR="00846070" w:rsidRPr="004D2E59" w:rsidRDefault="00846070" w:rsidP="00846070">
      <w:pPr>
        <w:numPr>
          <w:ilvl w:val="0"/>
          <w:numId w:val="126"/>
        </w:numPr>
        <w:rPr>
          <w:szCs w:val="24"/>
        </w:rPr>
      </w:pPr>
      <w:r w:rsidRPr="004D2E59">
        <w:rPr>
          <w:szCs w:val="24"/>
        </w:rPr>
        <w:t xml:space="preserve">trvá viac ako </w:t>
      </w:r>
      <w:r w:rsidRPr="004D2E59">
        <w:rPr>
          <w:b/>
          <w:bCs/>
          <w:szCs w:val="24"/>
        </w:rPr>
        <w:t>7 po sebe nasledujúcich vyučovacích dní</w:t>
      </w:r>
      <w:r w:rsidRPr="004D2E59">
        <w:rPr>
          <w:szCs w:val="24"/>
        </w:rPr>
        <w:t>, alebo</w:t>
      </w:r>
    </w:p>
    <w:p w14:paraId="69757368" w14:textId="77777777" w:rsidR="00846070" w:rsidRPr="004D2E59" w:rsidRDefault="00846070" w:rsidP="00846070">
      <w:pPr>
        <w:numPr>
          <w:ilvl w:val="0"/>
          <w:numId w:val="126"/>
        </w:numPr>
        <w:rPr>
          <w:szCs w:val="24"/>
        </w:rPr>
      </w:pPr>
      <w:r w:rsidRPr="004D2E59">
        <w:rPr>
          <w:szCs w:val="24"/>
        </w:rPr>
        <w:t xml:space="preserve">presiahne súhrnne </w:t>
      </w:r>
      <w:r w:rsidRPr="004D2E59">
        <w:rPr>
          <w:b/>
          <w:bCs/>
          <w:szCs w:val="24"/>
        </w:rPr>
        <w:t>14 vyučovacích dní</w:t>
      </w:r>
      <w:r w:rsidRPr="004D2E59">
        <w:rPr>
          <w:szCs w:val="24"/>
        </w:rPr>
        <w:t xml:space="preserve"> počas jedného kalendárneho mesiaca, alebo</w:t>
      </w:r>
    </w:p>
    <w:p w14:paraId="59D93E69" w14:textId="77777777" w:rsidR="00846070" w:rsidRPr="004D2E59" w:rsidRDefault="00846070" w:rsidP="00846070">
      <w:pPr>
        <w:numPr>
          <w:ilvl w:val="0"/>
          <w:numId w:val="126"/>
        </w:numPr>
        <w:rPr>
          <w:szCs w:val="24"/>
        </w:rPr>
      </w:pPr>
      <w:r w:rsidRPr="004D2E59">
        <w:rPr>
          <w:szCs w:val="24"/>
        </w:rPr>
        <w:t xml:space="preserve">presiahne súhrnne </w:t>
      </w:r>
      <w:r w:rsidRPr="004D2E59">
        <w:rPr>
          <w:b/>
          <w:bCs/>
          <w:szCs w:val="24"/>
        </w:rPr>
        <w:t>21 vyučovacích dní</w:t>
      </w:r>
      <w:r w:rsidRPr="004D2E59">
        <w:rPr>
          <w:szCs w:val="24"/>
        </w:rPr>
        <w:t xml:space="preserve"> počas dvoch po sebe nasledujúcich kalendárnych mesiacov.</w:t>
      </w:r>
    </w:p>
    <w:tbl>
      <w:tblPr>
        <w:tblStyle w:val="Mriekatabuky"/>
        <w:tblW w:w="0" w:type="auto"/>
        <w:tblCellSpacing w:w="15" w:type="dxa"/>
        <w:tblCellMar>
          <w:top w:w="15" w:type="dxa"/>
          <w:left w:w="15" w:type="dxa"/>
          <w:bottom w:w="15" w:type="dxa"/>
          <w:right w:w="15" w:type="dxa"/>
        </w:tblCellMar>
        <w:tblLook w:val="04A0" w:firstRow="1" w:lastRow="0" w:firstColumn="1" w:lastColumn="0" w:noHBand="0" w:noVBand="1"/>
      </w:tblPr>
      <w:tblGrid>
        <w:gridCol w:w="3691"/>
        <w:gridCol w:w="2725"/>
        <w:gridCol w:w="2646"/>
      </w:tblGrid>
      <w:tr w:rsidR="00846070" w:rsidRPr="004D2E59" w14:paraId="1C5E3DC1" w14:textId="77777777" w:rsidTr="005260BA">
        <w:trPr>
          <w:tblHeader/>
          <w:tblCellSpacing w:w="15" w:type="dxa"/>
        </w:trPr>
        <w:tc>
          <w:tcPr>
            <w:tcW w:w="0" w:type="auto"/>
            <w:shd w:val="clear" w:color="auto" w:fill="D9EAF7"/>
            <w:hideMark/>
          </w:tcPr>
          <w:p w14:paraId="7E3C35FB" w14:textId="77777777" w:rsidR="00846070" w:rsidRPr="004D2E59" w:rsidRDefault="00846070" w:rsidP="005260BA">
            <w:pPr>
              <w:spacing w:after="60"/>
              <w:rPr>
                <w:b/>
                <w:bCs/>
                <w:szCs w:val="24"/>
              </w:rPr>
            </w:pPr>
            <w:r w:rsidRPr="004D2E59">
              <w:rPr>
                <w:b/>
                <w:bCs/>
                <w:sz w:val="22"/>
                <w:szCs w:val="24"/>
              </w:rPr>
              <w:t>Miernejší režim</w:t>
            </w:r>
          </w:p>
        </w:tc>
        <w:tc>
          <w:tcPr>
            <w:tcW w:w="0" w:type="auto"/>
            <w:shd w:val="clear" w:color="auto" w:fill="D9EAF7"/>
            <w:hideMark/>
          </w:tcPr>
          <w:p w14:paraId="66EFD757" w14:textId="77777777" w:rsidR="00846070" w:rsidRPr="004D2E59" w:rsidRDefault="00846070" w:rsidP="005260BA">
            <w:pPr>
              <w:spacing w:after="60"/>
              <w:rPr>
                <w:b/>
                <w:bCs/>
                <w:szCs w:val="24"/>
              </w:rPr>
            </w:pPr>
            <w:r w:rsidRPr="004D2E59">
              <w:rPr>
                <w:b/>
                <w:bCs/>
                <w:sz w:val="22"/>
                <w:szCs w:val="24"/>
              </w:rPr>
              <w:t>Potvrdenie od lekára sa nevyžaduje</w:t>
            </w:r>
          </w:p>
        </w:tc>
        <w:tc>
          <w:tcPr>
            <w:tcW w:w="0" w:type="auto"/>
            <w:shd w:val="clear" w:color="auto" w:fill="D9EAF7"/>
            <w:hideMark/>
          </w:tcPr>
          <w:p w14:paraId="1A2519DF" w14:textId="77777777" w:rsidR="00846070" w:rsidRPr="004D2E59" w:rsidRDefault="00846070" w:rsidP="005260BA">
            <w:pPr>
              <w:spacing w:after="60"/>
              <w:rPr>
                <w:b/>
                <w:bCs/>
                <w:szCs w:val="24"/>
              </w:rPr>
            </w:pPr>
            <w:r w:rsidRPr="004D2E59">
              <w:rPr>
                <w:b/>
                <w:bCs/>
                <w:sz w:val="22"/>
                <w:szCs w:val="24"/>
              </w:rPr>
              <w:t>Potvrdenie od lekára sa vyžaduje</w:t>
            </w:r>
          </w:p>
        </w:tc>
      </w:tr>
      <w:tr w:rsidR="00846070" w:rsidRPr="004D2E59" w14:paraId="2226E44E" w14:textId="77777777" w:rsidTr="005260BA">
        <w:trPr>
          <w:tblCellSpacing w:w="15" w:type="dxa"/>
        </w:trPr>
        <w:tc>
          <w:tcPr>
            <w:tcW w:w="0" w:type="auto"/>
            <w:hideMark/>
          </w:tcPr>
          <w:p w14:paraId="6673E25D" w14:textId="77777777" w:rsidR="00846070" w:rsidRPr="004D2E59" w:rsidRDefault="00846070" w:rsidP="005260BA">
            <w:pPr>
              <w:spacing w:after="60"/>
              <w:rPr>
                <w:szCs w:val="24"/>
              </w:rPr>
            </w:pPr>
            <w:r w:rsidRPr="004D2E59">
              <w:rPr>
                <w:sz w:val="22"/>
                <w:szCs w:val="24"/>
              </w:rPr>
              <w:t>Po sebe nasledujúce vyučovacie dni</w:t>
            </w:r>
          </w:p>
        </w:tc>
        <w:tc>
          <w:tcPr>
            <w:tcW w:w="0" w:type="auto"/>
            <w:hideMark/>
          </w:tcPr>
          <w:p w14:paraId="06BFEE0B" w14:textId="77777777" w:rsidR="00846070" w:rsidRPr="004D2E59" w:rsidRDefault="00846070" w:rsidP="005260BA">
            <w:pPr>
              <w:spacing w:after="60"/>
              <w:rPr>
                <w:szCs w:val="24"/>
              </w:rPr>
            </w:pPr>
            <w:r w:rsidRPr="004D2E59">
              <w:rPr>
                <w:sz w:val="22"/>
                <w:szCs w:val="24"/>
              </w:rPr>
              <w:t>najviac 7 vyučovacích dní</w:t>
            </w:r>
          </w:p>
        </w:tc>
        <w:tc>
          <w:tcPr>
            <w:tcW w:w="0" w:type="auto"/>
            <w:hideMark/>
          </w:tcPr>
          <w:p w14:paraId="0C1BD0D3" w14:textId="77777777" w:rsidR="00846070" w:rsidRPr="004D2E59" w:rsidRDefault="00846070" w:rsidP="005260BA">
            <w:pPr>
              <w:spacing w:after="60"/>
              <w:rPr>
                <w:szCs w:val="24"/>
              </w:rPr>
            </w:pPr>
            <w:r w:rsidRPr="004D2E59">
              <w:rPr>
                <w:sz w:val="22"/>
                <w:szCs w:val="24"/>
              </w:rPr>
              <w:t>od 8. vyučovacieho dňa</w:t>
            </w:r>
          </w:p>
        </w:tc>
      </w:tr>
      <w:tr w:rsidR="00846070" w:rsidRPr="004D2E59" w14:paraId="53E69857" w14:textId="77777777" w:rsidTr="005260BA">
        <w:trPr>
          <w:tblCellSpacing w:w="15" w:type="dxa"/>
        </w:trPr>
        <w:tc>
          <w:tcPr>
            <w:tcW w:w="0" w:type="auto"/>
            <w:hideMark/>
          </w:tcPr>
          <w:p w14:paraId="491139E9" w14:textId="77777777" w:rsidR="00846070" w:rsidRPr="004D2E59" w:rsidRDefault="00846070" w:rsidP="005260BA">
            <w:pPr>
              <w:spacing w:after="60"/>
              <w:rPr>
                <w:szCs w:val="24"/>
              </w:rPr>
            </w:pPr>
            <w:r w:rsidRPr="004D2E59">
              <w:rPr>
                <w:sz w:val="22"/>
                <w:szCs w:val="24"/>
              </w:rPr>
              <w:t>Súhrn za kalendárny mesiac</w:t>
            </w:r>
          </w:p>
        </w:tc>
        <w:tc>
          <w:tcPr>
            <w:tcW w:w="0" w:type="auto"/>
            <w:hideMark/>
          </w:tcPr>
          <w:p w14:paraId="34E7749D" w14:textId="77777777" w:rsidR="00846070" w:rsidRPr="004D2E59" w:rsidRDefault="00846070" w:rsidP="005260BA">
            <w:pPr>
              <w:spacing w:after="60"/>
              <w:rPr>
                <w:szCs w:val="24"/>
              </w:rPr>
            </w:pPr>
            <w:r w:rsidRPr="004D2E59">
              <w:rPr>
                <w:sz w:val="22"/>
                <w:szCs w:val="24"/>
              </w:rPr>
              <w:t>najviac 14 vyučovacích dní</w:t>
            </w:r>
          </w:p>
        </w:tc>
        <w:tc>
          <w:tcPr>
            <w:tcW w:w="0" w:type="auto"/>
            <w:hideMark/>
          </w:tcPr>
          <w:p w14:paraId="2E718420" w14:textId="77777777" w:rsidR="00846070" w:rsidRPr="004D2E59" w:rsidRDefault="00846070" w:rsidP="005260BA">
            <w:pPr>
              <w:spacing w:after="60"/>
              <w:rPr>
                <w:szCs w:val="24"/>
              </w:rPr>
            </w:pPr>
            <w:r w:rsidRPr="004D2E59">
              <w:rPr>
                <w:sz w:val="22"/>
                <w:szCs w:val="24"/>
              </w:rPr>
              <w:t>od 15. vyučovacieho dňa</w:t>
            </w:r>
          </w:p>
        </w:tc>
      </w:tr>
      <w:tr w:rsidR="00846070" w:rsidRPr="004D2E59" w14:paraId="1649DB51" w14:textId="77777777" w:rsidTr="005260BA">
        <w:trPr>
          <w:tblCellSpacing w:w="15" w:type="dxa"/>
        </w:trPr>
        <w:tc>
          <w:tcPr>
            <w:tcW w:w="0" w:type="auto"/>
            <w:hideMark/>
          </w:tcPr>
          <w:p w14:paraId="506F1DD7" w14:textId="77777777" w:rsidR="00846070" w:rsidRPr="004D2E59" w:rsidRDefault="00846070" w:rsidP="005260BA">
            <w:pPr>
              <w:spacing w:after="60"/>
              <w:rPr>
                <w:szCs w:val="24"/>
              </w:rPr>
            </w:pPr>
            <w:r w:rsidRPr="004D2E59">
              <w:rPr>
                <w:sz w:val="22"/>
                <w:szCs w:val="24"/>
              </w:rPr>
              <w:t>Súhrn za dva po sebe nasledujúce kalendárne mesiace</w:t>
            </w:r>
          </w:p>
        </w:tc>
        <w:tc>
          <w:tcPr>
            <w:tcW w:w="0" w:type="auto"/>
            <w:hideMark/>
          </w:tcPr>
          <w:p w14:paraId="51D8B1F2" w14:textId="77777777" w:rsidR="00846070" w:rsidRPr="004D2E59" w:rsidRDefault="00846070" w:rsidP="005260BA">
            <w:pPr>
              <w:spacing w:after="60"/>
              <w:rPr>
                <w:szCs w:val="24"/>
              </w:rPr>
            </w:pPr>
            <w:r w:rsidRPr="004D2E59">
              <w:rPr>
                <w:sz w:val="22"/>
                <w:szCs w:val="24"/>
              </w:rPr>
              <w:t>najviac 21 vyučovacích dní</w:t>
            </w:r>
          </w:p>
        </w:tc>
        <w:tc>
          <w:tcPr>
            <w:tcW w:w="0" w:type="auto"/>
            <w:hideMark/>
          </w:tcPr>
          <w:p w14:paraId="012F7FE3" w14:textId="77777777" w:rsidR="00846070" w:rsidRPr="004D2E59" w:rsidRDefault="00846070" w:rsidP="005260BA">
            <w:pPr>
              <w:spacing w:after="60"/>
              <w:rPr>
                <w:szCs w:val="24"/>
              </w:rPr>
            </w:pPr>
            <w:r w:rsidRPr="004D2E59">
              <w:rPr>
                <w:sz w:val="22"/>
                <w:szCs w:val="24"/>
              </w:rPr>
              <w:t>od 22. vyučovacieho dňa</w:t>
            </w:r>
          </w:p>
        </w:tc>
      </w:tr>
    </w:tbl>
    <w:p w14:paraId="2A6F8094" w14:textId="77777777" w:rsidR="00846070" w:rsidRDefault="00846070" w:rsidP="00846070">
      <w:pPr>
        <w:spacing w:after="0" w:line="240" w:lineRule="auto"/>
        <w:rPr>
          <w:szCs w:val="24"/>
        </w:rPr>
      </w:pPr>
    </w:p>
    <w:p w14:paraId="12A47E0E" w14:textId="77777777" w:rsidR="00846070" w:rsidRPr="00D85BE3" w:rsidRDefault="00846070" w:rsidP="00D85BE3">
      <w:pPr>
        <w:rPr>
          <w:szCs w:val="24"/>
        </w:rPr>
      </w:pPr>
      <w:r w:rsidRPr="004D2E59">
        <w:rPr>
          <w:szCs w:val="24"/>
        </w:rPr>
        <w:lastRenderedPageBreak/>
        <w:t>Za dva po sebe nasledujúce kalendárne mesiace sa považuje napríklad september a október, október a november, november a december.</w:t>
      </w:r>
    </w:p>
    <w:p w14:paraId="4B849778" w14:textId="77777777" w:rsidR="00846070" w:rsidRPr="004D2E59" w:rsidRDefault="00846070" w:rsidP="00846070">
      <w:pPr>
        <w:rPr>
          <w:b/>
          <w:bCs/>
          <w:szCs w:val="24"/>
        </w:rPr>
      </w:pPr>
      <w:r w:rsidRPr="004D2E59">
        <w:rPr>
          <w:b/>
          <w:bCs/>
          <w:szCs w:val="24"/>
        </w:rPr>
        <w:t>Odôvodnené prípady, keď môže materská škola vyžadovať doklad</w:t>
      </w:r>
    </w:p>
    <w:p w14:paraId="38B3B784" w14:textId="77777777" w:rsidR="00846070" w:rsidRPr="004D2E59" w:rsidRDefault="00846070" w:rsidP="00846070">
      <w:pPr>
        <w:rPr>
          <w:szCs w:val="24"/>
        </w:rPr>
      </w:pPr>
      <w:r w:rsidRPr="004D2E59">
        <w:rPr>
          <w:szCs w:val="24"/>
        </w:rPr>
        <w:t>Materská škola môže v odôvodnených prípadoch vyžadovať potvrdenie od lekára alebo iný doklad aj vtedy, ak počet vyučovacích dní neprekročil hranicu, pri ktorej sa potvrdenie od lekára bežne vyžaduje.</w:t>
      </w:r>
    </w:p>
    <w:p w14:paraId="619407BC" w14:textId="77777777" w:rsidR="00846070" w:rsidRPr="004D2E59" w:rsidRDefault="00846070" w:rsidP="00846070">
      <w:pPr>
        <w:rPr>
          <w:szCs w:val="24"/>
        </w:rPr>
      </w:pPr>
      <w:r w:rsidRPr="004D2E59">
        <w:rPr>
          <w:szCs w:val="24"/>
        </w:rPr>
        <w:t>Za odôvodnený prípad sa považuje najmä:</w:t>
      </w:r>
    </w:p>
    <w:p w14:paraId="06F9ADC3" w14:textId="77777777" w:rsidR="00846070" w:rsidRPr="004D2E59" w:rsidRDefault="00846070" w:rsidP="00846070">
      <w:pPr>
        <w:numPr>
          <w:ilvl w:val="0"/>
          <w:numId w:val="127"/>
        </w:numPr>
        <w:rPr>
          <w:szCs w:val="24"/>
        </w:rPr>
      </w:pPr>
      <w:r w:rsidRPr="004D2E59">
        <w:rPr>
          <w:szCs w:val="24"/>
        </w:rPr>
        <w:t>často opakovaná krátkodobá neprítomnosť dieťaťa,</w:t>
      </w:r>
    </w:p>
    <w:p w14:paraId="338BCBFC" w14:textId="77777777" w:rsidR="00846070" w:rsidRPr="004D2E59" w:rsidRDefault="00846070" w:rsidP="00846070">
      <w:pPr>
        <w:numPr>
          <w:ilvl w:val="0"/>
          <w:numId w:val="127"/>
        </w:numPr>
        <w:rPr>
          <w:szCs w:val="24"/>
        </w:rPr>
      </w:pPr>
      <w:r w:rsidRPr="004D2E59">
        <w:rPr>
          <w:szCs w:val="24"/>
        </w:rPr>
        <w:t>podozrenie, že dôvod neprítomnosti nie je objektívny,</w:t>
      </w:r>
    </w:p>
    <w:p w14:paraId="151D5A97" w14:textId="77777777" w:rsidR="00846070" w:rsidRPr="004D2E59" w:rsidRDefault="00846070" w:rsidP="00846070">
      <w:pPr>
        <w:numPr>
          <w:ilvl w:val="0"/>
          <w:numId w:val="127"/>
        </w:numPr>
        <w:rPr>
          <w:szCs w:val="24"/>
        </w:rPr>
      </w:pPr>
      <w:r w:rsidRPr="004D2E59">
        <w:rPr>
          <w:szCs w:val="24"/>
        </w:rPr>
        <w:t>nejasné alebo opakovane oneskorené ospravedlňovanie neprítomnosti,</w:t>
      </w:r>
    </w:p>
    <w:p w14:paraId="222916BE" w14:textId="77777777" w:rsidR="00846070" w:rsidRPr="004D2E59" w:rsidRDefault="00846070" w:rsidP="00846070">
      <w:pPr>
        <w:numPr>
          <w:ilvl w:val="0"/>
          <w:numId w:val="127"/>
        </w:numPr>
        <w:rPr>
          <w:szCs w:val="24"/>
        </w:rPr>
      </w:pPr>
      <w:r w:rsidRPr="004D2E59">
        <w:rPr>
          <w:szCs w:val="24"/>
        </w:rPr>
        <w:t>neprítomnosť bez riadneho oznámenia dôvodu,</w:t>
      </w:r>
    </w:p>
    <w:p w14:paraId="1D5A403B" w14:textId="77777777" w:rsidR="00846070" w:rsidRPr="004D2E59" w:rsidRDefault="00846070" w:rsidP="00846070">
      <w:pPr>
        <w:numPr>
          <w:ilvl w:val="0"/>
          <w:numId w:val="127"/>
        </w:numPr>
        <w:rPr>
          <w:szCs w:val="24"/>
        </w:rPr>
      </w:pPr>
      <w:r w:rsidRPr="004D2E59">
        <w:rPr>
          <w:szCs w:val="24"/>
        </w:rPr>
        <w:t>potreba chrániť zdravie dieťaťa alebo ostatných detí v kolektíve.</w:t>
      </w:r>
    </w:p>
    <w:p w14:paraId="2A5EDCAB" w14:textId="77777777" w:rsidR="00846070" w:rsidRPr="004D2E59" w:rsidRDefault="00846070" w:rsidP="00846070">
      <w:pPr>
        <w:rPr>
          <w:szCs w:val="24"/>
        </w:rPr>
      </w:pPr>
      <w:r w:rsidRPr="004D2E59">
        <w:rPr>
          <w:szCs w:val="24"/>
        </w:rPr>
        <w:t>V takom prípade materská škola oznámi zákonnému zástupcovi, aký doklad je potrebné predložiť a v akej lehote.</w:t>
      </w:r>
    </w:p>
    <w:p w14:paraId="14445FAB" w14:textId="77777777" w:rsidR="00846070" w:rsidRPr="004D2E59" w:rsidRDefault="00846070" w:rsidP="00846070">
      <w:pPr>
        <w:rPr>
          <w:b/>
          <w:bCs/>
          <w:szCs w:val="24"/>
        </w:rPr>
      </w:pPr>
      <w:r w:rsidRPr="004D2E59">
        <w:rPr>
          <w:b/>
          <w:bCs/>
          <w:szCs w:val="24"/>
        </w:rPr>
        <w:t>Potvrdenie od lekára</w:t>
      </w:r>
    </w:p>
    <w:p w14:paraId="1E16EAE8" w14:textId="77777777" w:rsidR="00846070" w:rsidRPr="004D2E59" w:rsidRDefault="00846070" w:rsidP="00846070">
      <w:pPr>
        <w:rPr>
          <w:szCs w:val="24"/>
        </w:rPr>
      </w:pPr>
      <w:r w:rsidRPr="004D2E59">
        <w:rPr>
          <w:szCs w:val="24"/>
        </w:rPr>
        <w:t>Ak sa vyžaduje potvrdenie od lekára, zákonný zástupca ho predloží materskej škole najneskôr pri opätovnom nástupe dieťaťa do materskej školy, ak materská škola neurčí inú primeranú lehotu.</w:t>
      </w:r>
    </w:p>
    <w:p w14:paraId="703E7A34" w14:textId="77777777" w:rsidR="00846070" w:rsidRPr="004D2E59" w:rsidRDefault="00846070" w:rsidP="00846070">
      <w:pPr>
        <w:rPr>
          <w:szCs w:val="24"/>
        </w:rPr>
      </w:pPr>
      <w:r w:rsidRPr="004D2E59">
        <w:rPr>
          <w:szCs w:val="24"/>
        </w:rPr>
        <w:t>Materská škola môže zákonnému zástupcovi poskytnúť odporúčané tlačivo potvrdenia od lekára. Právne predpisy však neustanovujú presnú formu potvrdenia od lekára, preto materská škola môže akceptovať aj iné potvrdenie, ak z neho vyplýva, že dieťa bolo choré alebo malo úraz v uvedenom období.</w:t>
      </w:r>
    </w:p>
    <w:p w14:paraId="27E31860" w14:textId="77777777" w:rsidR="00846070" w:rsidRPr="004D2E59" w:rsidRDefault="00846070" w:rsidP="00846070">
      <w:pPr>
        <w:rPr>
          <w:szCs w:val="24"/>
        </w:rPr>
      </w:pPr>
      <w:r w:rsidRPr="004D2E59">
        <w:rPr>
          <w:szCs w:val="24"/>
        </w:rPr>
        <w:t>Potvrdenie od lekára spravidla obsahuje:</w:t>
      </w:r>
    </w:p>
    <w:p w14:paraId="4E2ADB8A" w14:textId="77777777" w:rsidR="00846070" w:rsidRPr="004D2E59" w:rsidRDefault="00846070" w:rsidP="00846070">
      <w:pPr>
        <w:numPr>
          <w:ilvl w:val="0"/>
          <w:numId w:val="128"/>
        </w:numPr>
        <w:rPr>
          <w:szCs w:val="24"/>
        </w:rPr>
      </w:pPr>
      <w:r w:rsidRPr="004D2E59">
        <w:rPr>
          <w:szCs w:val="24"/>
        </w:rPr>
        <w:t>meno a priezvisko dieťaťa,</w:t>
      </w:r>
    </w:p>
    <w:p w14:paraId="5D350D9B" w14:textId="77777777" w:rsidR="00846070" w:rsidRPr="004D2E59" w:rsidRDefault="00846070" w:rsidP="00846070">
      <w:pPr>
        <w:numPr>
          <w:ilvl w:val="0"/>
          <w:numId w:val="128"/>
        </w:numPr>
        <w:rPr>
          <w:szCs w:val="24"/>
        </w:rPr>
      </w:pPr>
      <w:r w:rsidRPr="004D2E59">
        <w:rPr>
          <w:szCs w:val="24"/>
        </w:rPr>
        <w:t>obdobie choroby alebo úrazu,</w:t>
      </w:r>
    </w:p>
    <w:p w14:paraId="5757D04B" w14:textId="77777777" w:rsidR="00846070" w:rsidRPr="004D2E59" w:rsidRDefault="00846070" w:rsidP="00846070">
      <w:pPr>
        <w:numPr>
          <w:ilvl w:val="0"/>
          <w:numId w:val="128"/>
        </w:numPr>
        <w:rPr>
          <w:szCs w:val="24"/>
        </w:rPr>
      </w:pPr>
      <w:r w:rsidRPr="004D2E59">
        <w:rPr>
          <w:szCs w:val="24"/>
        </w:rPr>
        <w:t>dátum vystavenia potvrdenia,</w:t>
      </w:r>
    </w:p>
    <w:p w14:paraId="5EDEB70B" w14:textId="77777777" w:rsidR="00846070" w:rsidRPr="004D2E59" w:rsidRDefault="00846070" w:rsidP="00846070">
      <w:pPr>
        <w:numPr>
          <w:ilvl w:val="0"/>
          <w:numId w:val="128"/>
        </w:numPr>
        <w:rPr>
          <w:szCs w:val="24"/>
        </w:rPr>
      </w:pPr>
      <w:r w:rsidRPr="004D2E59">
        <w:rPr>
          <w:szCs w:val="24"/>
        </w:rPr>
        <w:t>označenie zdravotníckeho zariadenia,</w:t>
      </w:r>
    </w:p>
    <w:p w14:paraId="21210D1F" w14:textId="77777777" w:rsidR="00846070" w:rsidRPr="004D2E59" w:rsidRDefault="00846070" w:rsidP="00846070">
      <w:pPr>
        <w:numPr>
          <w:ilvl w:val="0"/>
          <w:numId w:val="128"/>
        </w:numPr>
        <w:rPr>
          <w:szCs w:val="24"/>
        </w:rPr>
      </w:pPr>
      <w:r w:rsidRPr="004D2E59">
        <w:rPr>
          <w:szCs w:val="24"/>
        </w:rPr>
        <w:t>podpis a pečiatku lekára.</w:t>
      </w:r>
    </w:p>
    <w:p w14:paraId="0C0115DD" w14:textId="77777777" w:rsidR="002B5246" w:rsidRDefault="002B5246" w:rsidP="00846070">
      <w:pPr>
        <w:spacing w:after="0" w:line="240" w:lineRule="auto"/>
        <w:rPr>
          <w:b/>
          <w:bCs/>
          <w:szCs w:val="24"/>
        </w:rPr>
      </w:pPr>
    </w:p>
    <w:p w14:paraId="20B06A39" w14:textId="77777777" w:rsidR="00846070" w:rsidRPr="004D2E59" w:rsidRDefault="00846070" w:rsidP="00846070">
      <w:pPr>
        <w:rPr>
          <w:b/>
          <w:bCs/>
          <w:szCs w:val="24"/>
        </w:rPr>
      </w:pPr>
      <w:r w:rsidRPr="004D2E59">
        <w:rPr>
          <w:b/>
          <w:bCs/>
          <w:szCs w:val="24"/>
        </w:rPr>
        <w:t>Evidencia neprítomnosti</w:t>
      </w:r>
    </w:p>
    <w:p w14:paraId="2AE7C342" w14:textId="77777777" w:rsidR="00846070" w:rsidRPr="004D2E59" w:rsidRDefault="00846070" w:rsidP="00846070">
      <w:pPr>
        <w:rPr>
          <w:szCs w:val="24"/>
        </w:rPr>
      </w:pPr>
      <w:r w:rsidRPr="004D2E59">
        <w:rPr>
          <w:szCs w:val="24"/>
        </w:rPr>
        <w:t>Materská škola vedie evidenciu dochádzky a neprítomnosti detí. Pri deťoch plniacich povinné predprimárne vzdelávanie sa eviduje najmä:</w:t>
      </w:r>
    </w:p>
    <w:p w14:paraId="183A7772" w14:textId="77777777" w:rsidR="00846070" w:rsidRPr="004D2E59" w:rsidRDefault="00846070" w:rsidP="00846070">
      <w:pPr>
        <w:numPr>
          <w:ilvl w:val="0"/>
          <w:numId w:val="129"/>
        </w:numPr>
        <w:rPr>
          <w:szCs w:val="24"/>
        </w:rPr>
      </w:pPr>
      <w:r w:rsidRPr="004D2E59">
        <w:rPr>
          <w:szCs w:val="24"/>
        </w:rPr>
        <w:t>počet vyučovacích dní, ktoré dieťa neabsolvovalo bez ospravedlnenia,</w:t>
      </w:r>
    </w:p>
    <w:p w14:paraId="16051A4C" w14:textId="77777777" w:rsidR="00846070" w:rsidRPr="004D2E59" w:rsidRDefault="00846070" w:rsidP="00846070">
      <w:pPr>
        <w:numPr>
          <w:ilvl w:val="0"/>
          <w:numId w:val="129"/>
        </w:numPr>
        <w:rPr>
          <w:szCs w:val="24"/>
        </w:rPr>
      </w:pPr>
      <w:r w:rsidRPr="004D2E59">
        <w:rPr>
          <w:szCs w:val="24"/>
        </w:rPr>
        <w:lastRenderedPageBreak/>
        <w:t>počet vyučovacích dní, na ktorých sa dieťa ospravedlnene nezúčastnilo,</w:t>
      </w:r>
    </w:p>
    <w:p w14:paraId="5CCE8CD5" w14:textId="77777777" w:rsidR="00846070" w:rsidRPr="004D2E59" w:rsidRDefault="00846070" w:rsidP="00846070">
      <w:pPr>
        <w:numPr>
          <w:ilvl w:val="0"/>
          <w:numId w:val="129"/>
        </w:numPr>
        <w:rPr>
          <w:szCs w:val="24"/>
        </w:rPr>
      </w:pPr>
      <w:r w:rsidRPr="004D2E59">
        <w:rPr>
          <w:szCs w:val="24"/>
        </w:rPr>
        <w:t>dôvod neprítomnosti,</w:t>
      </w:r>
    </w:p>
    <w:p w14:paraId="7AFD9C32" w14:textId="77777777" w:rsidR="00846070" w:rsidRPr="004D2E59" w:rsidRDefault="00846070" w:rsidP="00846070">
      <w:pPr>
        <w:numPr>
          <w:ilvl w:val="0"/>
          <w:numId w:val="129"/>
        </w:numPr>
        <w:rPr>
          <w:szCs w:val="24"/>
        </w:rPr>
      </w:pPr>
      <w:r w:rsidRPr="004D2E59">
        <w:rPr>
          <w:szCs w:val="24"/>
        </w:rPr>
        <w:t>spôsob ospravedlnenia,</w:t>
      </w:r>
    </w:p>
    <w:p w14:paraId="6E5E1BAE" w14:textId="77777777" w:rsidR="00846070" w:rsidRPr="004D2E59" w:rsidRDefault="00846070" w:rsidP="00846070">
      <w:pPr>
        <w:numPr>
          <w:ilvl w:val="0"/>
          <w:numId w:val="129"/>
        </w:numPr>
        <w:rPr>
          <w:szCs w:val="24"/>
        </w:rPr>
      </w:pPr>
      <w:r w:rsidRPr="004D2E59">
        <w:rPr>
          <w:szCs w:val="24"/>
        </w:rPr>
        <w:t>predložené doklady,</w:t>
      </w:r>
    </w:p>
    <w:p w14:paraId="2B58C33F" w14:textId="77777777" w:rsidR="00846070" w:rsidRPr="004D2E59" w:rsidRDefault="00846070" w:rsidP="00846070">
      <w:pPr>
        <w:numPr>
          <w:ilvl w:val="0"/>
          <w:numId w:val="129"/>
        </w:numPr>
        <w:rPr>
          <w:szCs w:val="24"/>
        </w:rPr>
      </w:pPr>
      <w:r w:rsidRPr="004D2E59">
        <w:rPr>
          <w:szCs w:val="24"/>
        </w:rPr>
        <w:t>počet dní neprítomnosti z dôvodu choroby alebo úrazu.</w:t>
      </w:r>
    </w:p>
    <w:p w14:paraId="0747040F" w14:textId="77777777" w:rsidR="00846070" w:rsidRPr="004D2E59" w:rsidRDefault="00846070" w:rsidP="00846070">
      <w:pPr>
        <w:rPr>
          <w:b/>
          <w:bCs/>
          <w:szCs w:val="24"/>
        </w:rPr>
      </w:pPr>
      <w:r w:rsidRPr="004D2E59">
        <w:rPr>
          <w:b/>
          <w:bCs/>
          <w:szCs w:val="24"/>
        </w:rPr>
        <w:t>Údaje o neprítomnosti detí plniacich povinné predprimárne vzdelávanie sa evidujú aj na účely vykazovania do centrálneho registra.</w:t>
      </w:r>
    </w:p>
    <w:p w14:paraId="4A736174" w14:textId="77777777" w:rsidR="00846070" w:rsidRPr="004D2E59" w:rsidRDefault="00846070" w:rsidP="00846070">
      <w:pPr>
        <w:rPr>
          <w:b/>
          <w:bCs/>
          <w:szCs w:val="24"/>
        </w:rPr>
      </w:pPr>
      <w:r w:rsidRPr="004D2E59">
        <w:rPr>
          <w:b/>
          <w:bCs/>
          <w:szCs w:val="24"/>
        </w:rPr>
        <w:t>Neospravedlnená neprítomnosť</w:t>
      </w:r>
    </w:p>
    <w:p w14:paraId="476E8D36" w14:textId="77777777" w:rsidR="00846070" w:rsidRPr="004D2E59" w:rsidRDefault="00846070" w:rsidP="00846070">
      <w:pPr>
        <w:rPr>
          <w:szCs w:val="24"/>
        </w:rPr>
      </w:pPr>
      <w:r w:rsidRPr="004D2E59">
        <w:rPr>
          <w:szCs w:val="24"/>
        </w:rPr>
        <w:t>Za neospravedlnenú neprítomnosť sa považuje neprítomnosť dieťaťa, pri ktorej zákonný zástupca:</w:t>
      </w:r>
    </w:p>
    <w:p w14:paraId="772C23EF" w14:textId="77777777" w:rsidR="00846070" w:rsidRPr="004D2E59" w:rsidRDefault="00846070" w:rsidP="00846070">
      <w:pPr>
        <w:numPr>
          <w:ilvl w:val="0"/>
          <w:numId w:val="130"/>
        </w:numPr>
        <w:rPr>
          <w:szCs w:val="24"/>
        </w:rPr>
      </w:pPr>
      <w:r w:rsidRPr="004D2E59">
        <w:rPr>
          <w:szCs w:val="24"/>
        </w:rPr>
        <w:t>neoznámil dôvod neprítomnosti,</w:t>
      </w:r>
    </w:p>
    <w:p w14:paraId="736B876D" w14:textId="77777777" w:rsidR="00846070" w:rsidRPr="004D2E59" w:rsidRDefault="00846070" w:rsidP="00846070">
      <w:pPr>
        <w:numPr>
          <w:ilvl w:val="0"/>
          <w:numId w:val="130"/>
        </w:numPr>
        <w:rPr>
          <w:szCs w:val="24"/>
        </w:rPr>
      </w:pPr>
      <w:r w:rsidRPr="004D2E59">
        <w:rPr>
          <w:szCs w:val="24"/>
        </w:rPr>
        <w:t>nepožiadal o ospravedlnenie neprítomnosti,</w:t>
      </w:r>
    </w:p>
    <w:p w14:paraId="7F374752" w14:textId="77777777" w:rsidR="00846070" w:rsidRPr="004D2E59" w:rsidRDefault="00846070" w:rsidP="00846070">
      <w:pPr>
        <w:numPr>
          <w:ilvl w:val="0"/>
          <w:numId w:val="130"/>
        </w:numPr>
        <w:rPr>
          <w:szCs w:val="24"/>
        </w:rPr>
      </w:pPr>
      <w:r w:rsidRPr="004D2E59">
        <w:rPr>
          <w:szCs w:val="24"/>
        </w:rPr>
        <w:t>nepredložil požadovaný doklad,</w:t>
      </w:r>
    </w:p>
    <w:p w14:paraId="06B81632" w14:textId="77777777" w:rsidR="00846070" w:rsidRPr="004D2E59" w:rsidRDefault="00846070" w:rsidP="00846070">
      <w:pPr>
        <w:numPr>
          <w:ilvl w:val="0"/>
          <w:numId w:val="130"/>
        </w:numPr>
        <w:rPr>
          <w:szCs w:val="24"/>
        </w:rPr>
      </w:pPr>
      <w:r w:rsidRPr="004D2E59">
        <w:rPr>
          <w:szCs w:val="24"/>
        </w:rPr>
        <w:t>nepreukázal dôvod neprítomnosti v určenej lehote,</w:t>
      </w:r>
    </w:p>
    <w:p w14:paraId="5F3823F3" w14:textId="77777777" w:rsidR="00846070" w:rsidRPr="004D2E59" w:rsidRDefault="00846070" w:rsidP="00846070">
      <w:pPr>
        <w:numPr>
          <w:ilvl w:val="0"/>
          <w:numId w:val="130"/>
        </w:numPr>
        <w:rPr>
          <w:szCs w:val="24"/>
        </w:rPr>
      </w:pPr>
      <w:r w:rsidRPr="004D2E59">
        <w:rPr>
          <w:szCs w:val="24"/>
        </w:rPr>
        <w:t>uviedol dôvod, ktorý materská škola nemôže uznať ako ospravedlniteľný.</w:t>
      </w:r>
    </w:p>
    <w:p w14:paraId="07C80C6E" w14:textId="77777777" w:rsidR="00846070" w:rsidRPr="004D2E59" w:rsidRDefault="00846070" w:rsidP="00846070">
      <w:pPr>
        <w:rPr>
          <w:szCs w:val="24"/>
        </w:rPr>
      </w:pPr>
      <w:r w:rsidRPr="004D2E59">
        <w:rPr>
          <w:szCs w:val="24"/>
        </w:rPr>
        <w:t>Ak ide o dieťa plniace povinné predprimárne vzdelávanie, neospravedlnená neprítomnosť môže byť posudzovaná ako zanedbávanie riadneho plnenia povinného predprimárneho vzdelávania. Materská škola v takom prípade postupuje podľa školského zákona a svojho školského poriadku.</w:t>
      </w:r>
    </w:p>
    <w:p w14:paraId="209181B3" w14:textId="77777777" w:rsidR="00846070" w:rsidRPr="004D2E59" w:rsidRDefault="00846070" w:rsidP="00846070">
      <w:pPr>
        <w:rPr>
          <w:b/>
          <w:bCs/>
          <w:szCs w:val="24"/>
        </w:rPr>
      </w:pPr>
      <w:r w:rsidRPr="004D2E59">
        <w:rPr>
          <w:b/>
          <w:bCs/>
          <w:szCs w:val="24"/>
        </w:rPr>
        <w:t>Informovanie zákonných zástupcov o režime ospravedlňovania</w:t>
      </w:r>
    </w:p>
    <w:p w14:paraId="09296A2D" w14:textId="77777777" w:rsidR="00846070" w:rsidRPr="004D2E59" w:rsidRDefault="00846070" w:rsidP="00846070">
      <w:pPr>
        <w:rPr>
          <w:szCs w:val="24"/>
        </w:rPr>
      </w:pPr>
      <w:r w:rsidRPr="004D2E59">
        <w:rPr>
          <w:szCs w:val="24"/>
        </w:rPr>
        <w:t>Materská škola zákonným zástupcom písomne oznámi, v akom režime ospravedlňovania v príslušnom školskom roku postupuje.</w:t>
      </w:r>
    </w:p>
    <w:p w14:paraId="14DAF207" w14:textId="77777777" w:rsidR="00846070" w:rsidRPr="004D2E59" w:rsidRDefault="00846070" w:rsidP="00846070">
      <w:pPr>
        <w:rPr>
          <w:szCs w:val="24"/>
        </w:rPr>
      </w:pPr>
      <w:r w:rsidRPr="004D2E59">
        <w:rPr>
          <w:szCs w:val="24"/>
        </w:rPr>
        <w:t>Oznámenie obsahuje najmä:</w:t>
      </w:r>
    </w:p>
    <w:p w14:paraId="2E83BA6E" w14:textId="77777777" w:rsidR="00846070" w:rsidRPr="004D2E59" w:rsidRDefault="00846070" w:rsidP="00846070">
      <w:pPr>
        <w:numPr>
          <w:ilvl w:val="0"/>
          <w:numId w:val="131"/>
        </w:numPr>
        <w:rPr>
          <w:szCs w:val="24"/>
        </w:rPr>
      </w:pPr>
      <w:r w:rsidRPr="004D2E59">
        <w:rPr>
          <w:szCs w:val="24"/>
        </w:rPr>
        <w:t>či materská škola postupuje v prísnejšom alebo miernejšom režime,</w:t>
      </w:r>
    </w:p>
    <w:p w14:paraId="0E93D72B" w14:textId="77777777" w:rsidR="00846070" w:rsidRPr="004D2E59" w:rsidRDefault="00846070" w:rsidP="00846070">
      <w:pPr>
        <w:numPr>
          <w:ilvl w:val="0"/>
          <w:numId w:val="131"/>
        </w:numPr>
        <w:rPr>
          <w:szCs w:val="24"/>
        </w:rPr>
      </w:pPr>
      <w:r w:rsidRPr="004D2E59">
        <w:rPr>
          <w:szCs w:val="24"/>
        </w:rPr>
        <w:t>deň, od ktorého sa príslušný režim uplatňuje,</w:t>
      </w:r>
    </w:p>
    <w:p w14:paraId="58B251DB" w14:textId="77777777" w:rsidR="00846070" w:rsidRPr="004D2E59" w:rsidRDefault="00846070" w:rsidP="00846070">
      <w:pPr>
        <w:numPr>
          <w:ilvl w:val="0"/>
          <w:numId w:val="131"/>
        </w:numPr>
        <w:rPr>
          <w:szCs w:val="24"/>
        </w:rPr>
      </w:pPr>
      <w:r w:rsidRPr="004D2E59">
        <w:rPr>
          <w:szCs w:val="24"/>
        </w:rPr>
        <w:t>počet vyučovacích dní, ktoré možno ospravedlniť bez potvrdenia od lekára,</w:t>
      </w:r>
    </w:p>
    <w:p w14:paraId="4BFB121A" w14:textId="77777777" w:rsidR="00846070" w:rsidRPr="004D2E59" w:rsidRDefault="00846070" w:rsidP="00846070">
      <w:pPr>
        <w:numPr>
          <w:ilvl w:val="0"/>
          <w:numId w:val="131"/>
        </w:numPr>
        <w:rPr>
          <w:szCs w:val="24"/>
        </w:rPr>
      </w:pPr>
      <w:r w:rsidRPr="004D2E59">
        <w:rPr>
          <w:szCs w:val="24"/>
        </w:rPr>
        <w:t>upozornenie, že pri zmene režimu sa menia aj pravidlá predkladania potvrdenia od lekára,</w:t>
      </w:r>
    </w:p>
    <w:p w14:paraId="79F25D96" w14:textId="77777777" w:rsidR="00846070" w:rsidRPr="004D2E59" w:rsidRDefault="00846070" w:rsidP="00846070">
      <w:pPr>
        <w:numPr>
          <w:ilvl w:val="0"/>
          <w:numId w:val="131"/>
        </w:numPr>
        <w:rPr>
          <w:szCs w:val="24"/>
        </w:rPr>
      </w:pPr>
      <w:r w:rsidRPr="004D2E59">
        <w:rPr>
          <w:szCs w:val="24"/>
        </w:rPr>
        <w:t>informáciu, že sa počítajú vyučovacie dni, nie kalendárne dni.</w:t>
      </w:r>
    </w:p>
    <w:p w14:paraId="61FD4424" w14:textId="77777777" w:rsidR="00846070" w:rsidRPr="004D2E59" w:rsidRDefault="00846070" w:rsidP="00846070">
      <w:pPr>
        <w:rPr>
          <w:szCs w:val="24"/>
        </w:rPr>
      </w:pPr>
      <w:r w:rsidRPr="004D2E59">
        <w:rPr>
          <w:szCs w:val="24"/>
        </w:rPr>
        <w:t>Ak sa režim ospravedlňovania počas školského roka zmení, materská škola o tom zákonných zástupcov písomne informuje.</w:t>
      </w:r>
    </w:p>
    <w:p w14:paraId="4C2C14A2" w14:textId="77777777" w:rsidR="00846070" w:rsidRPr="004D2E59" w:rsidRDefault="00846070" w:rsidP="00846070">
      <w:pPr>
        <w:rPr>
          <w:b/>
          <w:bCs/>
          <w:szCs w:val="24"/>
        </w:rPr>
      </w:pPr>
      <w:r w:rsidRPr="004D2E59">
        <w:rPr>
          <w:b/>
          <w:bCs/>
          <w:szCs w:val="24"/>
        </w:rPr>
        <w:t>Povinnosti materskej školy</w:t>
      </w:r>
    </w:p>
    <w:p w14:paraId="522078D8" w14:textId="77777777" w:rsidR="00846070" w:rsidRPr="004D2E59" w:rsidRDefault="00846070" w:rsidP="00846070">
      <w:pPr>
        <w:rPr>
          <w:szCs w:val="24"/>
        </w:rPr>
      </w:pPr>
      <w:r w:rsidRPr="004D2E59">
        <w:rPr>
          <w:szCs w:val="24"/>
        </w:rPr>
        <w:lastRenderedPageBreak/>
        <w:t>Materská škola:</w:t>
      </w:r>
    </w:p>
    <w:p w14:paraId="42C8E92F" w14:textId="77777777" w:rsidR="00846070" w:rsidRPr="004D2E59" w:rsidRDefault="00846070" w:rsidP="00846070">
      <w:pPr>
        <w:numPr>
          <w:ilvl w:val="0"/>
          <w:numId w:val="132"/>
        </w:numPr>
        <w:rPr>
          <w:szCs w:val="24"/>
        </w:rPr>
      </w:pPr>
      <w:r w:rsidRPr="004D2E59">
        <w:rPr>
          <w:szCs w:val="24"/>
        </w:rPr>
        <w:t>postupuje pri ospravedlňovaní neprítomnosti podľa školského poriadku,</w:t>
      </w:r>
    </w:p>
    <w:p w14:paraId="30A68D70" w14:textId="77777777" w:rsidR="00846070" w:rsidRPr="004D2E59" w:rsidRDefault="00846070" w:rsidP="00846070">
      <w:pPr>
        <w:numPr>
          <w:ilvl w:val="0"/>
          <w:numId w:val="132"/>
        </w:numPr>
        <w:rPr>
          <w:szCs w:val="24"/>
        </w:rPr>
      </w:pPr>
      <w:r w:rsidRPr="004D2E59">
        <w:rPr>
          <w:szCs w:val="24"/>
        </w:rPr>
        <w:t>ospravedlňuje neprítomnosť dieťaťa na základe žiadosti zákonného zástupcu,</w:t>
      </w:r>
    </w:p>
    <w:p w14:paraId="008CC19B" w14:textId="77777777" w:rsidR="00846070" w:rsidRPr="004D2E59" w:rsidRDefault="00846070" w:rsidP="00846070">
      <w:pPr>
        <w:numPr>
          <w:ilvl w:val="0"/>
          <w:numId w:val="132"/>
        </w:numPr>
        <w:rPr>
          <w:szCs w:val="24"/>
        </w:rPr>
      </w:pPr>
      <w:r w:rsidRPr="004D2E59">
        <w:rPr>
          <w:szCs w:val="24"/>
        </w:rPr>
        <w:t>vedie evidenciu dochádzky a neprítomnosti dieťaťa,</w:t>
      </w:r>
    </w:p>
    <w:p w14:paraId="32EC0876" w14:textId="77777777" w:rsidR="00846070" w:rsidRPr="004D2E59" w:rsidRDefault="00846070" w:rsidP="00846070">
      <w:pPr>
        <w:numPr>
          <w:ilvl w:val="0"/>
          <w:numId w:val="132"/>
        </w:numPr>
        <w:rPr>
          <w:szCs w:val="24"/>
        </w:rPr>
      </w:pPr>
      <w:r w:rsidRPr="004D2E59">
        <w:rPr>
          <w:szCs w:val="24"/>
        </w:rPr>
        <w:t>sleduje, či zákonný zástupca oznámil dôvod neprítomnosti a predložil potrebné doklady,</w:t>
      </w:r>
    </w:p>
    <w:p w14:paraId="240D76B4" w14:textId="77777777" w:rsidR="00846070" w:rsidRPr="004D2E59" w:rsidRDefault="00846070" w:rsidP="00846070">
      <w:pPr>
        <w:numPr>
          <w:ilvl w:val="0"/>
          <w:numId w:val="132"/>
        </w:numPr>
        <w:rPr>
          <w:szCs w:val="24"/>
        </w:rPr>
      </w:pPr>
      <w:r w:rsidRPr="004D2E59">
        <w:rPr>
          <w:szCs w:val="24"/>
        </w:rPr>
        <w:t>informuje zákonných zástupcov o režime ospravedlňovania,</w:t>
      </w:r>
    </w:p>
    <w:p w14:paraId="338FA295" w14:textId="77777777" w:rsidR="00846070" w:rsidRPr="004D2E59" w:rsidRDefault="00846070" w:rsidP="00846070">
      <w:pPr>
        <w:numPr>
          <w:ilvl w:val="0"/>
          <w:numId w:val="132"/>
        </w:numPr>
        <w:rPr>
          <w:szCs w:val="24"/>
        </w:rPr>
      </w:pPr>
      <w:r w:rsidRPr="004D2E59">
        <w:rPr>
          <w:szCs w:val="24"/>
        </w:rPr>
        <w:t>eviduje údaje potrebné na posúdenie režimu ospravedlňovania,</w:t>
      </w:r>
    </w:p>
    <w:p w14:paraId="285CFF64" w14:textId="77777777" w:rsidR="00846070" w:rsidRPr="004D2E59" w:rsidRDefault="00846070" w:rsidP="00846070">
      <w:pPr>
        <w:numPr>
          <w:ilvl w:val="0"/>
          <w:numId w:val="132"/>
        </w:numPr>
        <w:rPr>
          <w:szCs w:val="24"/>
        </w:rPr>
      </w:pPr>
      <w:r w:rsidRPr="004D2E59">
        <w:rPr>
          <w:szCs w:val="24"/>
        </w:rPr>
        <w:t>zasiela príslušné údaje do centrálneho registra podľa platných pravidiel.</w:t>
      </w:r>
    </w:p>
    <w:p w14:paraId="12BE6594" w14:textId="77777777" w:rsidR="00846070" w:rsidRPr="004D2E59" w:rsidRDefault="00846070" w:rsidP="00846070">
      <w:pPr>
        <w:rPr>
          <w:b/>
          <w:bCs/>
          <w:szCs w:val="24"/>
        </w:rPr>
      </w:pPr>
      <w:r w:rsidRPr="004D2E59">
        <w:rPr>
          <w:b/>
          <w:bCs/>
          <w:szCs w:val="24"/>
        </w:rPr>
        <w:t>Povinnosti zákonného zástupcu</w:t>
      </w:r>
    </w:p>
    <w:p w14:paraId="2D4B8A1D" w14:textId="77777777" w:rsidR="00846070" w:rsidRPr="004D2E59" w:rsidRDefault="00846070" w:rsidP="00846070">
      <w:pPr>
        <w:rPr>
          <w:szCs w:val="24"/>
        </w:rPr>
      </w:pPr>
      <w:r w:rsidRPr="004D2E59">
        <w:rPr>
          <w:szCs w:val="24"/>
        </w:rPr>
        <w:t>Zákonný zástupca:</w:t>
      </w:r>
    </w:p>
    <w:p w14:paraId="45FE443A" w14:textId="77777777" w:rsidR="00846070" w:rsidRPr="004D2E59" w:rsidRDefault="00846070" w:rsidP="00846070">
      <w:pPr>
        <w:numPr>
          <w:ilvl w:val="0"/>
          <w:numId w:val="133"/>
        </w:numPr>
        <w:rPr>
          <w:szCs w:val="24"/>
        </w:rPr>
      </w:pPr>
      <w:r w:rsidRPr="004D2E59">
        <w:rPr>
          <w:szCs w:val="24"/>
        </w:rPr>
        <w:t>zabezpečuje pravidelnú a včasnú dochádzku dieťaťa do materskej školy,</w:t>
      </w:r>
    </w:p>
    <w:p w14:paraId="468C446B" w14:textId="77777777" w:rsidR="00846070" w:rsidRPr="004D2E59" w:rsidRDefault="00846070" w:rsidP="00846070">
      <w:pPr>
        <w:numPr>
          <w:ilvl w:val="0"/>
          <w:numId w:val="133"/>
        </w:numPr>
        <w:rPr>
          <w:szCs w:val="24"/>
        </w:rPr>
      </w:pPr>
      <w:r w:rsidRPr="004D2E59">
        <w:rPr>
          <w:szCs w:val="24"/>
        </w:rPr>
        <w:t>oznamuje neprítomnosť dieťaťa bez zbytočného odkladu,</w:t>
      </w:r>
    </w:p>
    <w:p w14:paraId="0E2988DA" w14:textId="77777777" w:rsidR="00846070" w:rsidRPr="004D2E59" w:rsidRDefault="00846070" w:rsidP="00846070">
      <w:pPr>
        <w:numPr>
          <w:ilvl w:val="0"/>
          <w:numId w:val="133"/>
        </w:numPr>
        <w:rPr>
          <w:szCs w:val="24"/>
        </w:rPr>
      </w:pPr>
      <w:r w:rsidRPr="004D2E59">
        <w:rPr>
          <w:szCs w:val="24"/>
        </w:rPr>
        <w:t>uvádza pravdivý dôvod neprítomnosti,</w:t>
      </w:r>
    </w:p>
    <w:p w14:paraId="6A73CDB6" w14:textId="77777777" w:rsidR="00846070" w:rsidRPr="004D2E59" w:rsidRDefault="00846070" w:rsidP="00846070">
      <w:pPr>
        <w:numPr>
          <w:ilvl w:val="0"/>
          <w:numId w:val="133"/>
        </w:numPr>
        <w:rPr>
          <w:szCs w:val="24"/>
        </w:rPr>
      </w:pPr>
      <w:r w:rsidRPr="004D2E59">
        <w:rPr>
          <w:szCs w:val="24"/>
        </w:rPr>
        <w:t>žiada materskú školu o ospravedlnenie neprítomnosti dieťaťa,</w:t>
      </w:r>
    </w:p>
    <w:p w14:paraId="77A7B9FF" w14:textId="77777777" w:rsidR="00846070" w:rsidRPr="004D2E59" w:rsidRDefault="00846070" w:rsidP="00846070">
      <w:pPr>
        <w:numPr>
          <w:ilvl w:val="0"/>
          <w:numId w:val="133"/>
        </w:numPr>
        <w:rPr>
          <w:szCs w:val="24"/>
        </w:rPr>
      </w:pPr>
      <w:r w:rsidRPr="004D2E59">
        <w:rPr>
          <w:szCs w:val="24"/>
        </w:rPr>
        <w:t>predkladá doklady preukazujúce dôvod neprítomnosti v určenej lehote,</w:t>
      </w:r>
    </w:p>
    <w:p w14:paraId="789767A4" w14:textId="77777777" w:rsidR="00846070" w:rsidRPr="004D2E59" w:rsidRDefault="00846070" w:rsidP="00846070">
      <w:pPr>
        <w:numPr>
          <w:ilvl w:val="0"/>
          <w:numId w:val="133"/>
        </w:numPr>
        <w:rPr>
          <w:szCs w:val="24"/>
        </w:rPr>
      </w:pPr>
      <w:r w:rsidRPr="004D2E59">
        <w:rPr>
          <w:szCs w:val="24"/>
        </w:rPr>
        <w:t>predkladá potvrdenie od lekára, ak sa podľa príslušného režimu vyžaduje,</w:t>
      </w:r>
    </w:p>
    <w:p w14:paraId="636FF018" w14:textId="77777777" w:rsidR="00846070" w:rsidRPr="004D2E59" w:rsidRDefault="00846070" w:rsidP="00846070">
      <w:pPr>
        <w:numPr>
          <w:ilvl w:val="0"/>
          <w:numId w:val="133"/>
        </w:numPr>
        <w:rPr>
          <w:szCs w:val="24"/>
        </w:rPr>
      </w:pPr>
      <w:r w:rsidRPr="004D2E59">
        <w:rPr>
          <w:szCs w:val="24"/>
        </w:rPr>
        <w:t>spolupracuje s materskou školou pri vedení dochádzky a ospravedlňovaní neprítomnosti,</w:t>
      </w:r>
    </w:p>
    <w:p w14:paraId="585AA9C0" w14:textId="77777777" w:rsidR="00846070" w:rsidRPr="004D2E59" w:rsidRDefault="00846070" w:rsidP="00846070">
      <w:pPr>
        <w:numPr>
          <w:ilvl w:val="0"/>
          <w:numId w:val="133"/>
        </w:numPr>
        <w:rPr>
          <w:szCs w:val="24"/>
        </w:rPr>
      </w:pPr>
      <w:r w:rsidRPr="004D2E59">
        <w:rPr>
          <w:szCs w:val="24"/>
        </w:rPr>
        <w:t>odhlasuje dieťa zo stravy podľa pravidiel školskej jedálne.</w:t>
      </w:r>
    </w:p>
    <w:p w14:paraId="292F0D35" w14:textId="77777777" w:rsidR="00846070" w:rsidRPr="004D2E59" w:rsidRDefault="00846070" w:rsidP="00846070">
      <w:pPr>
        <w:rPr>
          <w:b/>
          <w:bCs/>
          <w:szCs w:val="24"/>
        </w:rPr>
      </w:pPr>
      <w:r w:rsidRPr="004D2E59">
        <w:rPr>
          <w:b/>
          <w:bCs/>
          <w:szCs w:val="24"/>
        </w:rPr>
        <w:t>Odhlasovanie dieťaťa zo stravy</w:t>
      </w:r>
    </w:p>
    <w:p w14:paraId="0D1A77A9" w14:textId="77777777" w:rsidR="00846070" w:rsidRPr="004D2E59" w:rsidRDefault="00846070" w:rsidP="00846070">
      <w:pPr>
        <w:rPr>
          <w:szCs w:val="24"/>
        </w:rPr>
      </w:pPr>
      <w:r w:rsidRPr="004D2E59">
        <w:rPr>
          <w:szCs w:val="24"/>
        </w:rPr>
        <w:t xml:space="preserve">Ak dieťa nebude prítomné v materskej škole, zákonný zástupca je povinný odhlásiť dieťa zo stravy najneskôr do </w:t>
      </w:r>
      <w:r w:rsidRPr="004D2E59">
        <w:rPr>
          <w:b/>
          <w:bCs/>
          <w:szCs w:val="24"/>
        </w:rPr>
        <w:t>8:00 hod.</w:t>
      </w:r>
      <w:r w:rsidRPr="004D2E59">
        <w:rPr>
          <w:szCs w:val="24"/>
        </w:rPr>
        <w:t xml:space="preserve"> príslušného dňa, ak školská jedáleň neurčí iný postup.</w:t>
      </w:r>
    </w:p>
    <w:p w14:paraId="4B6D33DC" w14:textId="77777777" w:rsidR="00846070" w:rsidRPr="004D2E59" w:rsidRDefault="00846070" w:rsidP="00846070">
      <w:pPr>
        <w:rPr>
          <w:szCs w:val="24"/>
        </w:rPr>
      </w:pPr>
      <w:r w:rsidRPr="004D2E59">
        <w:rPr>
          <w:szCs w:val="24"/>
        </w:rPr>
        <w:t>Ak zákonný zástupca dieťa zo stravy včas neodhlási, strava sa považuje za objednanú a zákonný zástupca je povinný ju uhradiť podľa pravidiel školskej jedálne.</w:t>
      </w:r>
    </w:p>
    <w:p w14:paraId="376B51DE" w14:textId="77777777" w:rsidR="00846070" w:rsidRPr="004D2E59" w:rsidRDefault="00846070" w:rsidP="00846070">
      <w:pPr>
        <w:rPr>
          <w:szCs w:val="24"/>
        </w:rPr>
      </w:pPr>
      <w:r w:rsidRPr="004D2E59">
        <w:rPr>
          <w:szCs w:val="24"/>
        </w:rPr>
        <w:t>Oznámenie neprítomnosti dieťaťa a odhlásenie zo stravy sú dve samostatné povinnosti zákonného zástupcu, ak materská škola alebo školská jedáleň neurčí jednotný spôsob oznámenia.</w:t>
      </w:r>
    </w:p>
    <w:p w14:paraId="00D4270B" w14:textId="7C2EAFAC" w:rsidR="004533A1" w:rsidRPr="004533A1" w:rsidRDefault="004533A1" w:rsidP="004533A1">
      <w:pPr>
        <w:rPr>
          <w:b/>
          <w:bCs/>
          <w:szCs w:val="24"/>
          <w:lang w:val="sk-SK"/>
        </w:rPr>
      </w:pPr>
      <w:r w:rsidRPr="004533A1">
        <w:rPr>
          <w:b/>
          <w:bCs/>
          <w:szCs w:val="24"/>
          <w:lang w:val="sk-SK"/>
        </w:rPr>
        <w:t>Odchod dieťaťa z materskej školy</w:t>
      </w:r>
    </w:p>
    <w:p w14:paraId="65EA7CC1" w14:textId="77777777" w:rsidR="004533A1" w:rsidRPr="004533A1" w:rsidRDefault="004533A1" w:rsidP="004533A1">
      <w:pPr>
        <w:rPr>
          <w:szCs w:val="24"/>
          <w:lang w:val="sk-SK"/>
        </w:rPr>
      </w:pPr>
      <w:r w:rsidRPr="004533A1">
        <w:rPr>
          <w:szCs w:val="24"/>
          <w:lang w:val="sk-SK"/>
        </w:rPr>
        <w:t>Dieťa z materskej školy preberá zákonný zástupca alebo ním písomne poverená osoba. Prevzatie dieťaťa inou osobou je možné len na základe poverenia zákonného zástupcu v rozsahu určenom školským poriadkom.</w:t>
      </w:r>
    </w:p>
    <w:p w14:paraId="6FC0D4F3" w14:textId="77777777" w:rsidR="004533A1" w:rsidRPr="004533A1" w:rsidRDefault="004533A1" w:rsidP="004533A1">
      <w:pPr>
        <w:rPr>
          <w:szCs w:val="24"/>
          <w:lang w:val="sk-SK"/>
        </w:rPr>
      </w:pPr>
      <w:r w:rsidRPr="004533A1">
        <w:rPr>
          <w:szCs w:val="24"/>
          <w:lang w:val="sk-SK"/>
        </w:rPr>
        <w:lastRenderedPageBreak/>
        <w:t>Zákonný zástupca je povinný prevziať dieťa z materskej školy najneskôr do skončenia prevádzky materskej školy.</w:t>
      </w:r>
    </w:p>
    <w:p w14:paraId="53B6559A" w14:textId="77777777" w:rsidR="004533A1" w:rsidRPr="004533A1" w:rsidRDefault="004533A1" w:rsidP="004533A1">
      <w:pPr>
        <w:rPr>
          <w:b/>
          <w:bCs/>
          <w:szCs w:val="24"/>
          <w:lang w:val="sk-SK"/>
        </w:rPr>
      </w:pPr>
      <w:r w:rsidRPr="004533A1">
        <w:rPr>
          <w:b/>
          <w:bCs/>
          <w:szCs w:val="24"/>
          <w:lang w:val="sk-SK"/>
        </w:rPr>
        <w:t>Zmena dochádzky</w:t>
      </w:r>
    </w:p>
    <w:p w14:paraId="14FEE15F" w14:textId="77777777" w:rsidR="00364188" w:rsidRDefault="004533A1">
      <w:pPr>
        <w:rPr>
          <w:szCs w:val="24"/>
          <w:lang w:val="sk-SK"/>
        </w:rPr>
      </w:pPr>
      <w:r w:rsidRPr="004533A1">
        <w:rPr>
          <w:szCs w:val="24"/>
          <w:lang w:val="sk-SK"/>
        </w:rPr>
        <w:t>Ak zákonný zástupca požaduje zmenu formy alebo rozsahu dochádzky dieťaťa, oznámi túto skutočnosť riaditeľke materskej školy. Zmena sa posudzuje podľa možností a podmienok materskej školy.</w:t>
      </w:r>
    </w:p>
    <w:p w14:paraId="36393B76" w14:textId="77777777" w:rsidR="00F74900" w:rsidRPr="00467603" w:rsidRDefault="00F74900">
      <w:pPr>
        <w:rPr>
          <w:szCs w:val="24"/>
          <w:lang w:val="sk-SK"/>
        </w:rPr>
      </w:pPr>
    </w:p>
    <w:p w14:paraId="0BBC27A9" w14:textId="77777777" w:rsidR="000D036A" w:rsidRPr="00765D47" w:rsidRDefault="00547658" w:rsidP="00547658">
      <w:pPr>
        <w:pStyle w:val="Nadpis1"/>
        <w:spacing w:before="0"/>
        <w:jc w:val="center"/>
        <w:rPr>
          <w:rFonts w:ascii="Arial" w:eastAsia="Arial" w:hAnsi="Arial" w:cs="Arial"/>
          <w:color w:val="0070C0"/>
          <w:sz w:val="24"/>
        </w:rPr>
      </w:pPr>
      <w:bookmarkStart w:id="39" w:name="_Toc238333736"/>
      <w:r w:rsidRPr="00765D47">
        <w:rPr>
          <w:rFonts w:ascii="Arial" w:eastAsia="Arial" w:hAnsi="Arial" w:cs="Arial"/>
          <w:color w:val="0070C0"/>
          <w:sz w:val="24"/>
        </w:rPr>
        <w:t xml:space="preserve">Článok VI. </w:t>
      </w:r>
    </w:p>
    <w:p w14:paraId="1118A69F" w14:textId="17B812F6" w:rsidR="00EF040E" w:rsidRPr="00765D47" w:rsidRDefault="00547658" w:rsidP="00547658">
      <w:pPr>
        <w:pStyle w:val="Nadpis1"/>
        <w:spacing w:before="0"/>
        <w:jc w:val="center"/>
        <w:rPr>
          <w:rFonts w:ascii="Arial" w:eastAsia="Arial" w:hAnsi="Arial" w:cs="Arial"/>
          <w:color w:val="0070C0"/>
          <w:sz w:val="24"/>
        </w:rPr>
      </w:pPr>
      <w:r w:rsidRPr="00765D47">
        <w:rPr>
          <w:rFonts w:ascii="Arial" w:eastAsia="Arial" w:hAnsi="Arial" w:cs="Arial"/>
          <w:color w:val="0070C0"/>
          <w:sz w:val="24"/>
        </w:rPr>
        <w:t>Prijímanie detí, rozhodovanie a povinné predprimárne vzdelávanie</w:t>
      </w:r>
      <w:bookmarkEnd w:id="39"/>
    </w:p>
    <w:p w14:paraId="20AB3767" w14:textId="77777777" w:rsidR="002E1C4A" w:rsidRDefault="002E1C4A" w:rsidP="002E1C4A">
      <w:pPr>
        <w:spacing w:after="0"/>
      </w:pPr>
    </w:p>
    <w:p w14:paraId="5E4CFFCF" w14:textId="40B952D3" w:rsidR="00AF5909" w:rsidRPr="008A06FC" w:rsidRDefault="00000000">
      <w:pPr>
        <w:rPr>
          <w:szCs w:val="24"/>
        </w:rPr>
      </w:pPr>
      <w:r w:rsidRPr="008A06FC">
        <w:rPr>
          <w:szCs w:val="24"/>
        </w:rPr>
        <w:t>Na predprimárne vzdelávanie sa prijíma dieťa spravidla od troch rokov veku; výnimočne možno prijať dieťa od dovŕšenia dvoch rokov veku, ak sú vytvorené vhodné kapacitné, personálne, materiálne a bezpečnostné podmienky a dieťa zvláda primerané sebaobslužné činnosti. Na predprimárne vzdelávanie nemožno prijať dieťa mladšie ako dva roky.</w:t>
      </w:r>
    </w:p>
    <w:p w14:paraId="4AFEA34E" w14:textId="77777777" w:rsidR="00AF5909" w:rsidRPr="008A06FC" w:rsidRDefault="00000000">
      <w:pPr>
        <w:rPr>
          <w:szCs w:val="24"/>
        </w:rPr>
      </w:pPr>
      <w:r w:rsidRPr="008A06FC">
        <w:rPr>
          <w:szCs w:val="24"/>
        </w:rPr>
        <w:t>Pri prijímaní detí škola dodržiava zásadu rovnakého zaobchádzania, zákaz diskriminácie a zákaz segregácie. Prednostne sa prijímajú deti, pre ktoré je plnenie predprimárneho vzdelávania povinné, deti s právom na prijatie na predprimárne vzdelávanie podľa platnej právnej úpravy a následne ostatné deti podľa zverejnených podmienok prijímania a kapacitných možností školy.</w:t>
      </w:r>
    </w:p>
    <w:tbl>
      <w:tblPr>
        <w:tblStyle w:val="Mriekatabuky"/>
        <w:tblW w:w="9070" w:type="dxa"/>
        <w:tblLayout w:type="fixed"/>
        <w:tblLook w:val="04A0" w:firstRow="1" w:lastRow="0" w:firstColumn="1" w:lastColumn="0" w:noHBand="0" w:noVBand="1"/>
      </w:tblPr>
      <w:tblGrid>
        <w:gridCol w:w="3401"/>
        <w:gridCol w:w="5669"/>
      </w:tblGrid>
      <w:tr w:rsidR="00AF5909" w:rsidRPr="008A06FC" w14:paraId="0156AFD4" w14:textId="77777777">
        <w:trPr>
          <w:tblHeader/>
        </w:trPr>
        <w:tc>
          <w:tcPr>
            <w:tcW w:w="3401" w:type="dxa"/>
            <w:shd w:val="clear" w:color="auto" w:fill="D9EAF7"/>
            <w:tcMar>
              <w:top w:w="100" w:type="dxa"/>
              <w:left w:w="120" w:type="dxa"/>
              <w:bottom w:w="100" w:type="dxa"/>
              <w:right w:w="120" w:type="dxa"/>
            </w:tcMar>
          </w:tcPr>
          <w:p w14:paraId="25CBD1E3" w14:textId="77777777" w:rsidR="00AF5909" w:rsidRPr="008A06FC" w:rsidRDefault="00000000">
            <w:pPr>
              <w:spacing w:after="60"/>
              <w:rPr>
                <w:szCs w:val="24"/>
              </w:rPr>
            </w:pPr>
            <w:r w:rsidRPr="008A06FC">
              <w:rPr>
                <w:b/>
                <w:sz w:val="22"/>
                <w:szCs w:val="24"/>
              </w:rPr>
              <w:t>Oblasť rozhodovania materskej školy</w:t>
            </w:r>
          </w:p>
        </w:tc>
        <w:tc>
          <w:tcPr>
            <w:tcW w:w="5669" w:type="dxa"/>
            <w:shd w:val="clear" w:color="auto" w:fill="D9EAF7"/>
            <w:tcMar>
              <w:top w:w="100" w:type="dxa"/>
              <w:left w:w="120" w:type="dxa"/>
              <w:bottom w:w="100" w:type="dxa"/>
              <w:right w:w="120" w:type="dxa"/>
            </w:tcMar>
          </w:tcPr>
          <w:p w14:paraId="173FB02F" w14:textId="77777777" w:rsidR="00AF5909" w:rsidRPr="008A06FC" w:rsidRDefault="00000000">
            <w:pPr>
              <w:spacing w:after="60"/>
              <w:rPr>
                <w:szCs w:val="24"/>
              </w:rPr>
            </w:pPr>
            <w:r w:rsidRPr="008A06FC">
              <w:rPr>
                <w:b/>
                <w:sz w:val="22"/>
                <w:szCs w:val="24"/>
              </w:rPr>
              <w:t>Postup školy</w:t>
            </w:r>
          </w:p>
        </w:tc>
      </w:tr>
      <w:tr w:rsidR="00AF5909" w:rsidRPr="008A06FC" w14:paraId="47852B57" w14:textId="77777777">
        <w:tc>
          <w:tcPr>
            <w:tcW w:w="3401" w:type="dxa"/>
            <w:tcMar>
              <w:top w:w="100" w:type="dxa"/>
              <w:left w:w="120" w:type="dxa"/>
              <w:bottom w:w="100" w:type="dxa"/>
              <w:right w:w="120" w:type="dxa"/>
            </w:tcMar>
          </w:tcPr>
          <w:p w14:paraId="75A406B1" w14:textId="77777777" w:rsidR="00AF5909" w:rsidRPr="008A06FC" w:rsidRDefault="00000000">
            <w:pPr>
              <w:spacing w:after="60"/>
              <w:rPr>
                <w:szCs w:val="24"/>
              </w:rPr>
            </w:pPr>
            <w:r w:rsidRPr="008A06FC">
              <w:rPr>
                <w:sz w:val="22"/>
                <w:szCs w:val="24"/>
              </w:rPr>
              <w:t>Prijatie dieťaťa</w:t>
            </w:r>
          </w:p>
        </w:tc>
        <w:tc>
          <w:tcPr>
            <w:tcW w:w="5669" w:type="dxa"/>
            <w:tcMar>
              <w:top w:w="100" w:type="dxa"/>
              <w:left w:w="120" w:type="dxa"/>
              <w:bottom w:w="100" w:type="dxa"/>
              <w:right w:w="120" w:type="dxa"/>
            </w:tcMar>
          </w:tcPr>
          <w:p w14:paraId="30A1BAB9" w14:textId="77777777" w:rsidR="00AF5909" w:rsidRPr="008A06FC" w:rsidRDefault="00000000">
            <w:pPr>
              <w:spacing w:after="60"/>
              <w:rPr>
                <w:szCs w:val="24"/>
              </w:rPr>
            </w:pPr>
            <w:r w:rsidRPr="008A06FC">
              <w:rPr>
                <w:sz w:val="22"/>
                <w:szCs w:val="24"/>
              </w:rPr>
              <w:t>Na základe prihlášky zákonného zástupcu alebo zástupcu zariadenia a potvrdenia o zdravotnej spôsobilosti vrátane údaja o povinnom očkovaní.</w:t>
            </w:r>
          </w:p>
        </w:tc>
      </w:tr>
      <w:tr w:rsidR="00AF5909" w:rsidRPr="008A06FC" w14:paraId="6EA6A5DD" w14:textId="77777777">
        <w:tc>
          <w:tcPr>
            <w:tcW w:w="3401" w:type="dxa"/>
            <w:tcMar>
              <w:top w:w="100" w:type="dxa"/>
              <w:left w:w="120" w:type="dxa"/>
              <w:bottom w:w="100" w:type="dxa"/>
              <w:right w:w="120" w:type="dxa"/>
            </w:tcMar>
          </w:tcPr>
          <w:p w14:paraId="5ADC842B" w14:textId="77777777" w:rsidR="00AF5909" w:rsidRPr="008A06FC" w:rsidRDefault="00000000">
            <w:pPr>
              <w:spacing w:after="60"/>
              <w:rPr>
                <w:szCs w:val="24"/>
              </w:rPr>
            </w:pPr>
            <w:r w:rsidRPr="008A06FC">
              <w:rPr>
                <w:sz w:val="22"/>
                <w:szCs w:val="24"/>
              </w:rPr>
              <w:t>Prijatie s adaptačným alebo diagnostickým pobytom</w:t>
            </w:r>
          </w:p>
        </w:tc>
        <w:tc>
          <w:tcPr>
            <w:tcW w:w="5669" w:type="dxa"/>
            <w:tcMar>
              <w:top w:w="100" w:type="dxa"/>
              <w:left w:w="120" w:type="dxa"/>
              <w:bottom w:w="100" w:type="dxa"/>
              <w:right w:w="120" w:type="dxa"/>
            </w:tcMar>
          </w:tcPr>
          <w:p w14:paraId="58C73E1C" w14:textId="77777777" w:rsidR="00AF5909" w:rsidRPr="008A06FC" w:rsidRDefault="00000000">
            <w:pPr>
              <w:spacing w:after="60"/>
              <w:rPr>
                <w:szCs w:val="24"/>
              </w:rPr>
            </w:pPr>
            <w:r w:rsidRPr="008A06FC">
              <w:rPr>
                <w:sz w:val="22"/>
                <w:szCs w:val="24"/>
              </w:rPr>
              <w:t>Používa sa pri potrebe postupného začleňovania dieťaťa alebo overenia vhodnosti podmienok vzdelávania.</w:t>
            </w:r>
          </w:p>
        </w:tc>
      </w:tr>
      <w:tr w:rsidR="00AF5909" w:rsidRPr="008A06FC" w14:paraId="07FB5344" w14:textId="77777777">
        <w:tc>
          <w:tcPr>
            <w:tcW w:w="3401" w:type="dxa"/>
            <w:tcMar>
              <w:top w:w="100" w:type="dxa"/>
              <w:left w:w="120" w:type="dxa"/>
              <w:bottom w:w="100" w:type="dxa"/>
              <w:right w:w="120" w:type="dxa"/>
            </w:tcMar>
          </w:tcPr>
          <w:p w14:paraId="0A360C7E" w14:textId="77777777" w:rsidR="00AF5909" w:rsidRPr="008A06FC" w:rsidRDefault="00000000">
            <w:pPr>
              <w:spacing w:after="60"/>
              <w:rPr>
                <w:szCs w:val="24"/>
              </w:rPr>
            </w:pPr>
            <w:r w:rsidRPr="008A06FC">
              <w:rPr>
                <w:sz w:val="22"/>
                <w:szCs w:val="24"/>
              </w:rPr>
              <w:t>Prijatie prestupom</w:t>
            </w:r>
          </w:p>
        </w:tc>
        <w:tc>
          <w:tcPr>
            <w:tcW w:w="5669" w:type="dxa"/>
            <w:tcMar>
              <w:top w:w="100" w:type="dxa"/>
              <w:left w:w="120" w:type="dxa"/>
              <w:bottom w:w="100" w:type="dxa"/>
              <w:right w:w="120" w:type="dxa"/>
            </w:tcMar>
          </w:tcPr>
          <w:p w14:paraId="568A0554" w14:textId="77777777" w:rsidR="00AF5909" w:rsidRPr="008A06FC" w:rsidRDefault="00000000">
            <w:pPr>
              <w:spacing w:after="60"/>
              <w:rPr>
                <w:szCs w:val="24"/>
              </w:rPr>
            </w:pPr>
            <w:r w:rsidRPr="008A06FC">
              <w:rPr>
                <w:sz w:val="22"/>
                <w:szCs w:val="24"/>
              </w:rPr>
              <w:t>Pri dieťati, ktoré už navštevuje inú materskú školu; postupuje sa ako pri osobitnom type rozhodovania.</w:t>
            </w:r>
          </w:p>
        </w:tc>
      </w:tr>
      <w:tr w:rsidR="00AF5909" w:rsidRPr="008A06FC" w14:paraId="7F647AD6" w14:textId="77777777">
        <w:tc>
          <w:tcPr>
            <w:tcW w:w="3401" w:type="dxa"/>
            <w:tcMar>
              <w:top w:w="100" w:type="dxa"/>
              <w:left w:w="120" w:type="dxa"/>
              <w:bottom w:w="100" w:type="dxa"/>
              <w:right w:w="120" w:type="dxa"/>
            </w:tcMar>
          </w:tcPr>
          <w:p w14:paraId="4FB612D2" w14:textId="77777777" w:rsidR="00AF5909" w:rsidRPr="008A06FC" w:rsidRDefault="00000000">
            <w:pPr>
              <w:spacing w:after="60"/>
              <w:rPr>
                <w:szCs w:val="24"/>
              </w:rPr>
            </w:pPr>
            <w:r w:rsidRPr="008A06FC">
              <w:rPr>
                <w:sz w:val="22"/>
                <w:szCs w:val="24"/>
              </w:rPr>
              <w:t>Prerušenie dochádzky</w:t>
            </w:r>
          </w:p>
        </w:tc>
        <w:tc>
          <w:tcPr>
            <w:tcW w:w="5669" w:type="dxa"/>
            <w:tcMar>
              <w:top w:w="100" w:type="dxa"/>
              <w:left w:w="120" w:type="dxa"/>
              <w:bottom w:w="100" w:type="dxa"/>
              <w:right w:w="120" w:type="dxa"/>
            </w:tcMar>
          </w:tcPr>
          <w:p w14:paraId="16FCE832" w14:textId="77777777" w:rsidR="00AF5909" w:rsidRPr="008A06FC" w:rsidRDefault="00000000">
            <w:pPr>
              <w:spacing w:after="60"/>
              <w:rPr>
                <w:szCs w:val="24"/>
              </w:rPr>
            </w:pPr>
            <w:r w:rsidRPr="008A06FC">
              <w:rPr>
                <w:sz w:val="22"/>
                <w:szCs w:val="24"/>
              </w:rPr>
              <w:t>Možné len pri dieťati, ktoré neplní povinné predprimárne vzdelávanie, z dôvodov uvedených v rozhodnutí alebo žiadosti zákonného zástupcu.</w:t>
            </w:r>
          </w:p>
        </w:tc>
      </w:tr>
      <w:tr w:rsidR="00AF5909" w:rsidRPr="008A06FC" w14:paraId="79227EC9" w14:textId="77777777">
        <w:tc>
          <w:tcPr>
            <w:tcW w:w="3401" w:type="dxa"/>
            <w:tcMar>
              <w:top w:w="100" w:type="dxa"/>
              <w:left w:w="120" w:type="dxa"/>
              <w:bottom w:w="100" w:type="dxa"/>
              <w:right w:w="120" w:type="dxa"/>
            </w:tcMar>
          </w:tcPr>
          <w:p w14:paraId="4CC9582E" w14:textId="77777777" w:rsidR="00AF5909" w:rsidRPr="008A06FC" w:rsidRDefault="00000000">
            <w:pPr>
              <w:spacing w:after="60"/>
              <w:rPr>
                <w:szCs w:val="24"/>
              </w:rPr>
            </w:pPr>
            <w:r w:rsidRPr="008A06FC">
              <w:rPr>
                <w:sz w:val="22"/>
                <w:szCs w:val="24"/>
              </w:rPr>
              <w:lastRenderedPageBreak/>
              <w:t>Predčasné skončenie predprimárneho vzdelávania</w:t>
            </w:r>
          </w:p>
        </w:tc>
        <w:tc>
          <w:tcPr>
            <w:tcW w:w="5669" w:type="dxa"/>
            <w:tcMar>
              <w:top w:w="100" w:type="dxa"/>
              <w:left w:w="120" w:type="dxa"/>
              <w:bottom w:w="100" w:type="dxa"/>
              <w:right w:w="120" w:type="dxa"/>
            </w:tcMar>
          </w:tcPr>
          <w:p w14:paraId="6348C10A" w14:textId="77777777" w:rsidR="00AF5909" w:rsidRPr="008A06FC" w:rsidRDefault="00000000">
            <w:pPr>
              <w:spacing w:after="60"/>
              <w:rPr>
                <w:szCs w:val="24"/>
              </w:rPr>
            </w:pPr>
            <w:r w:rsidRPr="008A06FC">
              <w:rPr>
                <w:sz w:val="22"/>
                <w:szCs w:val="24"/>
              </w:rPr>
              <w:t>Možné pri dieťati, ktoré neplní povinné predprimárne vzdelávanie, po splnení zákonných podmienok a po písomnom upozornení zákonného zástupcu, ak sa vyžaduje.</w:t>
            </w:r>
          </w:p>
        </w:tc>
      </w:tr>
      <w:tr w:rsidR="00AF5909" w:rsidRPr="008A06FC" w14:paraId="603CBA57" w14:textId="77777777">
        <w:tc>
          <w:tcPr>
            <w:tcW w:w="3401" w:type="dxa"/>
            <w:tcMar>
              <w:top w:w="100" w:type="dxa"/>
              <w:left w:w="120" w:type="dxa"/>
              <w:bottom w:w="100" w:type="dxa"/>
              <w:right w:w="120" w:type="dxa"/>
            </w:tcMar>
          </w:tcPr>
          <w:p w14:paraId="3B66E346" w14:textId="77777777" w:rsidR="00AF5909" w:rsidRPr="008A06FC" w:rsidRDefault="00000000">
            <w:pPr>
              <w:spacing w:after="60"/>
              <w:rPr>
                <w:szCs w:val="24"/>
              </w:rPr>
            </w:pPr>
            <w:r w:rsidRPr="008A06FC">
              <w:rPr>
                <w:sz w:val="22"/>
                <w:szCs w:val="24"/>
              </w:rPr>
              <w:t>Pokračovanie plnenia povinného predprimárneho vzdelávania</w:t>
            </w:r>
          </w:p>
        </w:tc>
        <w:tc>
          <w:tcPr>
            <w:tcW w:w="5669" w:type="dxa"/>
            <w:tcMar>
              <w:top w:w="100" w:type="dxa"/>
              <w:left w:w="120" w:type="dxa"/>
              <w:bottom w:w="100" w:type="dxa"/>
              <w:right w:w="120" w:type="dxa"/>
            </w:tcMar>
          </w:tcPr>
          <w:p w14:paraId="7529D0D0" w14:textId="77777777" w:rsidR="00AF5909" w:rsidRPr="008A06FC" w:rsidRDefault="00000000">
            <w:pPr>
              <w:spacing w:after="60"/>
              <w:rPr>
                <w:szCs w:val="24"/>
              </w:rPr>
            </w:pPr>
            <w:r w:rsidRPr="008A06FC">
              <w:rPr>
                <w:sz w:val="22"/>
                <w:szCs w:val="24"/>
              </w:rPr>
              <w:t>Na základe písomného súhlasu príslušného zariadenia poradenstva a prevencie, písomného súhlasu pediatra a informovaného súhlasu zákonného zástupcu.</w:t>
            </w:r>
          </w:p>
        </w:tc>
      </w:tr>
    </w:tbl>
    <w:p w14:paraId="14C58256" w14:textId="77777777" w:rsidR="00ED2F68" w:rsidRDefault="004F4CE3" w:rsidP="004F4CE3">
      <w:pPr>
        <w:rPr>
          <w:szCs w:val="24"/>
          <w:lang w:val="sk-SK"/>
        </w:rPr>
      </w:pPr>
      <w:r w:rsidRPr="002B5246">
        <w:rPr>
          <w:szCs w:val="24"/>
          <w:lang w:val="sk-SK"/>
        </w:rPr>
        <w:t xml:space="preserve">Dieťa sa na predprimárne vzdelávanie prijíma na základe prihlášky na vzdelávanie v materskej škole, ktorú riaditeľovi školy podáva zákonný zástupca alebo zástupca zariadenia. Súčasťou prihlášky </w:t>
      </w:r>
      <w:r w:rsidRPr="00BD1699">
        <w:rPr>
          <w:szCs w:val="24"/>
          <w:lang w:val="sk-SK"/>
        </w:rPr>
        <w:t xml:space="preserve">je </w:t>
      </w:r>
      <w:r w:rsidR="00ED2F68">
        <w:rPr>
          <w:szCs w:val="24"/>
          <w:lang w:val="sk-SK"/>
        </w:rPr>
        <w:t>:</w:t>
      </w:r>
    </w:p>
    <w:p w14:paraId="7825D1D7" w14:textId="77777777" w:rsidR="004F4CE3" w:rsidRPr="000D036A" w:rsidRDefault="004F4CE3" w:rsidP="000D036A">
      <w:pPr>
        <w:pStyle w:val="Odsekzoznamu"/>
        <w:numPr>
          <w:ilvl w:val="0"/>
          <w:numId w:val="28"/>
        </w:numPr>
        <w:rPr>
          <w:szCs w:val="24"/>
          <w:lang w:val="sk-SK"/>
        </w:rPr>
      </w:pPr>
      <w:r w:rsidRPr="000D036A">
        <w:rPr>
          <w:szCs w:val="24"/>
          <w:lang w:val="sk-SK"/>
        </w:rPr>
        <w:t>potvrdenie o zdravotnej spôsobilosti dieťaťa od všeobecného lekára pre deti a dorast, ktoré obsahuje aj údaj o povinnom očkovaní.</w:t>
      </w:r>
    </w:p>
    <w:p w14:paraId="5DF01293" w14:textId="77777777" w:rsidR="00ED2F68" w:rsidRPr="00BD1699" w:rsidRDefault="00ED2F68" w:rsidP="001F24AF">
      <w:pPr>
        <w:rPr>
          <w:szCs w:val="24"/>
          <w:lang w:val="sk-SK"/>
        </w:rPr>
      </w:pPr>
      <w:r w:rsidRPr="00BD1699">
        <w:rPr>
          <w:szCs w:val="24"/>
          <w:lang w:val="sk-SK"/>
        </w:rPr>
        <w:t>Neabsolvovanie povinného očkovania nie je samo osebe dôvodom na neprijatie dieťaťa do materskej školy.</w:t>
      </w:r>
    </w:p>
    <w:p w14:paraId="5E0579C7" w14:textId="77777777" w:rsidR="00ED2F68" w:rsidRDefault="004F4CE3" w:rsidP="004F4CE3">
      <w:pPr>
        <w:rPr>
          <w:szCs w:val="24"/>
          <w:lang w:val="sk-SK"/>
        </w:rPr>
      </w:pPr>
      <w:r w:rsidRPr="002B5246">
        <w:rPr>
          <w:szCs w:val="24"/>
          <w:lang w:val="sk-SK"/>
        </w:rPr>
        <w:t xml:space="preserve">Ak sa do materskej školy prijíma dieťa, ktoré má zdravotné znevýhodnenie, k žiadosti o prijatie  prikladá </w:t>
      </w:r>
      <w:r w:rsidR="00ED2F68" w:rsidRPr="00BD1699">
        <w:rPr>
          <w:szCs w:val="24"/>
          <w:lang w:val="sk-SK"/>
        </w:rPr>
        <w:t>zákonný zástupca predkladá aj:</w:t>
      </w:r>
    </w:p>
    <w:p w14:paraId="131DA21C" w14:textId="77777777" w:rsidR="00ED2F68" w:rsidRPr="002B5246" w:rsidRDefault="004F4CE3" w:rsidP="00ED2F68">
      <w:pPr>
        <w:numPr>
          <w:ilvl w:val="0"/>
          <w:numId w:val="28"/>
        </w:numPr>
        <w:rPr>
          <w:szCs w:val="24"/>
          <w:lang w:val="sk-SK"/>
        </w:rPr>
      </w:pPr>
      <w:r w:rsidRPr="002B5246">
        <w:rPr>
          <w:szCs w:val="24"/>
          <w:lang w:val="sk-SK"/>
        </w:rPr>
        <w:t xml:space="preserve">správa z diagnostického vyšetrenia zariadenia poradenstva a prevencie a odporúčanie pediatra. </w:t>
      </w:r>
    </w:p>
    <w:p w14:paraId="72E0C557" w14:textId="77777777" w:rsidR="004F4CE3" w:rsidRPr="002B5246" w:rsidRDefault="002B5246" w:rsidP="00ED2F68">
      <w:pPr>
        <w:numPr>
          <w:ilvl w:val="0"/>
          <w:numId w:val="28"/>
        </w:numPr>
        <w:rPr>
          <w:szCs w:val="24"/>
          <w:lang w:val="sk-SK"/>
        </w:rPr>
      </w:pPr>
      <w:r>
        <w:rPr>
          <w:szCs w:val="24"/>
          <w:lang w:val="sk-SK"/>
        </w:rPr>
        <w:t>a</w:t>
      </w:r>
      <w:r w:rsidR="004F4CE3" w:rsidRPr="002B5246">
        <w:rPr>
          <w:szCs w:val="24"/>
          <w:lang w:val="sk-SK"/>
        </w:rPr>
        <w:t>k ide o dieťa s nadaním, k prihláške a na predprimárne vzdelávanie sa prikladá aj správa z diagnostického vyšetrenia zariadenia poradenstva a prevencie.</w:t>
      </w:r>
    </w:p>
    <w:p w14:paraId="33FF8B26" w14:textId="77777777" w:rsidR="004F4CE3" w:rsidRPr="002B5246" w:rsidRDefault="004F4CE3" w:rsidP="00D6378E">
      <w:pPr>
        <w:numPr>
          <w:ilvl w:val="0"/>
          <w:numId w:val="28"/>
        </w:numPr>
        <w:rPr>
          <w:szCs w:val="24"/>
          <w:lang w:val="sk-SK"/>
        </w:rPr>
      </w:pPr>
      <w:r w:rsidRPr="002B5246">
        <w:rPr>
          <w:szCs w:val="24"/>
          <w:lang w:val="sk-SK"/>
        </w:rPr>
        <w:t xml:space="preserve">Materská škola môže okrem rozhodnutia o prijatí dieťaťa do materskej školy a rozhodnutia o prijatí prestupom vydať rozhodnutie o prijatí dieťaťa do materskej školy s určením adaptačného pobytu alebo diagnostického pobytu alebo rozhodnutie o prijatí dieťaťa prestupom do materskej školy s určením adaptačného pobytu alebo diagnostického pobytu </w:t>
      </w:r>
    </w:p>
    <w:p w14:paraId="6D8A040C" w14:textId="77777777" w:rsidR="003C0F79" w:rsidRDefault="00D6378E" w:rsidP="00BD1699">
      <w:pPr>
        <w:pStyle w:val="Odsekzoznamu"/>
        <w:numPr>
          <w:ilvl w:val="0"/>
          <w:numId w:val="28"/>
        </w:numPr>
        <w:rPr>
          <w:szCs w:val="24"/>
        </w:rPr>
      </w:pPr>
      <w:r w:rsidRPr="00D6378E">
        <w:rPr>
          <w:szCs w:val="24"/>
        </w:rPr>
        <w:t>Deti cudzincov, deti žiadateľov o azyl alebo dočasné útočisko a deti s odlišným materinským jazykom sa zaraďujú a vzdelávajú v súlade s platnými právnymi predpismi, s prihliadnutím na ich potreby, jazykovú podporu, bezpeč</w:t>
      </w:r>
      <w:r w:rsidR="003C0F79">
        <w:rPr>
          <w:szCs w:val="24"/>
        </w:rPr>
        <w:t>n</w:t>
      </w:r>
      <w:r w:rsidRPr="00D6378E">
        <w:rPr>
          <w:szCs w:val="24"/>
        </w:rPr>
        <w:t>osť a najlepší záujem dieťaťa.</w:t>
      </w:r>
      <w:r w:rsidR="003C0F79">
        <w:rPr>
          <w:szCs w:val="24"/>
        </w:rPr>
        <w:t xml:space="preserve"> </w:t>
      </w:r>
    </w:p>
    <w:p w14:paraId="62CA38FE" w14:textId="77777777" w:rsidR="002B5246" w:rsidRDefault="002B5246" w:rsidP="002B5246">
      <w:pPr>
        <w:pStyle w:val="Odsekzoznamu"/>
        <w:spacing w:after="0" w:line="240" w:lineRule="auto"/>
        <w:rPr>
          <w:szCs w:val="24"/>
        </w:rPr>
      </w:pPr>
    </w:p>
    <w:p w14:paraId="02F95333" w14:textId="77777777" w:rsidR="001F24AF" w:rsidRPr="00A37518" w:rsidRDefault="001F24AF" w:rsidP="00BD1699">
      <w:pPr>
        <w:pStyle w:val="Odsekzoznamu"/>
        <w:numPr>
          <w:ilvl w:val="0"/>
          <w:numId w:val="28"/>
        </w:numPr>
        <w:rPr>
          <w:szCs w:val="24"/>
        </w:rPr>
      </w:pPr>
      <w:r w:rsidRPr="003C0F79">
        <w:rPr>
          <w:szCs w:val="24"/>
          <w:lang w:val="sk-SK"/>
        </w:rPr>
        <w:t>O prijatí dieťaťa rozhoduje škola materská škola s prihliadnutím na kapacitné možnosti materskej školy a zverejnené ostatné podmienky</w:t>
      </w:r>
    </w:p>
    <w:p w14:paraId="31F986B9" w14:textId="77777777" w:rsidR="00A37518" w:rsidRPr="002B5246" w:rsidRDefault="00BD1699" w:rsidP="006B411D">
      <w:pPr>
        <w:pStyle w:val="Odsekzoznamu"/>
        <w:numPr>
          <w:ilvl w:val="0"/>
          <w:numId w:val="28"/>
        </w:numPr>
        <w:rPr>
          <w:szCs w:val="24"/>
        </w:rPr>
      </w:pPr>
      <w:r w:rsidRPr="00A37518">
        <w:rPr>
          <w:szCs w:val="24"/>
          <w:lang w:val="sk-SK"/>
        </w:rPr>
        <w:lastRenderedPageBreak/>
        <w:t xml:space="preserve">Ostatné podmienky prijímania detí určuje riaditeľka materskej školy po dohode so zriaďovateľom. </w:t>
      </w:r>
    </w:p>
    <w:p w14:paraId="4CB22DB7" w14:textId="77777777" w:rsidR="002B5246" w:rsidRPr="00A37518" w:rsidRDefault="002B5246" w:rsidP="002B5246">
      <w:pPr>
        <w:pStyle w:val="Odsekzoznamu"/>
        <w:spacing w:after="0" w:line="240" w:lineRule="auto"/>
        <w:rPr>
          <w:szCs w:val="24"/>
        </w:rPr>
      </w:pPr>
    </w:p>
    <w:p w14:paraId="6A90B366" w14:textId="77777777" w:rsidR="00A37518" w:rsidRPr="00765D47" w:rsidRDefault="00C973AE" w:rsidP="00A37518">
      <w:pPr>
        <w:pStyle w:val="Nadpis2"/>
        <w:spacing w:before="0"/>
        <w:rPr>
          <w:rFonts w:ascii="Arial" w:hAnsi="Arial" w:cs="Arial"/>
          <w:color w:val="0070C0"/>
          <w:sz w:val="24"/>
          <w:szCs w:val="24"/>
          <w:lang w:val="sk-SK"/>
        </w:rPr>
      </w:pPr>
      <w:bookmarkStart w:id="40" w:name="_Toc238333737"/>
      <w:r w:rsidRPr="00765D47">
        <w:rPr>
          <w:rFonts w:ascii="Arial" w:eastAsia="Arial" w:hAnsi="Arial" w:cs="Arial"/>
          <w:color w:val="0070C0"/>
          <w:sz w:val="24"/>
        </w:rPr>
        <w:t>6.1 Adaptačný pobyt dieťaťa v materskej škole</w:t>
      </w:r>
      <w:bookmarkEnd w:id="40"/>
    </w:p>
    <w:p w14:paraId="4C3F3BCD" w14:textId="77777777" w:rsidR="002B5246" w:rsidRPr="002B5246" w:rsidRDefault="002B5246" w:rsidP="00A37518">
      <w:pPr>
        <w:spacing w:after="0" w:line="240" w:lineRule="auto"/>
        <w:rPr>
          <w:b/>
          <w:bCs/>
          <w:color w:val="0070C0"/>
          <w:szCs w:val="24"/>
          <w:lang w:val="sk-SK"/>
        </w:rPr>
      </w:pPr>
    </w:p>
    <w:p w14:paraId="30E608F5" w14:textId="77777777" w:rsidR="00A37518" w:rsidRDefault="003C0F79" w:rsidP="00A37518">
      <w:pPr>
        <w:rPr>
          <w:szCs w:val="24"/>
          <w:lang w:val="sk-SK"/>
        </w:rPr>
      </w:pPr>
      <w:r w:rsidRPr="006B411D">
        <w:rPr>
          <w:szCs w:val="24"/>
          <w:lang w:val="sk-SK"/>
        </w:rPr>
        <w:t>Riaditeľka materskej školy môže určiť adaptačný pobyt v rozhodnutí o prijatí dieťaťa na predprimárne vzdelávanie alebo v rozhodnutí o prijatí dieťaťa prestupom.</w:t>
      </w:r>
    </w:p>
    <w:p w14:paraId="03F25E8C" w14:textId="77777777" w:rsidR="00A37518" w:rsidRDefault="006B411D" w:rsidP="00A37518">
      <w:pPr>
        <w:rPr>
          <w:szCs w:val="24"/>
          <w:lang w:val="sk-SK"/>
        </w:rPr>
      </w:pPr>
      <w:r w:rsidRPr="006B411D">
        <w:rPr>
          <w:szCs w:val="24"/>
          <w:lang w:val="sk-SK"/>
        </w:rPr>
        <w:t>Adaptačný pobyt slúži na postupné privykanie dieťaťa na prostredie materskej školy, denný režim, kolektív detí, pedagogických zamestnancov a pravidlá života v materskej škole.</w:t>
      </w:r>
    </w:p>
    <w:p w14:paraId="0421D58A" w14:textId="77777777" w:rsidR="006B411D" w:rsidRPr="00A37518" w:rsidRDefault="006B411D" w:rsidP="00A37518">
      <w:pPr>
        <w:rPr>
          <w:szCs w:val="24"/>
        </w:rPr>
      </w:pPr>
      <w:r w:rsidRPr="006B411D">
        <w:rPr>
          <w:szCs w:val="24"/>
          <w:lang w:val="sk-SK"/>
        </w:rPr>
        <w:t>Adaptačný pobyt môže trvať najviac tri mesiace.</w:t>
      </w:r>
    </w:p>
    <w:p w14:paraId="2109B6D9" w14:textId="77777777" w:rsidR="006B411D" w:rsidRPr="006B411D" w:rsidRDefault="006B411D" w:rsidP="001F5A74">
      <w:pPr>
        <w:rPr>
          <w:szCs w:val="24"/>
          <w:lang w:val="sk-SK"/>
        </w:rPr>
      </w:pPr>
      <w:r w:rsidRPr="006B411D">
        <w:rPr>
          <w:szCs w:val="24"/>
          <w:lang w:val="sk-SK"/>
        </w:rPr>
        <w:t>Cieľom adaptačného pobytu je najmä</w:t>
      </w:r>
      <w:r w:rsidR="003C0F79">
        <w:rPr>
          <w:szCs w:val="24"/>
          <w:lang w:val="sk-SK"/>
        </w:rPr>
        <w:t xml:space="preserve"> </w:t>
      </w:r>
      <w:r w:rsidRPr="006B411D">
        <w:rPr>
          <w:szCs w:val="24"/>
          <w:lang w:val="sk-SK"/>
        </w:rPr>
        <w:t>uľahčiť dieťaťu prechod z rodinného prostredia do materskej školy,</w:t>
      </w:r>
    </w:p>
    <w:p w14:paraId="0CB860A7" w14:textId="77777777" w:rsidR="006B411D" w:rsidRPr="006B411D" w:rsidRDefault="006B411D" w:rsidP="001F5A74">
      <w:pPr>
        <w:rPr>
          <w:szCs w:val="24"/>
          <w:lang w:val="sk-SK"/>
        </w:rPr>
      </w:pPr>
      <w:r>
        <w:t>Počas adaptačného pobytu zákonný zástupca privádza dieťa do materskej školy na čas dohodnutý s riaditeľkou materskej školy alebo pedagogickým zamestnancom príslušnej triedy. Dĺžka pobytu dieťaťa v materskej škole sa môže postupne upravovať. Konkrétny priebeh adaptačného pobytu sa určuje individuálne podľa potrieb dieťaťa a po dohode so zákonným zástupcom.</w:t>
      </w:r>
    </w:p>
    <w:p w14:paraId="18609487" w14:textId="77777777" w:rsidR="006B411D" w:rsidRPr="006B411D" w:rsidRDefault="006B411D" w:rsidP="001F5A74">
      <w:pPr>
        <w:rPr>
          <w:szCs w:val="24"/>
          <w:lang w:val="sk-SK"/>
        </w:rPr>
      </w:pPr>
      <w:r w:rsidRPr="006B411D">
        <w:rPr>
          <w:szCs w:val="24"/>
          <w:lang w:val="sk-SK"/>
        </w:rPr>
        <w:t>Úspešná adaptácia dieťaťa si vyžaduje úzku spoluprácu materskej školy a zákonného zástupcu.</w:t>
      </w:r>
    </w:p>
    <w:p w14:paraId="4C2EB8D0" w14:textId="77777777" w:rsidR="006B411D" w:rsidRPr="006B411D" w:rsidRDefault="006B411D" w:rsidP="001F5A74">
      <w:pPr>
        <w:rPr>
          <w:szCs w:val="24"/>
          <w:lang w:val="sk-SK"/>
        </w:rPr>
      </w:pPr>
      <w:r w:rsidRPr="006B411D">
        <w:rPr>
          <w:szCs w:val="24"/>
          <w:lang w:val="sk-SK"/>
        </w:rPr>
        <w:t>Materská škola priebežne informuje zákonného zástupcu o priebehu adaptácie dieťaťa, jeho správaní, prežívaní, zapájaní sa do činností a prípadných ťažkostiach.</w:t>
      </w:r>
    </w:p>
    <w:p w14:paraId="3774DF20" w14:textId="77777777" w:rsidR="006B411D" w:rsidRPr="006B411D" w:rsidRDefault="006B411D" w:rsidP="001F5A74">
      <w:pPr>
        <w:rPr>
          <w:szCs w:val="24"/>
          <w:lang w:val="sk-SK"/>
        </w:rPr>
      </w:pPr>
      <w:r w:rsidRPr="006B411D">
        <w:rPr>
          <w:szCs w:val="24"/>
          <w:lang w:val="sk-SK"/>
        </w:rPr>
        <w:t>Ak je adaptácia dieťaťa úspešná, dieťa pokračuje v dochádzke do materskej školy v dohodnutom rozsahu.</w:t>
      </w:r>
    </w:p>
    <w:p w14:paraId="19A0A71E" w14:textId="77777777" w:rsidR="006B411D" w:rsidRPr="006B411D" w:rsidRDefault="006B411D" w:rsidP="001F5A74">
      <w:pPr>
        <w:rPr>
          <w:szCs w:val="24"/>
          <w:lang w:val="sk-SK"/>
        </w:rPr>
      </w:pPr>
      <w:r w:rsidRPr="006B411D">
        <w:rPr>
          <w:szCs w:val="24"/>
          <w:lang w:val="sk-SK"/>
        </w:rPr>
        <w:t>Ak adaptácia dieťaťa nie je úspešná, materská škola prerokuje situáciu so zákonným zástupcom a navrhne ďalší postup.</w:t>
      </w:r>
    </w:p>
    <w:p w14:paraId="4337F13B" w14:textId="77777777" w:rsidR="006B411D" w:rsidRDefault="006B411D" w:rsidP="001F5A74">
      <w:pPr>
        <w:rPr>
          <w:szCs w:val="24"/>
          <w:lang w:val="sk-SK"/>
        </w:rPr>
      </w:pPr>
      <w:r w:rsidRPr="006B411D">
        <w:rPr>
          <w:szCs w:val="24"/>
          <w:lang w:val="sk-SK"/>
        </w:rPr>
        <w:t>Ak ide o dieťa, pre ktoré predprimárne vzdelávanie nie je povinné, a adaptácia nie je úspešná, riaditeľka materskej školy môže rozhodnúť o prerušení dochádzky dieťaťa do materskej školy na určený čas.</w:t>
      </w:r>
    </w:p>
    <w:p w14:paraId="542E3B46" w14:textId="77777777" w:rsidR="001F5A74" w:rsidRDefault="001F5A74" w:rsidP="001F5A74">
      <w:pPr>
        <w:spacing w:after="0" w:line="240" w:lineRule="auto"/>
        <w:rPr>
          <w:lang w:val="sk-SK"/>
        </w:rPr>
      </w:pPr>
    </w:p>
    <w:p w14:paraId="0CA4DA47" w14:textId="77777777" w:rsidR="000914C9" w:rsidRPr="00765D47" w:rsidRDefault="00C973AE" w:rsidP="001F5A74">
      <w:pPr>
        <w:pStyle w:val="Nadpis2"/>
        <w:spacing w:before="0"/>
        <w:rPr>
          <w:rFonts w:ascii="Arial" w:hAnsi="Arial" w:cs="Arial"/>
          <w:color w:val="0070C0"/>
          <w:sz w:val="24"/>
          <w:szCs w:val="24"/>
          <w:lang w:val="sk-SK"/>
        </w:rPr>
      </w:pPr>
      <w:bookmarkStart w:id="41" w:name="_Toc238333738"/>
      <w:r w:rsidRPr="00765D47">
        <w:rPr>
          <w:rFonts w:ascii="Arial" w:eastAsia="Arial" w:hAnsi="Arial" w:cs="Arial"/>
          <w:color w:val="0070C0"/>
          <w:sz w:val="24"/>
        </w:rPr>
        <w:t>6.2 Diagnostický pobyt dieťaťa v materskej škole</w:t>
      </w:r>
      <w:bookmarkEnd w:id="41"/>
    </w:p>
    <w:p w14:paraId="2B569436" w14:textId="77777777" w:rsidR="002B5246" w:rsidRPr="002B5246" w:rsidRDefault="002B5246" w:rsidP="001F5A74">
      <w:pPr>
        <w:spacing w:after="0" w:line="240" w:lineRule="auto"/>
        <w:rPr>
          <w:b/>
          <w:bCs/>
          <w:color w:val="0070C0"/>
          <w:szCs w:val="24"/>
          <w:lang w:val="sk-SK"/>
        </w:rPr>
      </w:pPr>
    </w:p>
    <w:p w14:paraId="33809ADC" w14:textId="77777777" w:rsidR="00F34372" w:rsidRPr="00F34372" w:rsidRDefault="00F34372" w:rsidP="00F34372">
      <w:pPr>
        <w:rPr>
          <w:szCs w:val="24"/>
          <w:lang w:val="sk-SK"/>
        </w:rPr>
      </w:pPr>
      <w:r w:rsidRPr="00F34372">
        <w:rPr>
          <w:szCs w:val="24"/>
          <w:lang w:val="sk-SK"/>
        </w:rPr>
        <w:t>Riaditeľka materskej školy môže určiť diagnostický pobyt v rozhodnutí o prijatí dieťaťa na predprimárne vzdelávanie alebo v rozhodnutí o prijatí dieťaťa prestupom, ak ide o dieťa so zdravotným znevýhodnením, dieťa zo sociálne znevýhodňujúceho prostredia alebo dieťa s nadaním.</w:t>
      </w:r>
    </w:p>
    <w:p w14:paraId="67C1A916" w14:textId="77777777" w:rsidR="00F34372" w:rsidRPr="00F34372" w:rsidRDefault="00F34372" w:rsidP="00F34372">
      <w:pPr>
        <w:rPr>
          <w:szCs w:val="24"/>
          <w:lang w:val="sk-SK"/>
        </w:rPr>
      </w:pPr>
      <w:r w:rsidRPr="00F34372">
        <w:rPr>
          <w:szCs w:val="24"/>
          <w:lang w:val="sk-SK"/>
        </w:rPr>
        <w:lastRenderedPageBreak/>
        <w:t>Diagnostický pobyt dieťaťa v materskej škole slúži na posúdenie špeciálnych výchovno-vzdelávacích potrieb dieťaťa v prirodzených podmienkach materskej školy. Určuje sa najmä vtedy, ak je potrebné overiť, aký spôsob podpory, podporné opatrenia alebo úpravy výchovno-vzdelávacieho procesu dieťa potrebuje na bezpečný a primeraný pobyt v bežnej triede materskej školy.</w:t>
      </w:r>
    </w:p>
    <w:p w14:paraId="0B808F8E" w14:textId="77777777" w:rsidR="00F34372" w:rsidRPr="00F34372" w:rsidRDefault="00F34372" w:rsidP="00F34372">
      <w:pPr>
        <w:rPr>
          <w:szCs w:val="24"/>
          <w:lang w:val="sk-SK"/>
        </w:rPr>
      </w:pPr>
      <w:r w:rsidRPr="00F34372">
        <w:rPr>
          <w:szCs w:val="24"/>
          <w:lang w:val="sk-SK"/>
        </w:rPr>
        <w:t>Cieľom diagnostického pobytu je zistiť, či je možné dieťa vzdelávať v bežnej triede materskej školy inkluzívnym spôsobom, s primeranou podporou a rešpektovaním jeho individuálnych potrieb, alebo či vzhľadom na charakter a rozsah jeho špeciálnych výchovno-vzdelávacích potrieb bude vhodné odporučiť inú formu vzdelávania.</w:t>
      </w:r>
    </w:p>
    <w:p w14:paraId="5E0FF6E7" w14:textId="77777777" w:rsidR="00F34372" w:rsidRPr="00F34372" w:rsidRDefault="00F34372" w:rsidP="00F34372">
      <w:pPr>
        <w:rPr>
          <w:szCs w:val="24"/>
          <w:lang w:val="sk-SK"/>
        </w:rPr>
      </w:pPr>
      <w:r w:rsidRPr="00F34372">
        <w:rPr>
          <w:szCs w:val="24"/>
          <w:lang w:val="sk-SK"/>
        </w:rPr>
        <w:t>Počas diagnostického pobytu materská škola spolupracuje so zákonným zástupcom, zariadením poradenstva a prevencie, prípadne s ďalšími odborníkmi. Zákonný zástupca spolupracuje s materskou školou pri nastavovaní podmienok vzdelávania a podľa potreby zabezpečí odborné vyšetrenia alebo doplnenie odporúčaní poradenského zariadenia.</w:t>
      </w:r>
    </w:p>
    <w:p w14:paraId="257FDE3A" w14:textId="77777777" w:rsidR="00F34372" w:rsidRPr="00F34372" w:rsidRDefault="00F34372" w:rsidP="00F34372">
      <w:pPr>
        <w:rPr>
          <w:szCs w:val="24"/>
          <w:lang w:val="sk-SK"/>
        </w:rPr>
      </w:pPr>
      <w:r w:rsidRPr="00F34372">
        <w:rPr>
          <w:szCs w:val="24"/>
          <w:lang w:val="sk-SK"/>
        </w:rPr>
        <w:t>Diagnostický pobyt môže trvať najviac tri mesiace.</w:t>
      </w:r>
    </w:p>
    <w:p w14:paraId="357D1689" w14:textId="77777777" w:rsidR="00F34372" w:rsidRDefault="00F34372" w:rsidP="00F34372">
      <w:pPr>
        <w:rPr>
          <w:szCs w:val="24"/>
          <w:lang w:val="sk-SK"/>
        </w:rPr>
      </w:pPr>
      <w:r w:rsidRPr="00F34372">
        <w:rPr>
          <w:szCs w:val="24"/>
          <w:lang w:val="sk-SK"/>
        </w:rPr>
        <w:t>Po ukončení diagnostického pobytu materská škola v spolupráci so zákonným zástupcom a príslušnými odborníkmi vyhodnotí jeho priebeh a na základe výsledkov diagnostiky, odporúčaní zariadenia poradenstva a prevencie a platných právnych predpisov určí ďalší postup vo výchove a vzdelávaní dieťaťa.</w:t>
      </w:r>
    </w:p>
    <w:p w14:paraId="1AD659D7" w14:textId="77777777" w:rsidR="008B21ED" w:rsidRPr="00F34372" w:rsidRDefault="008B21ED" w:rsidP="00F34372">
      <w:pPr>
        <w:spacing w:after="0" w:line="240" w:lineRule="auto"/>
        <w:rPr>
          <w:szCs w:val="24"/>
          <w:lang w:val="sk-SK"/>
        </w:rPr>
      </w:pPr>
    </w:p>
    <w:p w14:paraId="2C415F4E" w14:textId="77777777" w:rsidR="00593BAB" w:rsidRPr="00765D47" w:rsidRDefault="002B5246" w:rsidP="00593BAB">
      <w:pPr>
        <w:pStyle w:val="Nadpis2"/>
        <w:spacing w:before="0"/>
        <w:rPr>
          <w:rFonts w:ascii="Arial" w:hAnsi="Arial" w:cs="Arial"/>
          <w:color w:val="0070C0"/>
          <w:sz w:val="24"/>
          <w:szCs w:val="24"/>
          <w:lang w:val="sk-SK"/>
        </w:rPr>
      </w:pPr>
      <w:bookmarkStart w:id="42" w:name="_Toc238333739"/>
      <w:r w:rsidRPr="00765D47">
        <w:rPr>
          <w:rFonts w:ascii="Arial" w:eastAsia="Arial" w:hAnsi="Arial" w:cs="Arial"/>
          <w:color w:val="0070C0"/>
          <w:sz w:val="24"/>
        </w:rPr>
        <w:t>6.3 Prijímanie detí prestupom do materskej školy</w:t>
      </w:r>
      <w:bookmarkEnd w:id="42"/>
    </w:p>
    <w:p w14:paraId="62F1F0C6" w14:textId="77777777" w:rsidR="008B21ED" w:rsidRPr="008B21ED" w:rsidRDefault="008B21ED" w:rsidP="00593BAB">
      <w:pPr>
        <w:spacing w:after="0" w:line="240" w:lineRule="auto"/>
        <w:rPr>
          <w:b/>
          <w:bCs/>
          <w:color w:val="0070C0"/>
          <w:szCs w:val="24"/>
          <w:lang w:val="sk-SK"/>
        </w:rPr>
      </w:pPr>
    </w:p>
    <w:p w14:paraId="76AEDA08" w14:textId="77777777" w:rsidR="00593BAB" w:rsidRPr="00593BAB" w:rsidRDefault="00593BAB" w:rsidP="00593BAB">
      <w:pPr>
        <w:rPr>
          <w:szCs w:val="24"/>
          <w:lang w:val="sk-SK"/>
        </w:rPr>
      </w:pPr>
      <w:r w:rsidRPr="00593BAB">
        <w:rPr>
          <w:szCs w:val="24"/>
          <w:lang w:val="sk-SK"/>
        </w:rPr>
        <w:t>Dieťa môže v priebehu predprimárneho vzdelávania prestúpiť z jednej materskej školy do inej materskej školy na základe písomnej žiadosti zákonného zástupcu alebo zástupcu zariadenia.</w:t>
      </w:r>
    </w:p>
    <w:p w14:paraId="2CEF59A5" w14:textId="77777777" w:rsidR="00593BAB" w:rsidRPr="00593BAB" w:rsidRDefault="00593BAB" w:rsidP="00593BAB">
      <w:pPr>
        <w:rPr>
          <w:szCs w:val="24"/>
          <w:lang w:val="sk-SK"/>
        </w:rPr>
      </w:pPr>
      <w:r w:rsidRPr="00593BAB">
        <w:rPr>
          <w:szCs w:val="24"/>
          <w:lang w:val="sk-SK"/>
        </w:rPr>
        <w:t>O prijatí dieťaťa prestupom rozhoduje riaditeľka materskej školy, do ktorej zákonný zástupca žiada dieťa prestupom prijať. Rozhodnutie o prijatí dieťaťa prestupom nie je rozhodnutím o prijatí dieťaťa na predprimárne vzdelávanie, keďže dieťa už predprimárne vzdelávanie v inej materskej škole absolvuje.</w:t>
      </w:r>
    </w:p>
    <w:p w14:paraId="754EE8C7" w14:textId="77777777" w:rsidR="00593BAB" w:rsidRPr="00593BAB" w:rsidRDefault="00593BAB" w:rsidP="00593BAB">
      <w:pPr>
        <w:rPr>
          <w:szCs w:val="24"/>
          <w:lang w:val="sk-SK"/>
        </w:rPr>
      </w:pPr>
      <w:r w:rsidRPr="00593BAB">
        <w:rPr>
          <w:szCs w:val="24"/>
          <w:lang w:val="sk-SK"/>
        </w:rPr>
        <w:t>Žiadosť o prijatie dieťaťa prestupom sa podáva písomne. K žiadosti sa prikladá potvrdenie o zdravotnej spôsobilosti dieťaťa od všeobecného lekára pre deti a dorast, ktoré obsahuje aj údaj o povinnom očkovaní. Ak sa dieťaťu poskytuje podporné opatrenie, prílohou žiadosti je aj aktuálne vyjadrenie zariadenia poradenstva a prevencie k potrebe poskytovania príslušného podporného opatrenia.</w:t>
      </w:r>
    </w:p>
    <w:p w14:paraId="6F451253" w14:textId="77777777" w:rsidR="00593BAB" w:rsidRDefault="00593BAB" w:rsidP="00593BAB">
      <w:pPr>
        <w:rPr>
          <w:szCs w:val="24"/>
          <w:lang w:val="sk-SK"/>
        </w:rPr>
      </w:pPr>
      <w:r w:rsidRPr="00593BAB">
        <w:rPr>
          <w:szCs w:val="24"/>
          <w:lang w:val="sk-SK"/>
        </w:rPr>
        <w:t xml:space="preserve">Pri rozhodovaní o prijatí dieťaťa prestupom riaditeľka materskej školy prihliada najmä na kapacitné, personálne, priestorové, materiálne a organizačné podmienky </w:t>
      </w:r>
      <w:r w:rsidRPr="00593BAB">
        <w:rPr>
          <w:szCs w:val="24"/>
          <w:lang w:val="sk-SK"/>
        </w:rPr>
        <w:lastRenderedPageBreak/>
        <w:t>materskej školy, ako aj na možnosti zabezpečenia bezpečného a primeraného predprimárneho vzdelávania dieťaťa.</w:t>
      </w:r>
    </w:p>
    <w:p w14:paraId="57189EFA" w14:textId="77777777" w:rsidR="00F74900" w:rsidRPr="00593BAB" w:rsidRDefault="00F74900" w:rsidP="002E1C4A">
      <w:pPr>
        <w:spacing w:after="0"/>
        <w:rPr>
          <w:szCs w:val="24"/>
          <w:lang w:val="sk-SK"/>
        </w:rPr>
      </w:pPr>
    </w:p>
    <w:p w14:paraId="47DCFA0E" w14:textId="77777777" w:rsidR="00440245" w:rsidRPr="00765D47" w:rsidRDefault="00440245" w:rsidP="00440245">
      <w:pPr>
        <w:pStyle w:val="Nadpis2"/>
        <w:spacing w:before="0"/>
        <w:rPr>
          <w:rFonts w:ascii="Arial" w:eastAsia="Arial" w:hAnsi="Arial" w:cs="Arial"/>
          <w:color w:val="0070C0"/>
          <w:sz w:val="24"/>
        </w:rPr>
      </w:pPr>
      <w:bookmarkStart w:id="43" w:name="_Toc238333740"/>
      <w:r w:rsidRPr="00765D47">
        <w:rPr>
          <w:rFonts w:ascii="Arial" w:eastAsia="Arial" w:hAnsi="Arial" w:cs="Arial"/>
          <w:color w:val="0070C0"/>
          <w:sz w:val="24"/>
        </w:rPr>
        <w:t>6.4 Evidencia prestupu a centrálny register</w:t>
      </w:r>
      <w:bookmarkEnd w:id="43"/>
    </w:p>
    <w:p w14:paraId="7F3F5922" w14:textId="77777777" w:rsidR="00F74900" w:rsidRPr="00F74900" w:rsidRDefault="00F74900" w:rsidP="002E1C4A">
      <w:pPr>
        <w:spacing w:after="0"/>
      </w:pPr>
    </w:p>
    <w:p w14:paraId="0371C754" w14:textId="77777777" w:rsidR="00440245" w:rsidRPr="00440245" w:rsidRDefault="00440245" w:rsidP="00440245">
      <w:pPr>
        <w:rPr>
          <w:szCs w:val="24"/>
          <w:lang w:val="sk-SK"/>
        </w:rPr>
      </w:pPr>
      <w:r w:rsidRPr="00440245">
        <w:rPr>
          <w:szCs w:val="24"/>
          <w:lang w:val="sk-SK"/>
        </w:rPr>
        <w:t>Ak riaditeľka materskej školy rozhodne o prijatí dieťaťa prestupom, bez zbytočného odkladu zašle kópiu rozhodnutia o prijatí dieťaťa prestupom materskej škole, z ktorej dieťa prestupuje.</w:t>
      </w:r>
    </w:p>
    <w:p w14:paraId="3EF885A2" w14:textId="77777777" w:rsidR="00440245" w:rsidRPr="00440245" w:rsidRDefault="00440245" w:rsidP="00440245">
      <w:pPr>
        <w:rPr>
          <w:szCs w:val="24"/>
          <w:lang w:val="sk-SK"/>
        </w:rPr>
      </w:pPr>
      <w:r w:rsidRPr="00440245">
        <w:rPr>
          <w:szCs w:val="24"/>
          <w:lang w:val="sk-SK"/>
        </w:rPr>
        <w:t>Materská škola, z ktorej dieťa prestupuje, zabezpečí odoslanie kópie osobného spisu dieťaťa a vykoná potrebné evidenčné úkony súvisiace s prestupom dieťaťa vrátane nahlásenia zmeny do centrálneho registra.</w:t>
      </w:r>
    </w:p>
    <w:p w14:paraId="5F2B6075" w14:textId="77777777" w:rsidR="00440245" w:rsidRPr="00593BAB" w:rsidRDefault="00440245" w:rsidP="00593BAB">
      <w:pPr>
        <w:rPr>
          <w:szCs w:val="24"/>
          <w:lang w:val="sk-SK"/>
        </w:rPr>
      </w:pPr>
      <w:r w:rsidRPr="00440245">
        <w:rPr>
          <w:szCs w:val="24"/>
          <w:lang w:val="sk-SK"/>
        </w:rPr>
        <w:t>Materská škola, do ktorej bolo dieťa prijaté prestupom, po doručení kópie osobného spisu dieťaťa skontroluje a doplní údaje potrebné na vedenie pedagogickej dokumentácie a zabezpečenie predprimárneho vzdelávania dieťaťa.</w:t>
      </w:r>
    </w:p>
    <w:p w14:paraId="1E2042B8" w14:textId="77777777" w:rsidR="00593BAB" w:rsidRPr="00593BAB" w:rsidRDefault="00593BAB" w:rsidP="00593BAB">
      <w:pPr>
        <w:rPr>
          <w:szCs w:val="24"/>
          <w:lang w:val="sk-SK"/>
        </w:rPr>
      </w:pPr>
      <w:r w:rsidRPr="00593BAB">
        <w:rPr>
          <w:szCs w:val="24"/>
          <w:lang w:val="sk-SK"/>
        </w:rPr>
        <w:t>V rozhodnutí o prijatí dieťaťa prestupom môže riaditeľka materskej školy určiť adaptačný pobyt. Ak ide o dieťa so zdravotným znevýhodnením, dieťa zo sociálne znevýhodňujúceho prostredia alebo dieťa s nadaním, môže určiť diagnostický pobyt v súlade s platnými právnymi predpismi.</w:t>
      </w:r>
    </w:p>
    <w:p w14:paraId="56AC5AFE" w14:textId="77777777" w:rsidR="00593BAB" w:rsidRPr="00593BAB" w:rsidRDefault="00593BAB" w:rsidP="00593BAB">
      <w:pPr>
        <w:rPr>
          <w:szCs w:val="24"/>
          <w:lang w:val="sk-SK"/>
        </w:rPr>
      </w:pPr>
      <w:r w:rsidRPr="00593BAB">
        <w:rPr>
          <w:szCs w:val="24"/>
          <w:lang w:val="sk-SK"/>
        </w:rPr>
        <w:t>Dieťa je prijaté prestupom odo dňa uvedeného v rozhodnutí. Od tohto dňa sa stáva dieťaťom materskej školy, do ktorej bolo prijaté prestupom, a prestáva byť dieťaťom materskej školy, z ktorej prestupuje.</w:t>
      </w:r>
    </w:p>
    <w:p w14:paraId="2D2BAD6C" w14:textId="77777777" w:rsidR="00593BAB" w:rsidRDefault="00593BAB" w:rsidP="00593BAB">
      <w:pPr>
        <w:rPr>
          <w:szCs w:val="24"/>
          <w:lang w:val="sk-SK"/>
        </w:rPr>
      </w:pPr>
      <w:r w:rsidRPr="00593BAB">
        <w:rPr>
          <w:szCs w:val="24"/>
          <w:lang w:val="sk-SK"/>
        </w:rPr>
        <w:t>Ak materská škola nemá vytvorené vhodné podmienky na prijatie dieťaťa prestupom, najmä z dôvodu naplnenej kapacity alebo nemožnosti zabezpečiť potrebné podmienky vzdelávania, riaditeľka materskej školy dieťa prestupom neprijme.</w:t>
      </w:r>
    </w:p>
    <w:p w14:paraId="7FA8D854" w14:textId="77777777" w:rsidR="008B21ED" w:rsidRPr="00593BAB" w:rsidRDefault="008B21ED" w:rsidP="00593BAB">
      <w:pPr>
        <w:spacing w:after="0" w:line="240" w:lineRule="auto"/>
        <w:rPr>
          <w:szCs w:val="24"/>
          <w:lang w:val="sk-SK"/>
        </w:rPr>
      </w:pPr>
    </w:p>
    <w:p w14:paraId="0B801564" w14:textId="77777777" w:rsidR="008716BA" w:rsidRPr="00765D47" w:rsidRDefault="008B21ED" w:rsidP="008716BA">
      <w:pPr>
        <w:pStyle w:val="Nadpis2"/>
        <w:spacing w:before="0"/>
        <w:rPr>
          <w:rFonts w:ascii="Arial" w:hAnsi="Arial" w:cs="Arial"/>
          <w:color w:val="0070C0"/>
          <w:sz w:val="24"/>
          <w:szCs w:val="24"/>
          <w:lang w:val="sk-SK"/>
        </w:rPr>
      </w:pPr>
      <w:bookmarkStart w:id="44" w:name="_Toc238333741"/>
      <w:r w:rsidRPr="00765D47">
        <w:rPr>
          <w:rFonts w:ascii="Arial" w:eastAsia="Arial" w:hAnsi="Arial" w:cs="Arial"/>
          <w:color w:val="0070C0"/>
          <w:sz w:val="24"/>
        </w:rPr>
        <w:t>6.5 Dieťa so špeciálnymi výchovno-vzdelávacími potrebami v bežnej materskej škole</w:t>
      </w:r>
      <w:bookmarkEnd w:id="44"/>
    </w:p>
    <w:p w14:paraId="4BC14F01" w14:textId="77777777" w:rsidR="008B21ED" w:rsidRPr="008B21ED" w:rsidRDefault="008B21ED" w:rsidP="008716BA">
      <w:pPr>
        <w:spacing w:after="0" w:line="240" w:lineRule="auto"/>
        <w:rPr>
          <w:b/>
          <w:bCs/>
          <w:color w:val="0070C0"/>
          <w:szCs w:val="24"/>
          <w:lang w:val="sk-SK"/>
        </w:rPr>
      </w:pPr>
    </w:p>
    <w:p w14:paraId="5200C39C" w14:textId="77777777" w:rsidR="008716BA" w:rsidRPr="008716BA" w:rsidRDefault="008716BA" w:rsidP="008716BA">
      <w:pPr>
        <w:rPr>
          <w:szCs w:val="24"/>
          <w:lang w:val="sk-SK"/>
        </w:rPr>
      </w:pPr>
      <w:r w:rsidRPr="008716BA">
        <w:rPr>
          <w:szCs w:val="24"/>
          <w:lang w:val="sk-SK"/>
        </w:rPr>
        <w:t>Materská škola vytvára podmienky na výchovu a vzdelávanie detí so špeciálnymi výchovno-vzdelávacími potrebami v súlade s princípmi inkluzívneho vzdelávania, rovného prístupu k vzdelávaniu, rešpektovania individuálnych potrieb dieťaťa a ochrany jeho najlepšieho záujmu.</w:t>
      </w:r>
    </w:p>
    <w:p w14:paraId="025D273F" w14:textId="77777777" w:rsidR="008716BA" w:rsidRPr="008716BA" w:rsidRDefault="008716BA" w:rsidP="008716BA">
      <w:pPr>
        <w:rPr>
          <w:szCs w:val="24"/>
          <w:lang w:val="sk-SK"/>
        </w:rPr>
      </w:pPr>
      <w:r w:rsidRPr="008716BA">
        <w:rPr>
          <w:szCs w:val="24"/>
          <w:lang w:val="sk-SK"/>
        </w:rPr>
        <w:t>Za dieťa so špeciálnymi výchovno-vzdelávacími potrebami sa považuje dieťa, ktoré na naplnenie svojho vzdelávacieho potenciálu potrebuje úpravu podmienok, obsahu, foriem, metód alebo prístupov vo výchove a vzdelávaní, prípadne poskytovanie podporných opatrení.</w:t>
      </w:r>
    </w:p>
    <w:p w14:paraId="4AB73AC2" w14:textId="77777777" w:rsidR="008716BA" w:rsidRPr="008716BA" w:rsidRDefault="008716BA" w:rsidP="008716BA">
      <w:pPr>
        <w:rPr>
          <w:szCs w:val="24"/>
          <w:lang w:val="sk-SK"/>
        </w:rPr>
      </w:pPr>
      <w:r w:rsidRPr="008716BA">
        <w:rPr>
          <w:szCs w:val="24"/>
          <w:lang w:val="sk-SK"/>
        </w:rPr>
        <w:lastRenderedPageBreak/>
        <w:t>Do tejto skupiny patria najmä</w:t>
      </w:r>
      <w:r w:rsidR="00557BFC">
        <w:rPr>
          <w:szCs w:val="24"/>
          <w:lang w:val="sk-SK"/>
        </w:rPr>
        <w:t xml:space="preserve"> deti: </w:t>
      </w:r>
      <w:r w:rsidRPr="008716BA">
        <w:rPr>
          <w:szCs w:val="24"/>
          <w:lang w:val="sk-SK"/>
        </w:rPr>
        <w:t>so zdravotným znevýhodnením,</w:t>
      </w:r>
      <w:r>
        <w:rPr>
          <w:szCs w:val="24"/>
          <w:lang w:val="sk-SK"/>
        </w:rPr>
        <w:t xml:space="preserve"> </w:t>
      </w:r>
      <w:r w:rsidRPr="008716BA">
        <w:rPr>
          <w:szCs w:val="24"/>
          <w:lang w:val="sk-SK"/>
        </w:rPr>
        <w:t xml:space="preserve"> so zdravotným postihnutím,</w:t>
      </w:r>
      <w:r>
        <w:rPr>
          <w:szCs w:val="24"/>
          <w:lang w:val="sk-SK"/>
        </w:rPr>
        <w:t xml:space="preserve"> </w:t>
      </w:r>
      <w:r w:rsidRPr="008716BA">
        <w:rPr>
          <w:szCs w:val="24"/>
          <w:lang w:val="sk-SK"/>
        </w:rPr>
        <w:t>choré alebo zdravotne oslabené,</w:t>
      </w:r>
      <w:r>
        <w:rPr>
          <w:szCs w:val="24"/>
          <w:lang w:val="sk-SK"/>
        </w:rPr>
        <w:t xml:space="preserve"> </w:t>
      </w:r>
      <w:r w:rsidRPr="008716BA">
        <w:rPr>
          <w:szCs w:val="24"/>
          <w:lang w:val="sk-SK"/>
        </w:rPr>
        <w:t>s vývinovými poruchami,</w:t>
      </w:r>
      <w:r>
        <w:rPr>
          <w:szCs w:val="24"/>
          <w:lang w:val="sk-SK"/>
        </w:rPr>
        <w:t xml:space="preserve"> </w:t>
      </w:r>
      <w:r w:rsidRPr="008716BA">
        <w:rPr>
          <w:szCs w:val="24"/>
          <w:lang w:val="sk-SK"/>
        </w:rPr>
        <w:t>s poruchami správania,</w:t>
      </w:r>
      <w:r>
        <w:rPr>
          <w:szCs w:val="24"/>
          <w:lang w:val="sk-SK"/>
        </w:rPr>
        <w:t xml:space="preserve"> </w:t>
      </w:r>
      <w:r w:rsidRPr="008716BA">
        <w:rPr>
          <w:szCs w:val="24"/>
          <w:lang w:val="sk-SK"/>
        </w:rPr>
        <w:t>zo sociálne znevýhodňujúceho prostredia,s nadaním,</w:t>
      </w:r>
      <w:r>
        <w:rPr>
          <w:szCs w:val="24"/>
          <w:lang w:val="sk-SK"/>
        </w:rPr>
        <w:t xml:space="preserve"> </w:t>
      </w:r>
      <w:r w:rsidRPr="008716BA">
        <w:rPr>
          <w:szCs w:val="24"/>
          <w:lang w:val="sk-SK"/>
        </w:rPr>
        <w:t>ktorých zdravotný stav, sociálne podmienky, jazykové schopnosti, správanie, kognitívne schopnosti, emocionalita, motivácia, tvorivosť alebo zručnosti si vyžadujú poskytnutie podporného opatrenia.</w:t>
      </w:r>
    </w:p>
    <w:p w14:paraId="7255F805" w14:textId="77777777" w:rsidR="008716BA" w:rsidRPr="008B21ED" w:rsidRDefault="008716BA" w:rsidP="008716BA">
      <w:pPr>
        <w:rPr>
          <w:szCs w:val="24"/>
          <w:lang w:val="sk-SK"/>
        </w:rPr>
      </w:pPr>
      <w:r w:rsidRPr="008716BA">
        <w:rPr>
          <w:szCs w:val="24"/>
          <w:lang w:val="sk-SK"/>
        </w:rPr>
        <w:t>Za dieťa so zdravotným postihnutím sa považuje najmä dieťa s mentálnym, sluchovým, zrakovým, telesným alebo viacnásobným postihnutím, dieťa s narušenou komunikačnou schopnosťou, dieťa s autizmom alebo ďalšími pervazívnymi vývinovými poruchami, prípadne dieťa s kombináciou viacerých postihnutí.</w:t>
      </w:r>
    </w:p>
    <w:p w14:paraId="6718DCF6" w14:textId="77777777" w:rsidR="008716BA" w:rsidRPr="008716BA" w:rsidRDefault="008716BA" w:rsidP="008716BA">
      <w:pPr>
        <w:rPr>
          <w:b/>
          <w:bCs/>
          <w:szCs w:val="24"/>
          <w:lang w:val="sk-SK"/>
        </w:rPr>
      </w:pPr>
      <w:r w:rsidRPr="008716BA">
        <w:rPr>
          <w:b/>
          <w:bCs/>
          <w:szCs w:val="24"/>
          <w:lang w:val="sk-SK"/>
        </w:rPr>
        <w:t>Podmienky prijatia a vzdelávania</w:t>
      </w:r>
    </w:p>
    <w:p w14:paraId="3FE1C107" w14:textId="77777777" w:rsidR="008716BA" w:rsidRPr="008716BA" w:rsidRDefault="008716BA" w:rsidP="008716BA">
      <w:pPr>
        <w:rPr>
          <w:szCs w:val="24"/>
          <w:lang w:val="sk-SK"/>
        </w:rPr>
      </w:pPr>
      <w:r w:rsidRPr="008716BA">
        <w:rPr>
          <w:szCs w:val="24"/>
          <w:lang w:val="sk-SK"/>
        </w:rPr>
        <w:t>Dieťa so špeciálnymi výchovno-vzdelávacími potrebami môže byť prijaté do bežnej materskej školy, ak materská škola dokáže vytvoriť podmienky potrebné na jeho bezpečný pobyt a primeranú účasť na výchovno-vzdelávacej činnosti.</w:t>
      </w:r>
    </w:p>
    <w:p w14:paraId="52B70674" w14:textId="77777777" w:rsidR="008716BA" w:rsidRDefault="008716BA" w:rsidP="008716BA">
      <w:pPr>
        <w:rPr>
          <w:szCs w:val="24"/>
          <w:lang w:val="sk-SK"/>
        </w:rPr>
      </w:pPr>
      <w:r w:rsidRPr="008716BA">
        <w:rPr>
          <w:szCs w:val="24"/>
          <w:lang w:val="sk-SK"/>
        </w:rPr>
        <w:t>Pri prijímaní dieťaťa so špeciálnymi výchovno-vzdelávacími potrebami zákonný zástupca predkladá dokumenty potrebné na posúdenie jeho potrieb, najmä odborné odporúčania zariadenia poradenstva a prevencie a podľa potreby aj vyjadrenie lekára.</w:t>
      </w:r>
    </w:p>
    <w:p w14:paraId="527F72F8" w14:textId="77777777" w:rsidR="00557BFC" w:rsidRPr="00557BFC" w:rsidRDefault="00557BFC" w:rsidP="00557BFC">
      <w:pPr>
        <w:rPr>
          <w:b/>
          <w:bCs/>
          <w:szCs w:val="24"/>
          <w:lang w:val="sk-SK"/>
        </w:rPr>
      </w:pPr>
      <w:r w:rsidRPr="00557BFC">
        <w:rPr>
          <w:b/>
          <w:bCs/>
          <w:szCs w:val="24"/>
          <w:lang w:val="sk-SK"/>
        </w:rPr>
        <w:t>Povinnosť pravdivo informovať materskú školu</w:t>
      </w:r>
    </w:p>
    <w:p w14:paraId="7E6A8455" w14:textId="77777777" w:rsidR="00557BFC" w:rsidRPr="00557BFC" w:rsidRDefault="00557BFC" w:rsidP="00557BFC">
      <w:pPr>
        <w:rPr>
          <w:szCs w:val="24"/>
          <w:lang w:val="sk-SK"/>
        </w:rPr>
      </w:pPr>
      <w:r w:rsidRPr="00557BFC">
        <w:rPr>
          <w:szCs w:val="24"/>
          <w:lang w:val="sk-SK"/>
        </w:rPr>
        <w:t>Zákonný zástupca je povinný pravdivo a úplne informovať materskú školu o zdravotnom stave dieťaťa, jeho špeciálnych výchovno-vzdelávacích potrebách, vývinových osobitostiach, zdravotných obmedzeniach, výsledkoch odborných vyšetrení a ďalších skutočnostiach, ktoré môžu mať vplyv na bezpečnosť, ochranu zdravia a priebeh výchovy a vzdelávania.</w:t>
      </w:r>
    </w:p>
    <w:p w14:paraId="5763B4D4" w14:textId="77777777" w:rsidR="00557BFC" w:rsidRPr="00557BFC" w:rsidRDefault="00557BFC" w:rsidP="00557BFC">
      <w:pPr>
        <w:rPr>
          <w:szCs w:val="24"/>
          <w:lang w:val="sk-SK"/>
        </w:rPr>
      </w:pPr>
      <w:r w:rsidRPr="00557BFC">
        <w:rPr>
          <w:szCs w:val="24"/>
          <w:lang w:val="sk-SK"/>
        </w:rPr>
        <w:t>Ak zákonný zástupca zamlčí alebo neoznámi závažné skutočnosti týkajúce sa zdravotného stavu dieťaťa, jeho správania, potrieb alebo odborných odporúčaní, môže tým znemožniť materskej škole vytvoriť primerané podmienky na bezpečný pobyt dieťaťa v kolektíve.</w:t>
      </w:r>
    </w:p>
    <w:p w14:paraId="271CFDE9" w14:textId="77777777" w:rsidR="00557BFC" w:rsidRPr="00557BFC" w:rsidRDefault="00557BFC" w:rsidP="00557BFC">
      <w:pPr>
        <w:rPr>
          <w:szCs w:val="24"/>
          <w:lang w:val="sk-SK"/>
        </w:rPr>
      </w:pPr>
      <w:r w:rsidRPr="00557BFC">
        <w:rPr>
          <w:szCs w:val="24"/>
          <w:lang w:val="sk-SK"/>
        </w:rPr>
        <w:t>Zamlčanie podstatných informácií sa považuje za porušenie povinností zákonného zástupcu. Materská škola v takom prípade prerokuje situáciu so zákonným zástupcom a podľa závažnosti prijme potrebné opatrenia, najmä požiada o doplnenie odborných podkladov, odporučí vyšetrenie v zariadení poradenstva a prevencie, upraví podmienky pobytu dieťaťa alebo postupuje podľa platných právnych predpisov.</w:t>
      </w:r>
    </w:p>
    <w:p w14:paraId="1E45A5C5" w14:textId="77777777" w:rsidR="00557BFC" w:rsidRPr="00557BFC" w:rsidRDefault="00557BFC" w:rsidP="00557BFC">
      <w:pPr>
        <w:rPr>
          <w:szCs w:val="24"/>
          <w:lang w:val="sk-SK"/>
        </w:rPr>
      </w:pPr>
      <w:r w:rsidRPr="00557BFC">
        <w:rPr>
          <w:szCs w:val="24"/>
          <w:lang w:val="sk-SK"/>
        </w:rPr>
        <w:t xml:space="preserve">Ak ide o dieťa, pre ktoré predprimárne vzdelávanie nie je povinné, a zákonný zástupca neposkytuje potrebnú súčinnosť alebo zamlčané skutočnosti zásadne ovplyvňujú bezpečný pobyt dieťaťa v materskej škole, riaditeľka materskej školy </w:t>
      </w:r>
      <w:r w:rsidRPr="00557BFC">
        <w:rPr>
          <w:szCs w:val="24"/>
          <w:lang w:val="sk-SK"/>
        </w:rPr>
        <w:lastRenderedPageBreak/>
        <w:t>môže postupovať podľa ustanovení školského poriadku o prerušení dochádzky alebo predčasnom skončení predprimárneho vzdelávania, ak sú splnené zákonné podmienky.</w:t>
      </w:r>
    </w:p>
    <w:p w14:paraId="70F52D09" w14:textId="77777777" w:rsidR="008716BA" w:rsidRPr="008716BA" w:rsidRDefault="008716BA" w:rsidP="008716BA">
      <w:pPr>
        <w:rPr>
          <w:b/>
          <w:bCs/>
          <w:szCs w:val="24"/>
          <w:lang w:val="sk-SK"/>
        </w:rPr>
      </w:pPr>
      <w:r w:rsidRPr="008716BA">
        <w:rPr>
          <w:b/>
          <w:bCs/>
          <w:szCs w:val="24"/>
          <w:lang w:val="sk-SK"/>
        </w:rPr>
        <w:t>Podporné opatrenia</w:t>
      </w:r>
    </w:p>
    <w:p w14:paraId="08CDB480" w14:textId="77777777" w:rsidR="008716BA" w:rsidRPr="008716BA" w:rsidRDefault="008716BA" w:rsidP="008716BA">
      <w:pPr>
        <w:rPr>
          <w:szCs w:val="24"/>
          <w:lang w:val="sk-SK"/>
        </w:rPr>
      </w:pPr>
      <w:r w:rsidRPr="008716BA">
        <w:rPr>
          <w:szCs w:val="24"/>
          <w:lang w:val="sk-SK"/>
        </w:rPr>
        <w:t>Dieťaťu so špeciálnymi výchovno-vzdelávacími potrebami môže materská škola poskytovať podporné opatrenia podľa jeho individuálnych potrieb a odporúčaní odborníkov.</w:t>
      </w:r>
      <w:r w:rsidR="00557BFC">
        <w:rPr>
          <w:szCs w:val="24"/>
          <w:lang w:val="sk-SK"/>
        </w:rPr>
        <w:t xml:space="preserve"> </w:t>
      </w:r>
      <w:r w:rsidRPr="008716BA">
        <w:rPr>
          <w:szCs w:val="24"/>
          <w:lang w:val="sk-SK"/>
        </w:rPr>
        <w:t>Rozsah a forma podporných opatrení sa určujú podľa potrieb dieťaťa, odporúčaní odborníkov a možností materskej školy.</w:t>
      </w:r>
    </w:p>
    <w:p w14:paraId="56923A49" w14:textId="77777777" w:rsidR="008716BA" w:rsidRPr="008716BA" w:rsidRDefault="008716BA" w:rsidP="008716BA">
      <w:pPr>
        <w:rPr>
          <w:b/>
          <w:bCs/>
          <w:szCs w:val="24"/>
          <w:lang w:val="sk-SK"/>
        </w:rPr>
      </w:pPr>
      <w:r w:rsidRPr="008716BA">
        <w:rPr>
          <w:b/>
          <w:bCs/>
          <w:szCs w:val="24"/>
          <w:lang w:val="sk-SK"/>
        </w:rPr>
        <w:t>Individuálny vzdelávací program</w:t>
      </w:r>
    </w:p>
    <w:p w14:paraId="42D2EDAB" w14:textId="77777777" w:rsidR="008716BA" w:rsidRPr="008716BA" w:rsidRDefault="008716BA" w:rsidP="008716BA">
      <w:pPr>
        <w:rPr>
          <w:szCs w:val="24"/>
          <w:lang w:val="sk-SK"/>
        </w:rPr>
      </w:pPr>
      <w:r w:rsidRPr="008716BA">
        <w:rPr>
          <w:szCs w:val="24"/>
          <w:lang w:val="sk-SK"/>
        </w:rPr>
        <w:t>Ak je to potrebné, dieťa so špeciálnymi výchovno-vzdelávacími potrebami sa vzdeláva podľa individuálneho vzdelávacieho programu.</w:t>
      </w:r>
    </w:p>
    <w:p w14:paraId="30F48938" w14:textId="77777777" w:rsidR="008716BA" w:rsidRDefault="008716BA" w:rsidP="008716BA">
      <w:pPr>
        <w:rPr>
          <w:szCs w:val="24"/>
          <w:lang w:val="sk-SK"/>
        </w:rPr>
      </w:pPr>
      <w:r w:rsidRPr="008716BA">
        <w:rPr>
          <w:szCs w:val="24"/>
          <w:lang w:val="sk-SK"/>
        </w:rPr>
        <w:t>Individuálny vzdelávací program vychádza zo Školského vzdelávacieho programu materskej školy, odporúčaní zariadenia poradenstva a prevencie, pedagogickej diagnostiky a individuálnych potrieb dieťaťa.</w:t>
      </w:r>
    </w:p>
    <w:p w14:paraId="304109DA" w14:textId="77777777" w:rsidR="008716BA" w:rsidRPr="008716BA" w:rsidRDefault="008716BA" w:rsidP="008716BA">
      <w:pPr>
        <w:rPr>
          <w:b/>
          <w:bCs/>
          <w:szCs w:val="24"/>
          <w:lang w:val="sk-SK"/>
        </w:rPr>
      </w:pPr>
      <w:r w:rsidRPr="008716BA">
        <w:rPr>
          <w:b/>
          <w:bCs/>
          <w:szCs w:val="24"/>
          <w:lang w:val="sk-SK"/>
        </w:rPr>
        <w:t>Spolupráca s odbornými inštitúciami</w:t>
      </w:r>
    </w:p>
    <w:p w14:paraId="4A23C83C" w14:textId="77777777" w:rsidR="008716BA" w:rsidRPr="008716BA" w:rsidRDefault="008716BA" w:rsidP="008716BA">
      <w:pPr>
        <w:rPr>
          <w:szCs w:val="24"/>
          <w:lang w:val="sk-SK"/>
        </w:rPr>
      </w:pPr>
      <w:r w:rsidRPr="008716BA">
        <w:rPr>
          <w:szCs w:val="24"/>
          <w:lang w:val="sk-SK"/>
        </w:rPr>
        <w:t>Materská škola pri vzdelávaní dieťaťa so špeciálnymi výchovno-vzdelávacími potrebami spolupracuje najmä so zariadením poradenstva a prevencie, všeobecným lekárom pre deti a dorast, odbornými lekármi, pedagogickým asistentom, špeciálnym pedagógom, zriaďovateľom a ďalšími odborníkmi podľa potrieb dieťaťa.</w:t>
      </w:r>
    </w:p>
    <w:p w14:paraId="59C5900B" w14:textId="77777777" w:rsidR="008716BA" w:rsidRPr="008716BA" w:rsidRDefault="008716BA" w:rsidP="008716BA">
      <w:pPr>
        <w:rPr>
          <w:b/>
          <w:bCs/>
          <w:szCs w:val="24"/>
          <w:lang w:val="sk-SK"/>
        </w:rPr>
      </w:pPr>
      <w:r w:rsidRPr="008716BA">
        <w:rPr>
          <w:b/>
          <w:bCs/>
          <w:szCs w:val="24"/>
          <w:lang w:val="sk-SK"/>
        </w:rPr>
        <w:t>Bezpečnosť a primerané podmienky</w:t>
      </w:r>
    </w:p>
    <w:p w14:paraId="0B33E591" w14:textId="77777777" w:rsidR="008716BA" w:rsidRPr="008716BA" w:rsidRDefault="008716BA" w:rsidP="008716BA">
      <w:pPr>
        <w:rPr>
          <w:szCs w:val="24"/>
          <w:lang w:val="sk-SK"/>
        </w:rPr>
      </w:pPr>
      <w:r w:rsidRPr="008716BA">
        <w:rPr>
          <w:szCs w:val="24"/>
          <w:lang w:val="sk-SK"/>
        </w:rPr>
        <w:t>Materská škola pri vzdelávaní dieťaťa so špeciálnymi výchovno-vzdelávacími potrebami postupuje s rešpektom k jeho dôstojnosti, individualite a právu na vzdelanie.</w:t>
      </w:r>
    </w:p>
    <w:p w14:paraId="60FAB0E8" w14:textId="77777777" w:rsidR="008716BA" w:rsidRPr="008716BA" w:rsidRDefault="008716BA" w:rsidP="008716BA">
      <w:pPr>
        <w:rPr>
          <w:szCs w:val="24"/>
          <w:lang w:val="sk-SK"/>
        </w:rPr>
      </w:pPr>
      <w:r w:rsidRPr="008716BA">
        <w:rPr>
          <w:szCs w:val="24"/>
          <w:lang w:val="sk-SK"/>
        </w:rPr>
        <w:t>Zároveň je povinná zabezpečiť bezpečnosť všetkých detí a zamestnancov. Ak sa v priebehu dochádzky ukáže, že potreby dieťaťa presahujú aktuálne personálne, priestorové, materiálne alebo organizačné možnosti materskej školy, materská škola prerokuje situáciu so zákonným zástupcom, zariadením poradenstva a prevencie a podľa potreby so zriaďovateľom.</w:t>
      </w:r>
    </w:p>
    <w:p w14:paraId="0C61AE31" w14:textId="77777777" w:rsidR="008716BA" w:rsidRPr="008716BA" w:rsidRDefault="008716BA" w:rsidP="008716BA">
      <w:pPr>
        <w:rPr>
          <w:szCs w:val="24"/>
          <w:lang w:val="sk-SK"/>
        </w:rPr>
      </w:pPr>
      <w:r w:rsidRPr="008716BA">
        <w:rPr>
          <w:szCs w:val="24"/>
          <w:lang w:val="sk-SK"/>
        </w:rPr>
        <w:t>Na základe odborných odporúčaní sa prijímajú ďalšie opatrenia smerujúce k zabezpečeniu vhodnej formy výchovy a vzdelávania dieťaťa.</w:t>
      </w:r>
    </w:p>
    <w:p w14:paraId="1A645596" w14:textId="77777777" w:rsidR="00F34372" w:rsidRPr="00F34372" w:rsidRDefault="00F34372" w:rsidP="00F34372">
      <w:pPr>
        <w:spacing w:after="0" w:line="240" w:lineRule="auto"/>
        <w:rPr>
          <w:szCs w:val="24"/>
          <w:lang w:val="sk-SK"/>
        </w:rPr>
      </w:pPr>
    </w:p>
    <w:p w14:paraId="16340F6C" w14:textId="77777777" w:rsidR="00B86ECA" w:rsidRPr="00392BAE" w:rsidRDefault="008B21ED" w:rsidP="00B86ECA">
      <w:pPr>
        <w:pStyle w:val="Nadpis2"/>
        <w:spacing w:before="0"/>
        <w:rPr>
          <w:rFonts w:ascii="Arial" w:hAnsi="Arial" w:cs="Arial"/>
          <w:color w:val="0070C0"/>
          <w:sz w:val="24"/>
          <w:szCs w:val="24"/>
          <w:lang w:val="sk-SK"/>
        </w:rPr>
      </w:pPr>
      <w:bookmarkStart w:id="45" w:name="_Toc238333742"/>
      <w:r w:rsidRPr="00392BAE">
        <w:rPr>
          <w:rFonts w:ascii="Arial" w:eastAsia="Arial" w:hAnsi="Arial" w:cs="Arial"/>
          <w:color w:val="0070C0"/>
          <w:sz w:val="24"/>
        </w:rPr>
        <w:t>6.6 Povinné predprimárne vzdelávanie</w:t>
      </w:r>
      <w:bookmarkEnd w:id="45"/>
    </w:p>
    <w:p w14:paraId="664050FD" w14:textId="77777777" w:rsidR="008B21ED" w:rsidRPr="008B21ED" w:rsidRDefault="008B21ED" w:rsidP="00B86ECA">
      <w:pPr>
        <w:spacing w:after="0" w:line="240" w:lineRule="auto"/>
        <w:rPr>
          <w:b/>
          <w:bCs/>
          <w:color w:val="0070C0"/>
          <w:szCs w:val="24"/>
          <w:lang w:val="sk-SK"/>
        </w:rPr>
      </w:pPr>
    </w:p>
    <w:p w14:paraId="4C6FE0F0" w14:textId="77777777" w:rsidR="00A244A1" w:rsidRPr="00DF65F4" w:rsidRDefault="00A244A1" w:rsidP="00A244A1">
      <w:pPr>
        <w:autoSpaceDE w:val="0"/>
        <w:autoSpaceDN w:val="0"/>
        <w:adjustRightInd w:val="0"/>
        <w:jc w:val="both"/>
        <w:rPr>
          <w:szCs w:val="24"/>
        </w:rPr>
      </w:pPr>
      <w:r w:rsidRPr="00DF65F4">
        <w:rPr>
          <w:szCs w:val="24"/>
        </w:rPr>
        <w:t xml:space="preserve">Plniť povinné predprimárne vzdelávanie musí každé dieťa s trvalým pobytom v Slovenskej republike, ktoré do 31. augusta (vrátane), ktorý predchádza začiatku </w:t>
      </w:r>
      <w:r w:rsidRPr="00DF65F4">
        <w:rPr>
          <w:szCs w:val="24"/>
        </w:rPr>
        <w:lastRenderedPageBreak/>
        <w:t>školského roka, od ktorého bude dieťa plniť povinnú školskú dochádzku v základnej škole:</w:t>
      </w:r>
    </w:p>
    <w:p w14:paraId="7B1527A8" w14:textId="77777777" w:rsidR="00A244A1" w:rsidRPr="00DF65F4" w:rsidRDefault="00A244A1" w:rsidP="00A244A1">
      <w:pPr>
        <w:widowControl w:val="0"/>
        <w:numPr>
          <w:ilvl w:val="0"/>
          <w:numId w:val="86"/>
        </w:numPr>
        <w:suppressAutoHyphens/>
        <w:ind w:left="284" w:hanging="284"/>
        <w:jc w:val="both"/>
        <w:rPr>
          <w:szCs w:val="24"/>
        </w:rPr>
      </w:pPr>
      <w:r w:rsidRPr="00DF65F4">
        <w:rPr>
          <w:szCs w:val="24"/>
        </w:rPr>
        <w:t>dovŕši päť rokov veku,</w:t>
      </w:r>
    </w:p>
    <w:p w14:paraId="759F5B61" w14:textId="77777777" w:rsidR="00A244A1" w:rsidRPr="00DF65F4" w:rsidRDefault="00A244A1" w:rsidP="00A244A1">
      <w:pPr>
        <w:widowControl w:val="0"/>
        <w:numPr>
          <w:ilvl w:val="0"/>
          <w:numId w:val="86"/>
        </w:numPr>
        <w:suppressAutoHyphens/>
        <w:ind w:left="284" w:hanging="284"/>
        <w:jc w:val="both"/>
        <w:rPr>
          <w:szCs w:val="24"/>
        </w:rPr>
      </w:pPr>
      <w:r w:rsidRPr="00DF65F4">
        <w:rPr>
          <w:szCs w:val="24"/>
        </w:rPr>
        <w:t xml:space="preserve">dovŕši päť rokov veku a povinné predprimárne vzdelávanie plní osobitnou formou </w:t>
      </w:r>
    </w:p>
    <w:p w14:paraId="7D81821C" w14:textId="77777777" w:rsidR="00F06489" w:rsidRPr="00DF65F4" w:rsidRDefault="00A244A1" w:rsidP="00F06489">
      <w:pPr>
        <w:widowControl w:val="0"/>
        <w:numPr>
          <w:ilvl w:val="0"/>
          <w:numId w:val="86"/>
        </w:numPr>
        <w:suppressAutoHyphens/>
        <w:ind w:left="284" w:hanging="284"/>
        <w:jc w:val="both"/>
        <w:rPr>
          <w:szCs w:val="24"/>
        </w:rPr>
      </w:pPr>
      <w:r w:rsidRPr="00DF65F4">
        <w:rPr>
          <w:szCs w:val="24"/>
        </w:rPr>
        <w:t xml:space="preserve">dovŕši šesť rokov veku, ale nedosiahlo školskú spôsobilosť, </w:t>
      </w:r>
      <w:r w:rsidR="00F06489" w:rsidRPr="00DF65F4">
        <w:rPr>
          <w:szCs w:val="24"/>
        </w:rPr>
        <w:t>-</w:t>
      </w:r>
      <w:r w:rsidRPr="00DF65F4">
        <w:rPr>
          <w:szCs w:val="24"/>
        </w:rPr>
        <w:t xml:space="preserve"> pokrač</w:t>
      </w:r>
      <w:r w:rsidR="00F06489" w:rsidRPr="00DF65F4">
        <w:rPr>
          <w:szCs w:val="24"/>
        </w:rPr>
        <w:t>uje</w:t>
      </w:r>
      <w:r w:rsidRPr="00DF65F4">
        <w:rPr>
          <w:szCs w:val="24"/>
        </w:rPr>
        <w:t xml:space="preserve"> v plnení povinného predprimárneho vzdelávania ešte jeden školský rok a to aj osobitnou formou </w:t>
      </w:r>
    </w:p>
    <w:p w14:paraId="6C695F56" w14:textId="77777777" w:rsidR="00F06489" w:rsidRPr="00DF65F4" w:rsidRDefault="00A244A1" w:rsidP="00F06489">
      <w:pPr>
        <w:widowControl w:val="0"/>
        <w:numPr>
          <w:ilvl w:val="0"/>
          <w:numId w:val="86"/>
        </w:numPr>
        <w:suppressAutoHyphens/>
        <w:ind w:left="284" w:hanging="284"/>
        <w:jc w:val="both"/>
        <w:rPr>
          <w:szCs w:val="24"/>
        </w:rPr>
      </w:pPr>
      <w:r w:rsidRPr="00DF65F4">
        <w:rPr>
          <w:szCs w:val="24"/>
        </w:rPr>
        <w:t xml:space="preserve">dovŕši päť rokov veku, ale zo zdravotných dôvodov je oslobodené od povinnosti dochádzať do materskej školy, lebo mu jeho zdravotný stav neumožňuje vzdelávať sa, </w:t>
      </w:r>
      <w:bookmarkStart w:id="46" w:name="_Toc63860632"/>
      <w:bookmarkStart w:id="47" w:name="_Toc231220382"/>
      <w:bookmarkEnd w:id="46"/>
    </w:p>
    <w:bookmarkEnd w:id="47"/>
    <w:p w14:paraId="217B4720" w14:textId="77777777" w:rsidR="00A244A1" w:rsidRPr="00DF65F4" w:rsidRDefault="00A244A1" w:rsidP="00DF65F4">
      <w:pPr>
        <w:jc w:val="both"/>
        <w:rPr>
          <w:szCs w:val="24"/>
        </w:rPr>
      </w:pPr>
      <w:r w:rsidRPr="00DF65F4">
        <w:rPr>
          <w:szCs w:val="24"/>
        </w:rPr>
        <w:t xml:space="preserve">Povinné predprimárne vzdelávanie v materskej škole trvá jeden školský rok </w:t>
      </w:r>
    </w:p>
    <w:p w14:paraId="11646B39" w14:textId="77777777" w:rsidR="00A244A1" w:rsidRPr="00A244A1" w:rsidRDefault="00A244A1" w:rsidP="00A244A1">
      <w:pPr>
        <w:rPr>
          <w:szCs w:val="24"/>
          <w:lang w:val="sk-SK"/>
        </w:rPr>
      </w:pPr>
      <w:r w:rsidRPr="00A244A1">
        <w:rPr>
          <w:szCs w:val="24"/>
          <w:lang w:val="sk-SK"/>
        </w:rPr>
        <w:t>Povinné predprimárne vzdelávanie dieťa spravidla plní v materskej škole vo verejnom školskom obvode, v ktorom má trvalý pobyt. Zákonný zástupca môže pre dieťa vybrať aj inú materskú školu, ak táto materská škola dieťa prijme alebo prijme prestupom a má na to vytvorené kapacitné podmienky.</w:t>
      </w:r>
    </w:p>
    <w:p w14:paraId="54721FF4" w14:textId="77777777" w:rsidR="00A244A1" w:rsidRDefault="00A244A1" w:rsidP="00A244A1">
      <w:pPr>
        <w:rPr>
          <w:szCs w:val="24"/>
          <w:lang w:val="sk-SK"/>
        </w:rPr>
      </w:pPr>
      <w:r w:rsidRPr="00A244A1">
        <w:rPr>
          <w:szCs w:val="24"/>
          <w:lang w:val="sk-SK"/>
        </w:rPr>
        <w:t>Dieťa má garantované prijatie na povinné predprimárne vzdelávanie v materskej škole vo svojom verejnom školskom obvode, ak sa pre túto materskú školu zákonný zástupca rozhodne.</w:t>
      </w:r>
    </w:p>
    <w:p w14:paraId="3940C0F6" w14:textId="77777777" w:rsidR="00D33AC4" w:rsidRPr="00A244A1" w:rsidRDefault="00D33AC4" w:rsidP="00A244A1">
      <w:pPr>
        <w:rPr>
          <w:szCs w:val="24"/>
          <w:lang w:val="sk-SK"/>
        </w:rPr>
      </w:pPr>
      <w:r w:rsidRPr="00707506">
        <w:rPr>
          <w:szCs w:val="24"/>
          <w:lang w:val="sk-SK"/>
        </w:rPr>
        <w:t>Pri prijímaní detí na povinné predprimárne vzdelávanie materská škola prednostne prijíma:</w:t>
      </w:r>
    </w:p>
    <w:p w14:paraId="043777BC" w14:textId="77777777" w:rsidR="00A244A1" w:rsidRPr="00A244A1" w:rsidRDefault="00A244A1" w:rsidP="00A244A1">
      <w:pPr>
        <w:numPr>
          <w:ilvl w:val="0"/>
          <w:numId w:val="84"/>
        </w:numPr>
        <w:rPr>
          <w:szCs w:val="24"/>
          <w:lang w:val="sk-SK"/>
        </w:rPr>
      </w:pPr>
      <w:r w:rsidRPr="00A244A1">
        <w:rPr>
          <w:szCs w:val="24"/>
          <w:lang w:val="sk-SK"/>
        </w:rPr>
        <w:t>deti s trvalým pobytom v príslušnom verejnom školskom obvode,</w:t>
      </w:r>
    </w:p>
    <w:p w14:paraId="5EF91D05" w14:textId="77777777" w:rsidR="00A244A1" w:rsidRPr="00A244A1" w:rsidRDefault="00A244A1" w:rsidP="00A244A1">
      <w:pPr>
        <w:numPr>
          <w:ilvl w:val="0"/>
          <w:numId w:val="84"/>
        </w:numPr>
        <w:rPr>
          <w:szCs w:val="24"/>
          <w:lang w:val="sk-SK"/>
        </w:rPr>
      </w:pPr>
      <w:r w:rsidRPr="00A244A1">
        <w:rPr>
          <w:szCs w:val="24"/>
          <w:lang w:val="sk-SK"/>
        </w:rPr>
        <w:t>deti umiestnené na základe rozhodnutia súdu v zariadení, ktorého sídlo sa nachádza v príslušnom verejnom školskom obvode,</w:t>
      </w:r>
    </w:p>
    <w:p w14:paraId="15DB2BBA" w14:textId="77777777" w:rsidR="00A244A1" w:rsidRPr="00A244A1" w:rsidRDefault="00A244A1" w:rsidP="00A244A1">
      <w:pPr>
        <w:numPr>
          <w:ilvl w:val="0"/>
          <w:numId w:val="84"/>
        </w:numPr>
        <w:rPr>
          <w:szCs w:val="24"/>
          <w:lang w:val="sk-SK"/>
        </w:rPr>
      </w:pPr>
      <w:r w:rsidRPr="00A244A1">
        <w:rPr>
          <w:szCs w:val="24"/>
          <w:lang w:val="sk-SK"/>
        </w:rPr>
        <w:t>deti s obvyklým pobytom v príslušnom verejnom školskom obvode.</w:t>
      </w:r>
    </w:p>
    <w:p w14:paraId="5B9AC1B2" w14:textId="3C4B5A00" w:rsidR="00835C8C" w:rsidRDefault="00DF65F4" w:rsidP="00F74900">
      <w:pPr>
        <w:rPr>
          <w:szCs w:val="24"/>
          <w:lang w:val="sk-SK"/>
        </w:rPr>
      </w:pPr>
      <w:r w:rsidRPr="00DF65F4">
        <w:rPr>
          <w:szCs w:val="24"/>
          <w:lang w:val="sk-SK"/>
        </w:rPr>
        <w:t>Zákonný zástupca je povinný zabezpečiť pravidelnú a včasnú dochádzku dieťaťa a jeho neprítomnosť riadne oznamovať a ospravedlňovať podľa pravidiel školského poriadku.</w:t>
      </w:r>
      <w:bookmarkStart w:id="48" w:name="_Toc238333743"/>
    </w:p>
    <w:p w14:paraId="721D31A4" w14:textId="77777777" w:rsidR="00F74900" w:rsidRPr="00F74900" w:rsidRDefault="00F74900" w:rsidP="002E1C4A">
      <w:pPr>
        <w:spacing w:after="0"/>
        <w:rPr>
          <w:szCs w:val="24"/>
          <w:lang w:val="sk-SK"/>
        </w:rPr>
      </w:pPr>
    </w:p>
    <w:p w14:paraId="7612116A" w14:textId="3B62E292" w:rsidR="00707506" w:rsidRPr="00392BAE" w:rsidRDefault="008B21ED" w:rsidP="00707506">
      <w:pPr>
        <w:pStyle w:val="Nadpis2"/>
        <w:spacing w:before="0"/>
        <w:rPr>
          <w:rFonts w:ascii="Arial" w:hAnsi="Arial" w:cs="Arial"/>
          <w:color w:val="0070C0"/>
          <w:sz w:val="24"/>
          <w:szCs w:val="24"/>
          <w:lang w:val="sk-SK"/>
        </w:rPr>
      </w:pPr>
      <w:r w:rsidRPr="00392BAE">
        <w:rPr>
          <w:rFonts w:ascii="Arial" w:eastAsia="Arial" w:hAnsi="Arial" w:cs="Arial"/>
          <w:color w:val="0070C0"/>
          <w:sz w:val="24"/>
        </w:rPr>
        <w:t>6.7 Pokračovanie v plnení povinného predprimárneho vzdelávania</w:t>
      </w:r>
      <w:bookmarkEnd w:id="48"/>
    </w:p>
    <w:p w14:paraId="2E32FD81" w14:textId="77777777" w:rsidR="008B21ED" w:rsidRPr="008B21ED" w:rsidRDefault="008B21ED" w:rsidP="00707506">
      <w:pPr>
        <w:spacing w:after="0" w:line="240" w:lineRule="auto"/>
        <w:rPr>
          <w:b/>
          <w:bCs/>
          <w:color w:val="0070C0"/>
          <w:szCs w:val="24"/>
          <w:lang w:val="sk-SK"/>
        </w:rPr>
      </w:pPr>
    </w:p>
    <w:p w14:paraId="75340A36" w14:textId="77777777" w:rsidR="00707506" w:rsidRPr="00707506" w:rsidRDefault="00707506" w:rsidP="00707506">
      <w:pPr>
        <w:rPr>
          <w:szCs w:val="24"/>
          <w:lang w:val="sk-SK"/>
        </w:rPr>
      </w:pPr>
      <w:r w:rsidRPr="00707506">
        <w:rPr>
          <w:szCs w:val="24"/>
          <w:lang w:val="sk-SK"/>
        </w:rPr>
        <w:t>Pokračovanie v plnení povinného predprimárneho vzdelávania sa týka dieťaťa, ktoré po dovŕšení šiesteho roku veku nedosiahlo školskú spôsobilosť.</w:t>
      </w:r>
    </w:p>
    <w:p w14:paraId="6878BD57" w14:textId="77777777" w:rsidR="00707506" w:rsidRPr="00707506" w:rsidRDefault="00707506" w:rsidP="00707506">
      <w:pPr>
        <w:rPr>
          <w:szCs w:val="24"/>
          <w:lang w:val="sk-SK"/>
        </w:rPr>
      </w:pPr>
      <w:r w:rsidRPr="00707506">
        <w:rPr>
          <w:szCs w:val="24"/>
          <w:lang w:val="sk-SK"/>
        </w:rPr>
        <w:t>O pokračovaní v plnení povinného predprimárneho vzdelávania rozhoduje riaditeľka materskej školy. Pri rozhodovaní sa prihliada na najlepší záujem dieťaťa, jeho celkový vývin, výsledky pedagogického pozorovania, odborné odporúčania a stanovisko zákonného zástupcu.</w:t>
      </w:r>
    </w:p>
    <w:p w14:paraId="7B049907" w14:textId="77777777" w:rsidR="00707506" w:rsidRPr="00707506" w:rsidRDefault="00707506" w:rsidP="00707506">
      <w:pPr>
        <w:rPr>
          <w:szCs w:val="24"/>
          <w:lang w:val="sk-SK"/>
        </w:rPr>
      </w:pPr>
      <w:r w:rsidRPr="00707506">
        <w:rPr>
          <w:szCs w:val="24"/>
          <w:lang w:val="sk-SK"/>
        </w:rPr>
        <w:lastRenderedPageBreak/>
        <w:t>Podkladmi na rozhodnutie sú:</w:t>
      </w:r>
    </w:p>
    <w:p w14:paraId="7A6FAD5B" w14:textId="77777777" w:rsidR="00707506" w:rsidRPr="00707506" w:rsidRDefault="00707506" w:rsidP="00707506">
      <w:pPr>
        <w:numPr>
          <w:ilvl w:val="0"/>
          <w:numId w:val="89"/>
        </w:numPr>
        <w:rPr>
          <w:szCs w:val="24"/>
          <w:lang w:val="sk-SK"/>
        </w:rPr>
      </w:pPr>
      <w:r w:rsidRPr="00707506">
        <w:rPr>
          <w:szCs w:val="24"/>
          <w:lang w:val="sk-SK"/>
        </w:rPr>
        <w:t>písomný súhlas príslušného zariadenia poradenstva a prevencie,</w:t>
      </w:r>
    </w:p>
    <w:p w14:paraId="295A7A2A" w14:textId="77777777" w:rsidR="00707506" w:rsidRPr="00707506" w:rsidRDefault="00707506" w:rsidP="00707506">
      <w:pPr>
        <w:numPr>
          <w:ilvl w:val="0"/>
          <w:numId w:val="89"/>
        </w:numPr>
        <w:rPr>
          <w:szCs w:val="24"/>
          <w:lang w:val="sk-SK"/>
        </w:rPr>
      </w:pPr>
      <w:r w:rsidRPr="00707506">
        <w:rPr>
          <w:szCs w:val="24"/>
          <w:lang w:val="sk-SK"/>
        </w:rPr>
        <w:t>písomný súhlas všeobecného lekára pre deti a dorast,</w:t>
      </w:r>
    </w:p>
    <w:p w14:paraId="0F0D6BB6" w14:textId="77777777" w:rsidR="00707506" w:rsidRDefault="00707506" w:rsidP="00707506">
      <w:pPr>
        <w:numPr>
          <w:ilvl w:val="0"/>
          <w:numId w:val="89"/>
        </w:numPr>
        <w:rPr>
          <w:szCs w:val="24"/>
          <w:lang w:val="sk-SK"/>
        </w:rPr>
      </w:pPr>
      <w:r w:rsidRPr="00707506">
        <w:rPr>
          <w:szCs w:val="24"/>
          <w:lang w:val="sk-SK"/>
        </w:rPr>
        <w:t>informovaný súhlas zákonného zástupcu alebo zástupcu zariadenia.</w:t>
      </w:r>
    </w:p>
    <w:p w14:paraId="10E9DF6A" w14:textId="77777777" w:rsidR="00651340" w:rsidRPr="00707506" w:rsidRDefault="00651340" w:rsidP="00651340">
      <w:pPr>
        <w:rPr>
          <w:szCs w:val="24"/>
          <w:lang w:val="sk-SK"/>
        </w:rPr>
      </w:pPr>
      <w:r w:rsidRPr="00651340">
        <w:rPr>
          <w:szCs w:val="24"/>
          <w:lang w:val="sk-SK"/>
        </w:rPr>
        <w:t>Zákonný zástupca predkladá uvedené podklady riaditeľke materskej školy v dostatočnom predstihu, aby bolo možné včas posúdiť ďalší postup dieťaťa a zabezpečiť potrebnú pedagogickú dokumentáciu.</w:t>
      </w:r>
    </w:p>
    <w:p w14:paraId="772CA51E" w14:textId="77777777" w:rsidR="00707506" w:rsidRPr="00707506" w:rsidRDefault="00707506" w:rsidP="00707506">
      <w:pPr>
        <w:rPr>
          <w:szCs w:val="24"/>
          <w:lang w:val="sk-SK"/>
        </w:rPr>
      </w:pPr>
      <w:r w:rsidRPr="00707506">
        <w:rPr>
          <w:szCs w:val="24"/>
          <w:lang w:val="sk-SK"/>
        </w:rPr>
        <w:t>Po predložení uvedených podkladov materská škola vydá rozhodnutie o pokračovaní v plnení povinného predprimárneho vzdelávania. Táto skutočnosť sa zaznamená v osobnom spise dieťaťa a v príslušnej školskej evidencii.</w:t>
      </w:r>
    </w:p>
    <w:p w14:paraId="06C77846" w14:textId="77777777" w:rsidR="00707506" w:rsidRDefault="00707506" w:rsidP="00707506">
      <w:pPr>
        <w:rPr>
          <w:szCs w:val="24"/>
          <w:lang w:val="sk-SK"/>
        </w:rPr>
      </w:pPr>
      <w:r w:rsidRPr="00707506">
        <w:rPr>
          <w:szCs w:val="24"/>
          <w:lang w:val="sk-SK"/>
        </w:rPr>
        <w:t>Ak dieťa ani po pokračovaní v plnení povinného predprimárneho vzdelávania nedosiahne školskú spôsobilosť, začne plniť povinnú školskú dochádzku v základnej škole najneskôr od školského roka, ktorý nasleduje po dni, keď dovŕšilo siedmy rok veku.</w:t>
      </w:r>
    </w:p>
    <w:p w14:paraId="2D5DB906" w14:textId="77777777" w:rsidR="008B21ED" w:rsidRPr="00707506" w:rsidRDefault="008B21ED" w:rsidP="00707506">
      <w:pPr>
        <w:spacing w:after="0" w:line="240" w:lineRule="auto"/>
        <w:rPr>
          <w:szCs w:val="24"/>
          <w:lang w:val="sk-SK"/>
        </w:rPr>
      </w:pPr>
    </w:p>
    <w:p w14:paraId="7F8FD95E" w14:textId="77777777" w:rsidR="008D34F6" w:rsidRPr="00392BAE" w:rsidRDefault="008B21ED" w:rsidP="008D34F6">
      <w:pPr>
        <w:pStyle w:val="Nadpis2"/>
        <w:autoSpaceDE w:val="0"/>
        <w:autoSpaceDN w:val="0"/>
        <w:adjustRightInd w:val="0"/>
        <w:spacing w:before="0"/>
        <w:jc w:val="both"/>
        <w:rPr>
          <w:rFonts w:ascii="Arial" w:hAnsi="Arial" w:cs="Arial"/>
          <w:color w:val="0070C0"/>
          <w:sz w:val="24"/>
          <w:szCs w:val="24"/>
        </w:rPr>
      </w:pPr>
      <w:bookmarkStart w:id="49" w:name="_Toc238333744"/>
      <w:r w:rsidRPr="00392BAE">
        <w:rPr>
          <w:rFonts w:ascii="Arial" w:eastAsia="Arial" w:hAnsi="Arial" w:cs="Arial"/>
          <w:color w:val="0070C0"/>
          <w:sz w:val="24"/>
        </w:rPr>
        <w:t>6.8 Formy osobitného spôsobu plnenia povinného predprimárneho vzdelávania</w:t>
      </w:r>
      <w:bookmarkEnd w:id="49"/>
    </w:p>
    <w:p w14:paraId="4C92E236" w14:textId="77777777" w:rsidR="008B21ED" w:rsidRPr="008B21ED" w:rsidRDefault="008B21ED" w:rsidP="008D34F6">
      <w:pPr>
        <w:autoSpaceDE w:val="0"/>
        <w:autoSpaceDN w:val="0"/>
        <w:adjustRightInd w:val="0"/>
        <w:spacing w:after="0" w:line="240" w:lineRule="auto"/>
        <w:jc w:val="both"/>
        <w:rPr>
          <w:color w:val="0070C0"/>
          <w:szCs w:val="24"/>
        </w:rPr>
      </w:pPr>
    </w:p>
    <w:p w14:paraId="39FCFD38" w14:textId="77777777" w:rsidR="008D34F6" w:rsidRPr="008B21ED" w:rsidRDefault="008D34F6" w:rsidP="008B21ED">
      <w:pPr>
        <w:autoSpaceDE w:val="0"/>
        <w:autoSpaceDN w:val="0"/>
        <w:adjustRightInd w:val="0"/>
        <w:jc w:val="both"/>
        <w:rPr>
          <w:bCs/>
          <w:szCs w:val="24"/>
        </w:rPr>
      </w:pPr>
      <w:r w:rsidRPr="008B21ED">
        <w:rPr>
          <w:bCs/>
          <w:szCs w:val="24"/>
        </w:rPr>
        <w:t>Formy osobitného spôsobu plnenia povinného predprimárneho vzdelávania sú:</w:t>
      </w:r>
    </w:p>
    <w:p w14:paraId="398B31C0" w14:textId="77777777" w:rsidR="008D34F6" w:rsidRPr="008B21ED" w:rsidRDefault="008D34F6" w:rsidP="008B21ED">
      <w:pPr>
        <w:widowControl w:val="0"/>
        <w:numPr>
          <w:ilvl w:val="0"/>
          <w:numId w:val="90"/>
        </w:numPr>
        <w:autoSpaceDE w:val="0"/>
        <w:autoSpaceDN w:val="0"/>
        <w:adjustRightInd w:val="0"/>
        <w:ind w:left="284" w:hanging="284"/>
        <w:jc w:val="both"/>
        <w:rPr>
          <w:szCs w:val="24"/>
        </w:rPr>
      </w:pPr>
      <w:r w:rsidRPr="008B21ED">
        <w:rPr>
          <w:szCs w:val="24"/>
        </w:rPr>
        <w:t xml:space="preserve">individuálne vzdelávanie, ktoré sa uskutočňuje bez pravidelnej účasti na vzdelávaní v škole, </w:t>
      </w:r>
    </w:p>
    <w:p w14:paraId="2C005583" w14:textId="77777777" w:rsidR="008D34F6" w:rsidRPr="008B21ED" w:rsidRDefault="008D34F6" w:rsidP="008B21ED">
      <w:pPr>
        <w:widowControl w:val="0"/>
        <w:numPr>
          <w:ilvl w:val="0"/>
          <w:numId w:val="90"/>
        </w:numPr>
        <w:autoSpaceDE w:val="0"/>
        <w:autoSpaceDN w:val="0"/>
        <w:adjustRightInd w:val="0"/>
        <w:ind w:left="284" w:hanging="284"/>
        <w:jc w:val="both"/>
        <w:rPr>
          <w:szCs w:val="24"/>
        </w:rPr>
      </w:pPr>
      <w:r w:rsidRPr="008B21ED">
        <w:rPr>
          <w:szCs w:val="24"/>
        </w:rPr>
        <w:t xml:space="preserve">vzdelávanie v školách mimo územia Slovenskej republiky, </w:t>
      </w:r>
    </w:p>
    <w:p w14:paraId="23DD565D" w14:textId="77777777" w:rsidR="008D34F6" w:rsidRPr="008B21ED" w:rsidRDefault="008D34F6" w:rsidP="008B21ED">
      <w:pPr>
        <w:widowControl w:val="0"/>
        <w:numPr>
          <w:ilvl w:val="0"/>
          <w:numId w:val="90"/>
        </w:numPr>
        <w:autoSpaceDE w:val="0"/>
        <w:autoSpaceDN w:val="0"/>
        <w:adjustRightInd w:val="0"/>
        <w:ind w:left="284" w:hanging="284"/>
        <w:jc w:val="both"/>
        <w:rPr>
          <w:szCs w:val="24"/>
        </w:rPr>
      </w:pPr>
      <w:r w:rsidRPr="008B21ED">
        <w:rPr>
          <w:szCs w:val="24"/>
        </w:rPr>
        <w:t xml:space="preserve">vzdelávanie v školách zriadených iným štátom na území Slovenskej republiky so súhlasom zastupiteľského úradu iného štátu, ak zastupiteľský úrad iného štátu oznámil ministerstvu školstva, že vydal súhlas na zriadenie školy, ktorá sa nezapisuje do registra škôl, </w:t>
      </w:r>
    </w:p>
    <w:p w14:paraId="7D46E41B" w14:textId="77777777" w:rsidR="008D34F6" w:rsidRPr="008B21ED" w:rsidRDefault="008D34F6" w:rsidP="008B21ED">
      <w:pPr>
        <w:widowControl w:val="0"/>
        <w:numPr>
          <w:ilvl w:val="0"/>
          <w:numId w:val="90"/>
        </w:numPr>
        <w:autoSpaceDE w:val="0"/>
        <w:autoSpaceDN w:val="0"/>
        <w:adjustRightInd w:val="0"/>
        <w:ind w:left="284" w:hanging="284"/>
        <w:jc w:val="both"/>
        <w:rPr>
          <w:szCs w:val="24"/>
        </w:rPr>
      </w:pPr>
      <w:r w:rsidRPr="008B21ED">
        <w:rPr>
          <w:szCs w:val="24"/>
        </w:rPr>
        <w:t xml:space="preserve">vzdelávanie v školách, v ktorých sa uskutočňuje výchova a vzdelávanie podľa medzinárodných programov na základe súhlasu ministerstva školstva, </w:t>
      </w:r>
    </w:p>
    <w:p w14:paraId="23A9D419" w14:textId="77777777" w:rsidR="008D34F6" w:rsidRPr="008B21ED" w:rsidRDefault="008D34F6" w:rsidP="008B21ED">
      <w:pPr>
        <w:widowControl w:val="0"/>
        <w:numPr>
          <w:ilvl w:val="0"/>
          <w:numId w:val="90"/>
        </w:numPr>
        <w:autoSpaceDE w:val="0"/>
        <w:autoSpaceDN w:val="0"/>
        <w:adjustRightInd w:val="0"/>
        <w:ind w:left="284" w:hanging="284"/>
        <w:jc w:val="both"/>
        <w:rPr>
          <w:szCs w:val="24"/>
        </w:rPr>
      </w:pPr>
      <w:r w:rsidRPr="008B21ED">
        <w:rPr>
          <w:szCs w:val="24"/>
        </w:rPr>
        <w:t xml:space="preserve">individuálne vzdelávanie v zahraničí, </w:t>
      </w:r>
    </w:p>
    <w:p w14:paraId="453A9953" w14:textId="77777777" w:rsidR="008B21ED" w:rsidRPr="00F74900" w:rsidRDefault="008D34F6" w:rsidP="00F21B6C">
      <w:pPr>
        <w:widowControl w:val="0"/>
        <w:numPr>
          <w:ilvl w:val="0"/>
          <w:numId w:val="90"/>
        </w:numPr>
        <w:autoSpaceDE w:val="0"/>
        <w:autoSpaceDN w:val="0"/>
        <w:adjustRightInd w:val="0"/>
        <w:ind w:left="284" w:hanging="284"/>
        <w:jc w:val="both"/>
        <w:rPr>
          <w:i/>
          <w:szCs w:val="24"/>
        </w:rPr>
      </w:pPr>
      <w:r w:rsidRPr="008B21ED">
        <w:rPr>
          <w:szCs w:val="24"/>
        </w:rPr>
        <w:t xml:space="preserve">vzdelávanie v Európskych školách podľa Dohovoru, ktorým sa definuje štatút Európskych </w:t>
      </w:r>
    </w:p>
    <w:p w14:paraId="7E28E05D" w14:textId="77777777" w:rsidR="00F74900" w:rsidRPr="008B21ED" w:rsidRDefault="00F74900" w:rsidP="00F74900">
      <w:pPr>
        <w:widowControl w:val="0"/>
        <w:autoSpaceDE w:val="0"/>
        <w:autoSpaceDN w:val="0"/>
        <w:adjustRightInd w:val="0"/>
        <w:ind w:left="284"/>
        <w:jc w:val="both"/>
        <w:rPr>
          <w:i/>
          <w:szCs w:val="24"/>
        </w:rPr>
      </w:pPr>
    </w:p>
    <w:p w14:paraId="7418E19C" w14:textId="77777777" w:rsidR="00975AA4" w:rsidRPr="00392BAE" w:rsidRDefault="002D580B" w:rsidP="002D580B">
      <w:pPr>
        <w:pStyle w:val="Nadpis2"/>
        <w:widowControl w:val="0"/>
        <w:autoSpaceDE w:val="0"/>
        <w:autoSpaceDN w:val="0"/>
        <w:adjustRightInd w:val="0"/>
        <w:spacing w:before="0"/>
        <w:jc w:val="both"/>
        <w:rPr>
          <w:rFonts w:ascii="Arial" w:eastAsia="Arial" w:hAnsi="Arial" w:cs="Arial"/>
          <w:color w:val="0070C0"/>
          <w:sz w:val="24"/>
        </w:rPr>
      </w:pPr>
      <w:bookmarkStart w:id="50" w:name="_Toc238333745"/>
      <w:r w:rsidRPr="00392BAE">
        <w:rPr>
          <w:rFonts w:ascii="Arial" w:eastAsia="Arial" w:hAnsi="Arial" w:cs="Arial"/>
          <w:color w:val="0070C0"/>
          <w:sz w:val="24"/>
        </w:rPr>
        <w:t>6.9 Individuálne vzdelávanie dieťaťa, pre ktoré je predprimárne vzdelávanie povinné</w:t>
      </w:r>
      <w:bookmarkEnd w:id="50"/>
    </w:p>
    <w:p w14:paraId="0A697FA4" w14:textId="77777777" w:rsidR="00F74900" w:rsidRPr="00F74900" w:rsidRDefault="00F74900" w:rsidP="00F74900"/>
    <w:p w14:paraId="7994236A" w14:textId="392B42ED" w:rsidR="00975AA4" w:rsidRPr="008B21ED" w:rsidRDefault="00975AA4" w:rsidP="00975AA4">
      <w:pPr>
        <w:autoSpaceDE w:val="0"/>
        <w:autoSpaceDN w:val="0"/>
        <w:adjustRightInd w:val="0"/>
        <w:jc w:val="both"/>
        <w:rPr>
          <w:szCs w:val="24"/>
        </w:rPr>
      </w:pPr>
      <w:r w:rsidRPr="008B21ED">
        <w:rPr>
          <w:szCs w:val="24"/>
        </w:rPr>
        <w:lastRenderedPageBreak/>
        <w:t>Povinné predprimárne vzdelávanie môžu deti plniť nielen „inštitucionálnou</w:t>
      </w:r>
      <w:r w:rsidR="00835C8C">
        <w:rPr>
          <w:szCs w:val="24"/>
        </w:rPr>
        <w:t xml:space="preserve"> </w:t>
      </w:r>
      <w:r w:rsidRPr="008B21ED">
        <w:rPr>
          <w:szCs w:val="24"/>
        </w:rPr>
        <w:t xml:space="preserve">“ </w:t>
      </w:r>
      <w:r w:rsidR="00835C8C">
        <w:rPr>
          <w:szCs w:val="24"/>
        </w:rPr>
        <w:t xml:space="preserve"> </w:t>
      </w:r>
      <w:r w:rsidRPr="008B21ED">
        <w:rPr>
          <w:szCs w:val="24"/>
        </w:rPr>
        <w:t>formou, ale aj inou, individuálnou formou.</w:t>
      </w:r>
    </w:p>
    <w:p w14:paraId="431FA28D" w14:textId="77777777" w:rsidR="00975AA4" w:rsidRPr="008B21ED" w:rsidRDefault="00CF6472" w:rsidP="00975AA4">
      <w:pPr>
        <w:autoSpaceDE w:val="0"/>
        <w:autoSpaceDN w:val="0"/>
        <w:adjustRightInd w:val="0"/>
        <w:jc w:val="both"/>
        <w:rPr>
          <w:szCs w:val="24"/>
        </w:rPr>
      </w:pPr>
      <w:r w:rsidRPr="008B21ED">
        <w:rPr>
          <w:szCs w:val="24"/>
        </w:rPr>
        <w:t>F</w:t>
      </w:r>
      <w:r w:rsidR="00975AA4" w:rsidRPr="008B21ED">
        <w:rPr>
          <w:szCs w:val="24"/>
        </w:rPr>
        <w:t>ormou individuálneho vzdelávania môže povinné predprimárne vzdelávanie plniť dieťa, ktorého:</w:t>
      </w:r>
    </w:p>
    <w:p w14:paraId="2FABDD9B" w14:textId="5A3AE9A6" w:rsidR="00975AA4" w:rsidRPr="008B21ED" w:rsidRDefault="00975AA4" w:rsidP="00975AA4">
      <w:pPr>
        <w:pStyle w:val="Odsekzoznamu"/>
        <w:widowControl w:val="0"/>
        <w:numPr>
          <w:ilvl w:val="0"/>
          <w:numId w:val="86"/>
        </w:numPr>
        <w:autoSpaceDE w:val="0"/>
        <w:autoSpaceDN w:val="0"/>
        <w:adjustRightInd w:val="0"/>
        <w:ind w:left="284" w:hanging="284"/>
        <w:jc w:val="both"/>
        <w:rPr>
          <w:szCs w:val="24"/>
        </w:rPr>
      </w:pPr>
      <w:r w:rsidRPr="008B21ED">
        <w:rPr>
          <w:szCs w:val="24"/>
        </w:rPr>
        <w:t>zdravotný stav neumožňuje účasť na povinnom predprimárnom vzdelávaní v materskej škole</w:t>
      </w:r>
      <w:r w:rsidR="00835C8C">
        <w:rPr>
          <w:szCs w:val="24"/>
        </w:rPr>
        <w:t>,</w:t>
      </w:r>
    </w:p>
    <w:p w14:paraId="6F6149BD" w14:textId="77777777" w:rsidR="00975AA4" w:rsidRPr="008B21ED" w:rsidRDefault="00975AA4" w:rsidP="00975AA4">
      <w:pPr>
        <w:pStyle w:val="Odsekzoznamu"/>
        <w:widowControl w:val="0"/>
        <w:numPr>
          <w:ilvl w:val="0"/>
          <w:numId w:val="86"/>
        </w:numPr>
        <w:autoSpaceDE w:val="0"/>
        <w:autoSpaceDN w:val="0"/>
        <w:adjustRightInd w:val="0"/>
        <w:ind w:left="284" w:hanging="284"/>
        <w:jc w:val="both"/>
        <w:rPr>
          <w:szCs w:val="24"/>
        </w:rPr>
      </w:pPr>
      <w:r w:rsidRPr="008B21ED">
        <w:rPr>
          <w:szCs w:val="24"/>
        </w:rPr>
        <w:t xml:space="preserve">zákonný zástupca o to požiada materskú školu. </w:t>
      </w:r>
    </w:p>
    <w:p w14:paraId="0256CDFA" w14:textId="77777777" w:rsidR="00A16B46" w:rsidRPr="00A16B46" w:rsidRDefault="00A16B46" w:rsidP="00A16B46">
      <w:pPr>
        <w:rPr>
          <w:b/>
          <w:bCs/>
          <w:szCs w:val="24"/>
          <w:lang w:val="sk-SK"/>
        </w:rPr>
      </w:pPr>
      <w:r w:rsidRPr="00A16B46">
        <w:rPr>
          <w:b/>
          <w:bCs/>
          <w:szCs w:val="24"/>
          <w:lang w:val="sk-SK"/>
        </w:rPr>
        <w:t>Individuálne vzdelávanie dieťaťa zo zdravotných dôvodov</w:t>
      </w:r>
    </w:p>
    <w:p w14:paraId="57289C1A" w14:textId="77777777" w:rsidR="00A16B46" w:rsidRPr="00A16B46" w:rsidRDefault="00A16B46" w:rsidP="00A16B46">
      <w:pPr>
        <w:rPr>
          <w:szCs w:val="24"/>
          <w:lang w:val="sk-SK"/>
        </w:rPr>
      </w:pPr>
      <w:r w:rsidRPr="00A16B46">
        <w:rPr>
          <w:szCs w:val="24"/>
          <w:lang w:val="sk-SK"/>
        </w:rPr>
        <w:t>Individuálne vzdelávanie zo zdravotných dôvodov sa môže povoliť dieťaťu, pre ktoré je predprimárne vzdelávanie povinné, ak mu jeho zdravotný stav neumožňuje účasť na povinnom predprimárnom vzdelávaní v kmeňovej materskej škole.</w:t>
      </w:r>
    </w:p>
    <w:p w14:paraId="4BF978B3" w14:textId="77777777" w:rsidR="00A16B46" w:rsidRPr="00A16B46" w:rsidRDefault="00A16B46" w:rsidP="00A16B46">
      <w:pPr>
        <w:rPr>
          <w:szCs w:val="24"/>
          <w:lang w:val="sk-SK"/>
        </w:rPr>
      </w:pPr>
      <w:r w:rsidRPr="00A16B46">
        <w:rPr>
          <w:szCs w:val="24"/>
          <w:lang w:val="sk-SK"/>
        </w:rPr>
        <w:t>O povolenie individuálneho vzdelávania žiada zákonný zástupca písomne riaditeľku materskej školy, do ktorej je dieťa prijaté.</w:t>
      </w:r>
    </w:p>
    <w:p w14:paraId="3C98410C" w14:textId="77777777" w:rsidR="00A16B46" w:rsidRPr="00A16B46" w:rsidRDefault="00A16B46" w:rsidP="00A16B46">
      <w:pPr>
        <w:rPr>
          <w:szCs w:val="24"/>
          <w:lang w:val="sk-SK"/>
        </w:rPr>
      </w:pPr>
      <w:r w:rsidRPr="00A16B46">
        <w:rPr>
          <w:szCs w:val="24"/>
          <w:lang w:val="sk-SK"/>
        </w:rPr>
        <w:t>K žiadosti zákonný zástupca priloží:</w:t>
      </w:r>
    </w:p>
    <w:p w14:paraId="380430EB" w14:textId="77777777" w:rsidR="00A16B46" w:rsidRPr="00A16B46" w:rsidRDefault="00A16B46" w:rsidP="00A16B46">
      <w:pPr>
        <w:numPr>
          <w:ilvl w:val="0"/>
          <w:numId w:val="91"/>
        </w:numPr>
        <w:rPr>
          <w:szCs w:val="24"/>
          <w:lang w:val="sk-SK"/>
        </w:rPr>
      </w:pPr>
      <w:r w:rsidRPr="00A16B46">
        <w:rPr>
          <w:szCs w:val="24"/>
          <w:lang w:val="sk-SK"/>
        </w:rPr>
        <w:t>písomný súhlas pediatra vydaný na základe vyjadrenia odborného lekára,</w:t>
      </w:r>
    </w:p>
    <w:p w14:paraId="13D56CC2" w14:textId="77777777" w:rsidR="00A16B46" w:rsidRPr="00A16B46" w:rsidRDefault="00A16B46" w:rsidP="00A16B46">
      <w:pPr>
        <w:numPr>
          <w:ilvl w:val="0"/>
          <w:numId w:val="91"/>
        </w:numPr>
        <w:rPr>
          <w:szCs w:val="24"/>
          <w:lang w:val="sk-SK"/>
        </w:rPr>
      </w:pPr>
      <w:r w:rsidRPr="00A16B46">
        <w:rPr>
          <w:szCs w:val="24"/>
          <w:lang w:val="sk-SK"/>
        </w:rPr>
        <w:t>odporúčanie zariadenia poradenstva a prevencie, ak účasť dieťaťa na vzdelávaní v materskej škole neumožňuje jeho duševné zdravie.</w:t>
      </w:r>
    </w:p>
    <w:p w14:paraId="7DBA0997" w14:textId="77777777" w:rsidR="00A16B46" w:rsidRPr="00A16B46" w:rsidRDefault="00A16B46" w:rsidP="00A16B46">
      <w:pPr>
        <w:rPr>
          <w:szCs w:val="24"/>
          <w:lang w:val="sk-SK"/>
        </w:rPr>
      </w:pPr>
      <w:r w:rsidRPr="00A16B46">
        <w:rPr>
          <w:szCs w:val="24"/>
          <w:lang w:val="sk-SK"/>
        </w:rPr>
        <w:t>O povolení individuálneho vzdelávania rozhoduje kmeňová materská škola v rámci rozhodovania o oslobodení dieťaťa od povinnosti dochádzať do materskej školy.</w:t>
      </w:r>
    </w:p>
    <w:p w14:paraId="650EF21F" w14:textId="77777777" w:rsidR="00A16B46" w:rsidRPr="00A16B46" w:rsidRDefault="00A16B46" w:rsidP="00A16B46">
      <w:pPr>
        <w:rPr>
          <w:szCs w:val="24"/>
          <w:lang w:val="sk-SK"/>
        </w:rPr>
      </w:pPr>
      <w:r w:rsidRPr="00A16B46">
        <w:rPr>
          <w:szCs w:val="24"/>
          <w:lang w:val="sk-SK"/>
        </w:rPr>
        <w:t>Predprimárne vzdelávanie dieťaťa, ktorému bolo povolené individuálne vzdelávanie zo zdravotných dôvodov, zabezpečuje kmeňová materská škola v rozsahu najmenej štyri hodiny týždenne.</w:t>
      </w:r>
    </w:p>
    <w:p w14:paraId="096B6A4E" w14:textId="77777777" w:rsidR="00A16B46" w:rsidRPr="00A16B46" w:rsidRDefault="00A16B46" w:rsidP="00A16B46">
      <w:pPr>
        <w:rPr>
          <w:szCs w:val="24"/>
          <w:lang w:val="sk-SK"/>
        </w:rPr>
      </w:pPr>
      <w:r w:rsidRPr="00A16B46">
        <w:rPr>
          <w:szCs w:val="24"/>
          <w:lang w:val="sk-SK"/>
        </w:rPr>
        <w:t>Individuálne vzdelávanie zabezpečuje pedagogický zamestnanec určený riaditeľkou materskej školy. Pri jeho realizácii sa prihliada na zdravotný stav dieťaťa, odporúčania odborníkov, možnosti materskej školy a podmienky prostredia, v ktorom sa individuálne vzdelávanie uskutočňuje.</w:t>
      </w:r>
    </w:p>
    <w:p w14:paraId="78D9DA0B" w14:textId="77777777" w:rsidR="00A16B46" w:rsidRPr="00A16B46" w:rsidRDefault="00A16B46" w:rsidP="00A16B46">
      <w:pPr>
        <w:rPr>
          <w:szCs w:val="24"/>
          <w:lang w:val="sk-SK"/>
        </w:rPr>
      </w:pPr>
      <w:r w:rsidRPr="00A16B46">
        <w:rPr>
          <w:szCs w:val="24"/>
          <w:lang w:val="sk-SK"/>
        </w:rPr>
        <w:t>Pedagogický zamestnanec, ktorý zabezpečuje individuálne vzdelávanie, predkladá riaditeľke materskej školy na konci polroka školského roka písomnú správu o individuálnom vzdelávaní dieťaťa. Správa obsahuje stručné informácie o priebehu vzdelávania, aktuálnej rozvojovej úrovni dieťaťa a podľa potreby aj odporúčanie ďalšieho postupu.</w:t>
      </w:r>
    </w:p>
    <w:p w14:paraId="588EE28A" w14:textId="77777777" w:rsidR="00A16B46" w:rsidRPr="00A16B46" w:rsidRDefault="00A16B46" w:rsidP="00A16B46">
      <w:pPr>
        <w:rPr>
          <w:szCs w:val="24"/>
          <w:lang w:val="sk-SK"/>
        </w:rPr>
      </w:pPr>
      <w:r w:rsidRPr="00A16B46">
        <w:rPr>
          <w:szCs w:val="24"/>
          <w:lang w:val="sk-SK"/>
        </w:rPr>
        <w:t>Ak pominú dôvody, pre ktoré bolo dieťaťu povolené individuálne vzdelávanie zo zdravotných dôvodov, zákonný zástupca môže požiadať o zrušenie povolenia individuálneho vzdelávania. K žiadosti priloží písomný súhlas pediatra vydaný na základe vyjadrenia odborného lekára.</w:t>
      </w:r>
    </w:p>
    <w:p w14:paraId="7C959C6C" w14:textId="77777777" w:rsidR="00A16B46" w:rsidRPr="00A16B46" w:rsidRDefault="00A16B46" w:rsidP="00A16B46">
      <w:pPr>
        <w:rPr>
          <w:szCs w:val="24"/>
          <w:lang w:val="sk-SK"/>
        </w:rPr>
      </w:pPr>
      <w:r w:rsidRPr="00A16B46">
        <w:rPr>
          <w:szCs w:val="24"/>
          <w:lang w:val="sk-SK"/>
        </w:rPr>
        <w:lastRenderedPageBreak/>
        <w:t>O zrušení povolenia individuálneho vzdelávania rozhoduje kmeňová materská škola. Po zrušení povolenia dieťa pokračuje v plnení povinného predprimárneho vzdelávania pravidelným dochádzaním do materskej školy, ak mu to jeho zdravotný stav umožňuje.</w:t>
      </w:r>
    </w:p>
    <w:p w14:paraId="129EE8B4" w14:textId="77777777" w:rsidR="00A16B46" w:rsidRPr="00A16B46" w:rsidRDefault="00A16B46" w:rsidP="00A16B46">
      <w:pPr>
        <w:rPr>
          <w:szCs w:val="24"/>
          <w:lang w:val="sk-SK"/>
        </w:rPr>
      </w:pPr>
      <w:r w:rsidRPr="00A16B46">
        <w:rPr>
          <w:szCs w:val="24"/>
          <w:lang w:val="sk-SK"/>
        </w:rPr>
        <w:t>Výdavky spojené s individuálnym vzdelávaním dieťaťa zo zdravotných dôvodov znáša kmeňová materská škola.</w:t>
      </w:r>
    </w:p>
    <w:p w14:paraId="7551F277" w14:textId="77777777" w:rsidR="001352F3" w:rsidRPr="001352F3" w:rsidRDefault="001352F3" w:rsidP="001352F3">
      <w:pPr>
        <w:rPr>
          <w:b/>
          <w:bCs/>
          <w:szCs w:val="24"/>
          <w:lang w:val="sk-SK"/>
        </w:rPr>
      </w:pPr>
      <w:r w:rsidRPr="001352F3">
        <w:rPr>
          <w:b/>
          <w:bCs/>
          <w:szCs w:val="24"/>
          <w:lang w:val="sk-SK"/>
        </w:rPr>
        <w:t>Individuálne vzdelávanie dieťaťa na žiadosť zákonného zástupcu</w:t>
      </w:r>
    </w:p>
    <w:p w14:paraId="63CFBE75" w14:textId="77777777" w:rsidR="001352F3" w:rsidRPr="001352F3" w:rsidRDefault="001352F3" w:rsidP="001352F3">
      <w:pPr>
        <w:rPr>
          <w:szCs w:val="24"/>
          <w:lang w:val="sk-SK"/>
        </w:rPr>
      </w:pPr>
      <w:r w:rsidRPr="001352F3">
        <w:rPr>
          <w:szCs w:val="24"/>
          <w:lang w:val="sk-SK"/>
        </w:rPr>
        <w:t>Individuálne vzdelávanie na žiadosť zákonného zástupcu sa môže povoliť dieťaťu, pre ktoré je predprimárne vzdelávanie povinné, ak zákonný zástupca požiada, aby dieťa plnilo povinné predprimárne vzdelávanie individuálnou formou.</w:t>
      </w:r>
    </w:p>
    <w:p w14:paraId="33CA78D4" w14:textId="77777777" w:rsidR="001352F3" w:rsidRPr="001352F3" w:rsidRDefault="001352F3" w:rsidP="001352F3">
      <w:pPr>
        <w:rPr>
          <w:szCs w:val="24"/>
          <w:lang w:val="sk-SK"/>
        </w:rPr>
      </w:pPr>
      <w:r w:rsidRPr="001352F3">
        <w:rPr>
          <w:szCs w:val="24"/>
          <w:lang w:val="sk-SK"/>
        </w:rPr>
        <w:t>O povolenie individuálneho vzdelávania žiada zákonný zástupca písomne riaditeľku kmeňovej materskej školy, do ktorej je dieťa prijaté.</w:t>
      </w:r>
    </w:p>
    <w:p w14:paraId="798A2D30" w14:textId="77777777" w:rsidR="001352F3" w:rsidRPr="001352F3" w:rsidRDefault="001352F3" w:rsidP="001352F3">
      <w:pPr>
        <w:rPr>
          <w:szCs w:val="24"/>
          <w:lang w:val="sk-SK"/>
        </w:rPr>
      </w:pPr>
      <w:r w:rsidRPr="001352F3">
        <w:rPr>
          <w:szCs w:val="24"/>
          <w:lang w:val="sk-SK"/>
        </w:rPr>
        <w:t>Žiadosť obsahuje najmä:</w:t>
      </w:r>
    </w:p>
    <w:p w14:paraId="44F471EA" w14:textId="77777777" w:rsidR="001352F3" w:rsidRPr="001352F3" w:rsidRDefault="001352F3" w:rsidP="001352F3">
      <w:pPr>
        <w:numPr>
          <w:ilvl w:val="0"/>
          <w:numId w:val="92"/>
        </w:numPr>
        <w:rPr>
          <w:szCs w:val="24"/>
          <w:lang w:val="sk-SK"/>
        </w:rPr>
      </w:pPr>
      <w:r w:rsidRPr="001352F3">
        <w:rPr>
          <w:szCs w:val="24"/>
          <w:lang w:val="sk-SK"/>
        </w:rPr>
        <w:t>meno, priezvisko, dátum narodenia, rodné číslo a miesto trvalého pobytu dieťaťa,</w:t>
      </w:r>
    </w:p>
    <w:p w14:paraId="70C2F200" w14:textId="77777777" w:rsidR="001352F3" w:rsidRPr="001352F3" w:rsidRDefault="001352F3" w:rsidP="001352F3">
      <w:pPr>
        <w:numPr>
          <w:ilvl w:val="0"/>
          <w:numId w:val="92"/>
        </w:numPr>
        <w:rPr>
          <w:szCs w:val="24"/>
          <w:lang w:val="sk-SK"/>
        </w:rPr>
      </w:pPr>
      <w:r w:rsidRPr="001352F3">
        <w:rPr>
          <w:szCs w:val="24"/>
          <w:lang w:val="sk-SK"/>
        </w:rPr>
        <w:t>obdobie, na ktoré sa individuálne vzdelávanie žiada povoliť,</w:t>
      </w:r>
    </w:p>
    <w:p w14:paraId="01CADB98" w14:textId="77777777" w:rsidR="001352F3" w:rsidRPr="001352F3" w:rsidRDefault="001352F3" w:rsidP="001352F3">
      <w:pPr>
        <w:numPr>
          <w:ilvl w:val="0"/>
          <w:numId w:val="92"/>
        </w:numPr>
        <w:rPr>
          <w:szCs w:val="24"/>
          <w:lang w:val="sk-SK"/>
        </w:rPr>
      </w:pPr>
      <w:r w:rsidRPr="001352F3">
        <w:rPr>
          <w:szCs w:val="24"/>
          <w:lang w:val="sk-SK"/>
        </w:rPr>
        <w:t>dôvod žiadosti,</w:t>
      </w:r>
    </w:p>
    <w:p w14:paraId="5E5717C8" w14:textId="77777777" w:rsidR="001352F3" w:rsidRPr="001352F3" w:rsidRDefault="001352F3" w:rsidP="001352F3">
      <w:pPr>
        <w:numPr>
          <w:ilvl w:val="0"/>
          <w:numId w:val="92"/>
        </w:numPr>
        <w:rPr>
          <w:szCs w:val="24"/>
          <w:lang w:val="sk-SK"/>
        </w:rPr>
      </w:pPr>
      <w:r w:rsidRPr="001352F3">
        <w:rPr>
          <w:szCs w:val="24"/>
          <w:lang w:val="sk-SK"/>
        </w:rPr>
        <w:t>meno a priezvisko osoby, ktorá bude individuálne vzdelávanie dieťaťa zabezpečovať,</w:t>
      </w:r>
    </w:p>
    <w:p w14:paraId="4E382B06" w14:textId="77777777" w:rsidR="001352F3" w:rsidRPr="001352F3" w:rsidRDefault="001352F3" w:rsidP="001352F3">
      <w:pPr>
        <w:numPr>
          <w:ilvl w:val="0"/>
          <w:numId w:val="92"/>
        </w:numPr>
        <w:rPr>
          <w:szCs w:val="24"/>
          <w:lang w:val="sk-SK"/>
        </w:rPr>
      </w:pPr>
      <w:r w:rsidRPr="001352F3">
        <w:rPr>
          <w:szCs w:val="24"/>
          <w:lang w:val="sk-SK"/>
        </w:rPr>
        <w:t>písomný súhlas osoby, ktorá bude individuálne vzdelávanie uskutočňovať,</w:t>
      </w:r>
    </w:p>
    <w:p w14:paraId="5BD76E14" w14:textId="77777777" w:rsidR="001352F3" w:rsidRPr="001352F3" w:rsidRDefault="001352F3" w:rsidP="001352F3">
      <w:pPr>
        <w:numPr>
          <w:ilvl w:val="0"/>
          <w:numId w:val="92"/>
        </w:numPr>
        <w:rPr>
          <w:szCs w:val="24"/>
          <w:lang w:val="sk-SK"/>
        </w:rPr>
      </w:pPr>
      <w:r w:rsidRPr="001352F3">
        <w:rPr>
          <w:szCs w:val="24"/>
          <w:lang w:val="sk-SK"/>
        </w:rPr>
        <w:t>doklady o splnení kvalifikačných predpokladov tejto osoby,</w:t>
      </w:r>
    </w:p>
    <w:p w14:paraId="72A6DA7E" w14:textId="77777777" w:rsidR="001352F3" w:rsidRPr="001352F3" w:rsidRDefault="001352F3" w:rsidP="001352F3">
      <w:pPr>
        <w:numPr>
          <w:ilvl w:val="0"/>
          <w:numId w:val="92"/>
        </w:numPr>
        <w:rPr>
          <w:szCs w:val="24"/>
          <w:lang w:val="sk-SK"/>
        </w:rPr>
      </w:pPr>
      <w:r w:rsidRPr="001352F3">
        <w:rPr>
          <w:szCs w:val="24"/>
          <w:lang w:val="sk-SK"/>
        </w:rPr>
        <w:t>ďalšie skutočnosti, ktoré môžu mať vplyv na individuálne vzdelávanie dieťaťa.</w:t>
      </w:r>
    </w:p>
    <w:p w14:paraId="0618FCD4" w14:textId="77777777" w:rsidR="001352F3" w:rsidRPr="001352F3" w:rsidRDefault="001352F3" w:rsidP="001352F3">
      <w:pPr>
        <w:rPr>
          <w:szCs w:val="24"/>
          <w:lang w:val="sk-SK"/>
        </w:rPr>
      </w:pPr>
      <w:r w:rsidRPr="001352F3">
        <w:rPr>
          <w:szCs w:val="24"/>
          <w:lang w:val="sk-SK"/>
        </w:rPr>
        <w:t>Individuálne vzdelávanie môže zabezpečovať zákonný zástupca dieťaťa alebo iná fyzická osoba, ktorá spĺňa požadované kvalifikačné predpoklady.</w:t>
      </w:r>
    </w:p>
    <w:p w14:paraId="07A7F79C" w14:textId="77777777" w:rsidR="001352F3" w:rsidRPr="001352F3" w:rsidRDefault="001352F3" w:rsidP="001352F3">
      <w:pPr>
        <w:rPr>
          <w:szCs w:val="24"/>
          <w:lang w:val="sk-SK"/>
        </w:rPr>
      </w:pPr>
      <w:r w:rsidRPr="001352F3">
        <w:rPr>
          <w:szCs w:val="24"/>
          <w:lang w:val="sk-SK"/>
        </w:rPr>
        <w:t>Po povolení individuálneho vzdelávania kmeňová materská škola v spolupráci so zákonným zástupcom určí obsah individuálneho vzdelávania dieťaťa. Zákonný zástupca je povinný zabezpečiť jeho plnenie v súlade s určeným obsahom a spolupracovať s materskou školou.</w:t>
      </w:r>
    </w:p>
    <w:p w14:paraId="51D2BDB0" w14:textId="77777777" w:rsidR="001352F3" w:rsidRPr="001352F3" w:rsidRDefault="001352F3" w:rsidP="001352F3">
      <w:pPr>
        <w:rPr>
          <w:szCs w:val="24"/>
          <w:lang w:val="sk-SK"/>
        </w:rPr>
      </w:pPr>
      <w:r w:rsidRPr="001352F3">
        <w:rPr>
          <w:szCs w:val="24"/>
          <w:lang w:val="sk-SK"/>
        </w:rPr>
        <w:t>Kmeňová materská škola overuje plnenie individuálneho vzdelávania dieťaťa. Zákonný zástupca je povinný zabezpečiť účasť dieťaťa v kmeňovej materskej škole v určenom termíne a rozsahu, spravidla v mesiaci február, na účel posúdenia rozvoja vedomostí, zručností a kompetencií dieťaťa.</w:t>
      </w:r>
    </w:p>
    <w:p w14:paraId="1CC3F49D" w14:textId="77777777" w:rsidR="001352F3" w:rsidRPr="001352F3" w:rsidRDefault="001352F3" w:rsidP="001352F3">
      <w:pPr>
        <w:rPr>
          <w:szCs w:val="24"/>
          <w:lang w:val="sk-SK"/>
        </w:rPr>
      </w:pPr>
      <w:r w:rsidRPr="001352F3">
        <w:rPr>
          <w:szCs w:val="24"/>
          <w:lang w:val="sk-SK"/>
        </w:rPr>
        <w:t>Posúdenie sa uskutočňuje primeranou formou, ktorá rešpektuje osobitosti predprimárneho vzdelávania, vek dieťaťa a jeho individuálne potreby. Zákonný zástupca má právo byť pri posúdení prítomný.</w:t>
      </w:r>
    </w:p>
    <w:p w14:paraId="248BDF30" w14:textId="77777777" w:rsidR="001352F3" w:rsidRPr="001352F3" w:rsidRDefault="001352F3" w:rsidP="001352F3">
      <w:pPr>
        <w:rPr>
          <w:szCs w:val="24"/>
          <w:lang w:val="sk-SK"/>
        </w:rPr>
      </w:pPr>
      <w:r w:rsidRPr="001352F3">
        <w:rPr>
          <w:szCs w:val="24"/>
          <w:lang w:val="sk-SK"/>
        </w:rPr>
        <w:lastRenderedPageBreak/>
        <w:t>Ak materská škola pri posúdení zistí, že dieťa si neosvojilo vedomosti, zručnosti a kompetencie v súlade s obsahom individuálneho vzdelávania, alebo ak zákonný zástupca nezabezpečí účasť dieťaťa na posúdení, môže byť povolenie individuálneho vzdelávania zrušené.</w:t>
      </w:r>
    </w:p>
    <w:p w14:paraId="24FDF81A" w14:textId="77777777" w:rsidR="001352F3" w:rsidRPr="001352F3" w:rsidRDefault="001352F3" w:rsidP="001352F3">
      <w:pPr>
        <w:rPr>
          <w:szCs w:val="24"/>
          <w:lang w:val="sk-SK"/>
        </w:rPr>
      </w:pPr>
      <w:r w:rsidRPr="001352F3">
        <w:rPr>
          <w:szCs w:val="24"/>
          <w:lang w:val="sk-SK"/>
        </w:rPr>
        <w:t>Povolenie individuálneho vzdelávania môže kmeňová materská škola zrušiť najmä:</w:t>
      </w:r>
    </w:p>
    <w:p w14:paraId="3E23B1BF" w14:textId="77777777" w:rsidR="001352F3" w:rsidRPr="001352F3" w:rsidRDefault="001352F3" w:rsidP="001352F3">
      <w:pPr>
        <w:numPr>
          <w:ilvl w:val="0"/>
          <w:numId w:val="93"/>
        </w:numPr>
        <w:rPr>
          <w:szCs w:val="24"/>
          <w:lang w:val="sk-SK"/>
        </w:rPr>
      </w:pPr>
      <w:r w:rsidRPr="001352F3">
        <w:rPr>
          <w:szCs w:val="24"/>
          <w:lang w:val="sk-SK"/>
        </w:rPr>
        <w:t>na žiadosť zákonného zástupcu,</w:t>
      </w:r>
    </w:p>
    <w:p w14:paraId="7A66BDFB" w14:textId="77777777" w:rsidR="001352F3" w:rsidRPr="001352F3" w:rsidRDefault="001352F3" w:rsidP="001352F3">
      <w:pPr>
        <w:numPr>
          <w:ilvl w:val="0"/>
          <w:numId w:val="93"/>
        </w:numPr>
        <w:rPr>
          <w:szCs w:val="24"/>
          <w:lang w:val="sk-SK"/>
        </w:rPr>
      </w:pPr>
      <w:r w:rsidRPr="001352F3">
        <w:rPr>
          <w:szCs w:val="24"/>
          <w:lang w:val="sk-SK"/>
        </w:rPr>
        <w:t>na základe odôvodneného návrhu osoby, ktorá individuálne vzdelávanie uskutočňuje,</w:t>
      </w:r>
    </w:p>
    <w:p w14:paraId="52933EF8" w14:textId="77777777" w:rsidR="001352F3" w:rsidRPr="001352F3" w:rsidRDefault="001352F3" w:rsidP="001352F3">
      <w:pPr>
        <w:numPr>
          <w:ilvl w:val="0"/>
          <w:numId w:val="93"/>
        </w:numPr>
        <w:rPr>
          <w:szCs w:val="24"/>
          <w:lang w:val="sk-SK"/>
        </w:rPr>
      </w:pPr>
      <w:r w:rsidRPr="001352F3">
        <w:rPr>
          <w:szCs w:val="24"/>
          <w:lang w:val="sk-SK"/>
        </w:rPr>
        <w:t>na základe odôvodneného návrhu hlavného školského inšpektora,</w:t>
      </w:r>
    </w:p>
    <w:p w14:paraId="75E38270" w14:textId="77777777" w:rsidR="001352F3" w:rsidRPr="001352F3" w:rsidRDefault="001352F3" w:rsidP="001352F3">
      <w:pPr>
        <w:numPr>
          <w:ilvl w:val="0"/>
          <w:numId w:val="93"/>
        </w:numPr>
        <w:rPr>
          <w:szCs w:val="24"/>
          <w:lang w:val="sk-SK"/>
        </w:rPr>
      </w:pPr>
      <w:r w:rsidRPr="001352F3">
        <w:rPr>
          <w:szCs w:val="24"/>
          <w:lang w:val="sk-SK"/>
        </w:rPr>
        <w:t>ak dieťa neplní obsah individuálneho vzdelávania,</w:t>
      </w:r>
    </w:p>
    <w:p w14:paraId="340FF46E" w14:textId="77777777" w:rsidR="001352F3" w:rsidRPr="001352F3" w:rsidRDefault="001352F3" w:rsidP="001352F3">
      <w:pPr>
        <w:numPr>
          <w:ilvl w:val="0"/>
          <w:numId w:val="93"/>
        </w:numPr>
        <w:rPr>
          <w:szCs w:val="24"/>
          <w:lang w:val="sk-SK"/>
        </w:rPr>
      </w:pPr>
      <w:r w:rsidRPr="001352F3">
        <w:rPr>
          <w:szCs w:val="24"/>
          <w:lang w:val="sk-SK"/>
        </w:rPr>
        <w:t>ak zákonný zástupca nezabezpečí účasť dieťaťa na posúdení v kmeňovej materskej škole.</w:t>
      </w:r>
    </w:p>
    <w:p w14:paraId="6320EF9C" w14:textId="77777777" w:rsidR="001352F3" w:rsidRPr="001352F3" w:rsidRDefault="001352F3" w:rsidP="001352F3">
      <w:pPr>
        <w:rPr>
          <w:szCs w:val="24"/>
          <w:lang w:val="sk-SK"/>
        </w:rPr>
      </w:pPr>
      <w:r w:rsidRPr="001352F3">
        <w:rPr>
          <w:szCs w:val="24"/>
          <w:lang w:val="sk-SK"/>
        </w:rPr>
        <w:t>Ak dôjde k zrušeniu povolenia individuálneho vzdelávania, dieťa začne plniť povinné predprimárne vzdelávanie pravidelným denným dochádzaním do kmeňovej materskej školy. Materská škola dieťa zaradí do príslušnej triedy.</w:t>
      </w:r>
    </w:p>
    <w:p w14:paraId="019510BD" w14:textId="77777777" w:rsidR="001352F3" w:rsidRPr="001352F3" w:rsidRDefault="001352F3" w:rsidP="001352F3">
      <w:pPr>
        <w:rPr>
          <w:szCs w:val="24"/>
          <w:lang w:val="sk-SK"/>
        </w:rPr>
      </w:pPr>
      <w:r w:rsidRPr="001352F3">
        <w:rPr>
          <w:szCs w:val="24"/>
          <w:lang w:val="sk-SK"/>
        </w:rPr>
        <w:t>Ak sa počas individuálneho vzdelávania zmení osoba, ktorá individuálne vzdelávanie zabezpečuje, zákonný zástupca je povinný bezodkladne informovať kmeňovú materskú školu a predložiť potrebné údaje a doklady o novej osobe.</w:t>
      </w:r>
    </w:p>
    <w:p w14:paraId="4EAFC6B3" w14:textId="77777777" w:rsidR="001352F3" w:rsidRPr="001352F3" w:rsidRDefault="001352F3" w:rsidP="001352F3">
      <w:pPr>
        <w:rPr>
          <w:szCs w:val="24"/>
          <w:lang w:val="sk-SK"/>
        </w:rPr>
      </w:pPr>
      <w:r w:rsidRPr="001352F3">
        <w:rPr>
          <w:szCs w:val="24"/>
          <w:lang w:val="sk-SK"/>
        </w:rPr>
        <w:t>Výdavky spojené s individuálnym vzdelávaním dieťaťa na žiadosť zákonného zástupcu znáša zákonný zástupca.</w:t>
      </w:r>
    </w:p>
    <w:p w14:paraId="4866A907" w14:textId="58BC1827" w:rsidR="00D12774" w:rsidRPr="00F74900" w:rsidRDefault="002E1C4A" w:rsidP="008B21ED">
      <w:pPr>
        <w:jc w:val="both"/>
        <w:rPr>
          <w:b/>
          <w:bCs/>
          <w:i/>
          <w:color w:val="0070C0"/>
        </w:rPr>
      </w:pPr>
      <w:r>
        <w:rPr>
          <w:b/>
          <w:bCs/>
          <w:color w:val="0070C0"/>
        </w:rPr>
        <w:t>6.10</w:t>
      </w:r>
      <w:r w:rsidR="008B21ED" w:rsidRPr="00F74900">
        <w:rPr>
          <w:b/>
          <w:bCs/>
          <w:color w:val="0070C0"/>
        </w:rPr>
        <w:t xml:space="preserve"> </w:t>
      </w:r>
      <w:r w:rsidR="00D12774" w:rsidRPr="00F74900">
        <w:rPr>
          <w:b/>
          <w:bCs/>
          <w:color w:val="0070C0"/>
        </w:rPr>
        <w:t xml:space="preserve">Vzdelávanie v školách mimo územia Slovenskej republiky a vzdelávanie v školách zriadených iným štátom na území Slovenskej republiky so súhlasom zastupiteľského úradu iného štátu, ak zastupiteľský úrad iného štátu oznámil ministerstvu školstva, že vydal súhlas na zriadenie školy, ktorá sa nezapisuje do registra škôl </w:t>
      </w:r>
    </w:p>
    <w:p w14:paraId="256F5B58" w14:textId="77777777" w:rsidR="00D12774" w:rsidRPr="00D12774" w:rsidRDefault="00D12774" w:rsidP="008B21ED">
      <w:pPr>
        <w:rPr>
          <w:szCs w:val="24"/>
          <w:lang w:val="sk-SK"/>
        </w:rPr>
      </w:pPr>
      <w:r w:rsidRPr="00D12774">
        <w:rPr>
          <w:szCs w:val="24"/>
          <w:lang w:val="sk-SK"/>
        </w:rPr>
        <w:t>Dieťa môže plniť povinné predprimárne vzdelávanie osobitným spôsobom, ak sa bude vzdelávať v škole mimo územia Slovenskej republiky alebo v škole zriadenej iným štátom na území Slovenskej republiky so súhlasom zastupiteľského úradu príslušného štátu.</w:t>
      </w:r>
    </w:p>
    <w:p w14:paraId="3C1004BA" w14:textId="77777777" w:rsidR="00D12774" w:rsidRPr="00D12774" w:rsidRDefault="00D12774" w:rsidP="008B21ED">
      <w:pPr>
        <w:rPr>
          <w:szCs w:val="24"/>
          <w:lang w:val="sk-SK"/>
        </w:rPr>
      </w:pPr>
      <w:r w:rsidRPr="00D12774">
        <w:rPr>
          <w:szCs w:val="24"/>
          <w:lang w:val="sk-SK"/>
        </w:rPr>
        <w:t>Takýto spôsob plnenia povinného predprimárneho vzdelávania povoľuje kmeňová materská škola na základe písomnej žiadosti zákonného zástupcu. Kmeňovou materskou školou je materská škola zapísaná v registri škôl, do ktorej bolo dieťa riadne prijaté.</w:t>
      </w:r>
    </w:p>
    <w:p w14:paraId="4D923188" w14:textId="77777777" w:rsidR="00D12774" w:rsidRPr="00D12774" w:rsidRDefault="00D12774" w:rsidP="00D12774">
      <w:pPr>
        <w:rPr>
          <w:szCs w:val="24"/>
          <w:lang w:val="sk-SK"/>
        </w:rPr>
      </w:pPr>
      <w:r w:rsidRPr="00D12774">
        <w:rPr>
          <w:szCs w:val="24"/>
          <w:lang w:val="sk-SK"/>
        </w:rPr>
        <w:t>Žiadosť zákonného zástupcu</w:t>
      </w:r>
    </w:p>
    <w:p w14:paraId="7C82FFB3" w14:textId="77777777" w:rsidR="00D12774" w:rsidRPr="00D12774" w:rsidRDefault="00D12774" w:rsidP="00D12774">
      <w:pPr>
        <w:rPr>
          <w:szCs w:val="24"/>
          <w:lang w:val="sk-SK"/>
        </w:rPr>
      </w:pPr>
      <w:r w:rsidRPr="00D12774">
        <w:rPr>
          <w:szCs w:val="24"/>
          <w:lang w:val="sk-SK"/>
        </w:rPr>
        <w:t>V žiadosti zákonný zástupca uvedie najmä:</w:t>
      </w:r>
    </w:p>
    <w:p w14:paraId="4898794D" w14:textId="77777777" w:rsidR="00D12774" w:rsidRPr="00D12774" w:rsidRDefault="00D12774" w:rsidP="00D12774">
      <w:pPr>
        <w:numPr>
          <w:ilvl w:val="0"/>
          <w:numId w:val="94"/>
        </w:numPr>
        <w:rPr>
          <w:szCs w:val="24"/>
          <w:lang w:val="sk-SK"/>
        </w:rPr>
      </w:pPr>
      <w:r w:rsidRPr="00D12774">
        <w:rPr>
          <w:szCs w:val="24"/>
          <w:lang w:val="sk-SK"/>
        </w:rPr>
        <w:lastRenderedPageBreak/>
        <w:t>meno, priezvisko a bydlisko dieťaťa,</w:t>
      </w:r>
    </w:p>
    <w:p w14:paraId="1C7261CE" w14:textId="77777777" w:rsidR="00D12774" w:rsidRPr="00D12774" w:rsidRDefault="00D12774" w:rsidP="00D12774">
      <w:pPr>
        <w:numPr>
          <w:ilvl w:val="0"/>
          <w:numId w:val="94"/>
        </w:numPr>
        <w:rPr>
          <w:szCs w:val="24"/>
          <w:lang w:val="sk-SK"/>
        </w:rPr>
      </w:pPr>
      <w:r w:rsidRPr="00D12774">
        <w:rPr>
          <w:szCs w:val="24"/>
          <w:lang w:val="sk-SK"/>
        </w:rPr>
        <w:t>rodné číslo dieťaťa,</w:t>
      </w:r>
    </w:p>
    <w:p w14:paraId="6B1EE5B7" w14:textId="77777777" w:rsidR="00D12774" w:rsidRPr="00D12774" w:rsidRDefault="00D12774" w:rsidP="00D12774">
      <w:pPr>
        <w:numPr>
          <w:ilvl w:val="0"/>
          <w:numId w:val="94"/>
        </w:numPr>
        <w:rPr>
          <w:szCs w:val="24"/>
          <w:lang w:val="sk-SK"/>
        </w:rPr>
      </w:pPr>
      <w:r w:rsidRPr="00D12774">
        <w:rPr>
          <w:szCs w:val="24"/>
          <w:lang w:val="sk-SK"/>
        </w:rPr>
        <w:t>adresu bydliska dieťaťa v zahraničí, ak sa dieťa bude vzdelávať mimo územia Slovenskej republiky,</w:t>
      </w:r>
    </w:p>
    <w:p w14:paraId="1B5F7B12" w14:textId="77777777" w:rsidR="00D12774" w:rsidRPr="00D12774" w:rsidRDefault="00D12774" w:rsidP="00D12774">
      <w:pPr>
        <w:numPr>
          <w:ilvl w:val="0"/>
          <w:numId w:val="94"/>
        </w:numPr>
        <w:rPr>
          <w:szCs w:val="24"/>
          <w:lang w:val="sk-SK"/>
        </w:rPr>
      </w:pPr>
      <w:r w:rsidRPr="00D12774">
        <w:rPr>
          <w:szCs w:val="24"/>
          <w:lang w:val="sk-SK"/>
        </w:rPr>
        <w:t>názov a adresu školy, ktorú bude dieťa navštevovať v zahraničí, ak sú tieto údaje vopred známe,</w:t>
      </w:r>
    </w:p>
    <w:p w14:paraId="39011012" w14:textId="77777777" w:rsidR="00D12774" w:rsidRPr="00D12774" w:rsidRDefault="00D12774" w:rsidP="00D12774">
      <w:pPr>
        <w:numPr>
          <w:ilvl w:val="0"/>
          <w:numId w:val="94"/>
        </w:numPr>
        <w:rPr>
          <w:szCs w:val="24"/>
          <w:lang w:val="sk-SK"/>
        </w:rPr>
      </w:pPr>
      <w:r w:rsidRPr="00D12774">
        <w:rPr>
          <w:szCs w:val="24"/>
          <w:lang w:val="sk-SK"/>
        </w:rPr>
        <w:t>názov a adresu školy zriadenej iným štátom na území Slovenskej republiky, ak bude dieťa navštevovať takúto školu.</w:t>
      </w:r>
    </w:p>
    <w:p w14:paraId="78D254A8" w14:textId="77777777" w:rsidR="00D12774" w:rsidRPr="00D12774" w:rsidRDefault="00D12774" w:rsidP="00D12774">
      <w:pPr>
        <w:rPr>
          <w:szCs w:val="24"/>
          <w:lang w:val="sk-SK"/>
        </w:rPr>
      </w:pPr>
      <w:r w:rsidRPr="00D12774">
        <w:rPr>
          <w:szCs w:val="24"/>
          <w:lang w:val="sk-SK"/>
        </w:rPr>
        <w:t>Povinnosť predložiť doklad</w:t>
      </w:r>
    </w:p>
    <w:p w14:paraId="3806B43B" w14:textId="77777777" w:rsidR="00D12774" w:rsidRPr="00D12774" w:rsidRDefault="00D12774" w:rsidP="00D12774">
      <w:pPr>
        <w:rPr>
          <w:szCs w:val="24"/>
          <w:lang w:val="sk-SK"/>
        </w:rPr>
      </w:pPr>
      <w:r w:rsidRPr="00D12774">
        <w:rPr>
          <w:szCs w:val="24"/>
          <w:lang w:val="sk-SK"/>
        </w:rPr>
        <w:t>Ak sa dieťa bude vzdelávať v škole mimo územia Slovenskej republiky, zákonný zástupca je povinný najneskôr do 30 dní po príchode dieťaťa do krajiny pobytu predložiť kmeňovej materskej škole doklad potvrdzujúci, že dieťa navštevuje príslušnú školu.</w:t>
      </w:r>
    </w:p>
    <w:p w14:paraId="743D175E" w14:textId="77777777" w:rsidR="00D12774" w:rsidRPr="00D12774" w:rsidRDefault="00D12774" w:rsidP="00D12774">
      <w:pPr>
        <w:rPr>
          <w:szCs w:val="24"/>
          <w:lang w:val="sk-SK"/>
        </w:rPr>
      </w:pPr>
      <w:r w:rsidRPr="00D12774">
        <w:rPr>
          <w:szCs w:val="24"/>
          <w:lang w:val="sk-SK"/>
        </w:rPr>
        <w:t>Doklad musí obsahovať najmä názov a adresu školy, ktorú dieťa v zahraničí navštevuje.</w:t>
      </w:r>
    </w:p>
    <w:p w14:paraId="66B66C7A" w14:textId="77777777" w:rsidR="00D12774" w:rsidRPr="00D12774" w:rsidRDefault="00D12774" w:rsidP="00D12774">
      <w:pPr>
        <w:rPr>
          <w:szCs w:val="24"/>
          <w:lang w:val="sk-SK"/>
        </w:rPr>
      </w:pPr>
      <w:r w:rsidRPr="00D12774">
        <w:rPr>
          <w:szCs w:val="24"/>
          <w:lang w:val="sk-SK"/>
        </w:rPr>
        <w:t>Rozhodnutie materskej školy</w:t>
      </w:r>
    </w:p>
    <w:p w14:paraId="7F6C83EB" w14:textId="77777777" w:rsidR="00D12774" w:rsidRPr="00D12774" w:rsidRDefault="00D12774" w:rsidP="00D12774">
      <w:pPr>
        <w:rPr>
          <w:szCs w:val="24"/>
          <w:lang w:val="sk-SK"/>
        </w:rPr>
      </w:pPr>
      <w:r w:rsidRPr="00D12774">
        <w:rPr>
          <w:szCs w:val="24"/>
          <w:lang w:val="sk-SK"/>
        </w:rPr>
        <w:t>O povolení plnenia povinného predprimárneho vzdelávania osobitným spôsobom rozhoduje riaditeľka kmeňovej materskej školy.</w:t>
      </w:r>
    </w:p>
    <w:p w14:paraId="010DDB64" w14:textId="77777777" w:rsidR="00D12774" w:rsidRPr="00D12774" w:rsidRDefault="00D12774" w:rsidP="00D12774">
      <w:pPr>
        <w:rPr>
          <w:szCs w:val="24"/>
          <w:lang w:val="sk-SK"/>
        </w:rPr>
      </w:pPr>
      <w:r w:rsidRPr="00D12774">
        <w:rPr>
          <w:szCs w:val="24"/>
          <w:lang w:val="sk-SK"/>
        </w:rPr>
        <w:t>Materská škola rozhoduje najmä o:</w:t>
      </w:r>
    </w:p>
    <w:p w14:paraId="0BA6391D" w14:textId="77777777" w:rsidR="00D12774" w:rsidRPr="00D12774" w:rsidRDefault="00D12774" w:rsidP="00D12774">
      <w:pPr>
        <w:numPr>
          <w:ilvl w:val="0"/>
          <w:numId w:val="95"/>
        </w:numPr>
        <w:rPr>
          <w:szCs w:val="24"/>
          <w:lang w:val="sk-SK"/>
        </w:rPr>
      </w:pPr>
      <w:r w:rsidRPr="00D12774">
        <w:rPr>
          <w:szCs w:val="24"/>
          <w:lang w:val="sk-SK"/>
        </w:rPr>
        <w:t>povolení vzdelávania v škole mimo územia Slovenskej republiky,</w:t>
      </w:r>
    </w:p>
    <w:p w14:paraId="02E9C057" w14:textId="77777777" w:rsidR="00D12774" w:rsidRPr="00D12774" w:rsidRDefault="00D12774" w:rsidP="00D12774">
      <w:pPr>
        <w:numPr>
          <w:ilvl w:val="0"/>
          <w:numId w:val="95"/>
        </w:numPr>
        <w:rPr>
          <w:szCs w:val="24"/>
          <w:lang w:val="sk-SK"/>
        </w:rPr>
      </w:pPr>
      <w:r w:rsidRPr="00D12774">
        <w:rPr>
          <w:szCs w:val="24"/>
          <w:lang w:val="sk-SK"/>
        </w:rPr>
        <w:t>povolení vzdelávania v škole zriadenej iným štátom na území Slovenskej republiky.</w:t>
      </w:r>
    </w:p>
    <w:p w14:paraId="5C848E6D" w14:textId="77777777" w:rsidR="00D12774" w:rsidRPr="00D12774" w:rsidRDefault="00D12774" w:rsidP="00D12774">
      <w:pPr>
        <w:rPr>
          <w:szCs w:val="24"/>
          <w:lang w:val="sk-SK"/>
        </w:rPr>
      </w:pPr>
      <w:r w:rsidRPr="00D12774">
        <w:rPr>
          <w:szCs w:val="24"/>
          <w:lang w:val="sk-SK"/>
        </w:rPr>
        <w:t>Po vydaní rozhodnutia sa táto skutočnosť zaznamená v osobnom spise dieťaťa a v príslušnej školskej evidencii.</w:t>
      </w:r>
    </w:p>
    <w:p w14:paraId="6458D25D" w14:textId="77777777" w:rsidR="00D12774" w:rsidRDefault="00D12774" w:rsidP="00D12774">
      <w:pPr>
        <w:rPr>
          <w:szCs w:val="24"/>
          <w:lang w:val="sk-SK"/>
        </w:rPr>
      </w:pPr>
      <w:r w:rsidRPr="00D12774">
        <w:rPr>
          <w:szCs w:val="24"/>
          <w:lang w:val="sk-SK"/>
        </w:rPr>
        <w:t>Zákonný zástupca je povinný kmeňovej materskej škole bezodkladne oznámiť každú zmenu, ktorá môže mať vplyv na plnenie povinného predprimárneho vzdelávania osobitným spôsobom, najmä zmenu školy, adresy pobytu alebo návrat dieťaťa na územie Slovenskej republiky.</w:t>
      </w:r>
    </w:p>
    <w:p w14:paraId="3E8B1C04" w14:textId="77777777" w:rsidR="008B21ED" w:rsidRPr="00D12774" w:rsidRDefault="008B21ED" w:rsidP="00D12774">
      <w:pPr>
        <w:spacing w:after="0" w:line="240" w:lineRule="auto"/>
        <w:rPr>
          <w:szCs w:val="24"/>
          <w:lang w:val="sk-SK"/>
        </w:rPr>
      </w:pPr>
    </w:p>
    <w:p w14:paraId="79BEA44F" w14:textId="2BA17E42" w:rsidR="00811CF1" w:rsidRPr="00392BAE" w:rsidRDefault="00F95945" w:rsidP="00F95945">
      <w:pPr>
        <w:pStyle w:val="Nadpis2"/>
        <w:spacing w:before="0"/>
        <w:rPr>
          <w:rFonts w:ascii="Arial" w:hAnsi="Arial" w:cs="Arial"/>
          <w:color w:val="0070C0"/>
          <w:sz w:val="24"/>
          <w:szCs w:val="24"/>
          <w:lang w:val="sk-SK"/>
        </w:rPr>
      </w:pPr>
      <w:bookmarkStart w:id="51" w:name="_Toc238333746"/>
      <w:r w:rsidRPr="00392BAE">
        <w:rPr>
          <w:rFonts w:ascii="Arial" w:eastAsia="Arial" w:hAnsi="Arial" w:cs="Arial"/>
          <w:color w:val="0070C0"/>
          <w:sz w:val="24"/>
        </w:rPr>
        <w:t>6.1</w:t>
      </w:r>
      <w:r w:rsidR="002E1C4A">
        <w:rPr>
          <w:rFonts w:ascii="Arial" w:eastAsia="Arial" w:hAnsi="Arial" w:cs="Arial"/>
          <w:color w:val="0070C0"/>
          <w:sz w:val="24"/>
        </w:rPr>
        <w:t>1</w:t>
      </w:r>
      <w:r w:rsidRPr="00392BAE">
        <w:rPr>
          <w:rFonts w:ascii="Arial" w:eastAsia="Arial" w:hAnsi="Arial" w:cs="Arial"/>
          <w:color w:val="0070C0"/>
          <w:sz w:val="24"/>
        </w:rPr>
        <w:t xml:space="preserve"> Ďalšie formy osobitného spôsobu plnenia povinného predprimárneho vzdelávania</w:t>
      </w:r>
      <w:bookmarkEnd w:id="51"/>
    </w:p>
    <w:p w14:paraId="21B26941" w14:textId="77777777" w:rsidR="008B21ED" w:rsidRPr="00F95945" w:rsidRDefault="008B21ED" w:rsidP="00F95945">
      <w:pPr>
        <w:spacing w:after="0" w:line="240" w:lineRule="auto"/>
        <w:ind w:left="72"/>
        <w:rPr>
          <w:b/>
          <w:bCs/>
          <w:color w:val="0070C0"/>
          <w:szCs w:val="24"/>
          <w:lang w:val="sk-SK"/>
        </w:rPr>
      </w:pPr>
    </w:p>
    <w:p w14:paraId="547CB482" w14:textId="77777777" w:rsidR="00811CF1" w:rsidRPr="00811CF1" w:rsidRDefault="00811CF1" w:rsidP="00811CF1">
      <w:pPr>
        <w:rPr>
          <w:szCs w:val="24"/>
          <w:lang w:val="sk-SK"/>
        </w:rPr>
      </w:pPr>
      <w:r w:rsidRPr="00811CF1">
        <w:rPr>
          <w:szCs w:val="24"/>
          <w:lang w:val="sk-SK"/>
        </w:rPr>
        <w:t>Povinné predprimárne vzdelávanie môže dieťa plniť osobitným spôsobom aj formou individuálneho vzdelávania v zahraničí alebo vzdelávania v Európskych školách.</w:t>
      </w:r>
    </w:p>
    <w:p w14:paraId="4F25CD85" w14:textId="77777777" w:rsidR="00811CF1" w:rsidRPr="00811CF1" w:rsidRDefault="00811CF1" w:rsidP="00811CF1">
      <w:pPr>
        <w:rPr>
          <w:szCs w:val="24"/>
          <w:lang w:val="sk-SK"/>
        </w:rPr>
      </w:pPr>
      <w:r w:rsidRPr="00811CF1">
        <w:rPr>
          <w:szCs w:val="24"/>
          <w:lang w:val="sk-SK"/>
        </w:rPr>
        <w:lastRenderedPageBreak/>
        <w:t>Takýto spôsob plnenia povinného predprimárneho vzdelávania povoľuje kmeňová materská škola na základe písomnej žiadosti zákonného zástupcu. Kmeňovou materskou školou je materská škola zapísaná v registri škôl, do ktorej bolo dieťa riadne prijaté.</w:t>
      </w:r>
    </w:p>
    <w:p w14:paraId="784A4F8A" w14:textId="77777777" w:rsidR="00811CF1" w:rsidRPr="00811CF1" w:rsidRDefault="00811CF1" w:rsidP="00811CF1">
      <w:pPr>
        <w:rPr>
          <w:szCs w:val="24"/>
          <w:lang w:val="sk-SK"/>
        </w:rPr>
      </w:pPr>
      <w:r w:rsidRPr="00811CF1">
        <w:rPr>
          <w:szCs w:val="24"/>
          <w:lang w:val="sk-SK"/>
        </w:rPr>
        <w:t>O povolení osobitného spôsobu plnenia povinného predprimárneho vzdelávania rozhoduje riaditeľka kmeňovej materskej školy.</w:t>
      </w:r>
    </w:p>
    <w:p w14:paraId="55DA545F" w14:textId="77777777" w:rsidR="00811CF1" w:rsidRPr="00811CF1" w:rsidRDefault="00811CF1" w:rsidP="00811CF1">
      <w:pPr>
        <w:rPr>
          <w:szCs w:val="24"/>
          <w:lang w:val="sk-SK"/>
        </w:rPr>
      </w:pPr>
      <w:r w:rsidRPr="00811CF1">
        <w:rPr>
          <w:szCs w:val="24"/>
          <w:lang w:val="sk-SK"/>
        </w:rPr>
        <w:t>Materská škola rozhoduje najmä o:</w:t>
      </w:r>
    </w:p>
    <w:p w14:paraId="33E3A870" w14:textId="77777777" w:rsidR="00811CF1" w:rsidRPr="00811CF1" w:rsidRDefault="00811CF1" w:rsidP="00811CF1">
      <w:pPr>
        <w:numPr>
          <w:ilvl w:val="0"/>
          <w:numId w:val="96"/>
        </w:numPr>
        <w:rPr>
          <w:szCs w:val="24"/>
          <w:lang w:val="sk-SK"/>
        </w:rPr>
      </w:pPr>
      <w:r w:rsidRPr="00811CF1">
        <w:rPr>
          <w:szCs w:val="24"/>
          <w:lang w:val="sk-SK"/>
        </w:rPr>
        <w:t>povolení individuálneho vzdelávania v zahraničí,</w:t>
      </w:r>
    </w:p>
    <w:p w14:paraId="3FC1A80E" w14:textId="77777777" w:rsidR="00811CF1" w:rsidRPr="00811CF1" w:rsidRDefault="00811CF1" w:rsidP="00811CF1">
      <w:pPr>
        <w:numPr>
          <w:ilvl w:val="0"/>
          <w:numId w:val="96"/>
        </w:numPr>
        <w:rPr>
          <w:szCs w:val="24"/>
          <w:lang w:val="sk-SK"/>
        </w:rPr>
      </w:pPr>
      <w:r w:rsidRPr="00811CF1">
        <w:rPr>
          <w:szCs w:val="24"/>
          <w:lang w:val="sk-SK"/>
        </w:rPr>
        <w:t>povolení vzdelávania v Európskych školách.</w:t>
      </w:r>
    </w:p>
    <w:p w14:paraId="0358F2FD" w14:textId="77777777" w:rsidR="00811CF1" w:rsidRPr="00811CF1" w:rsidRDefault="00811CF1" w:rsidP="00811CF1">
      <w:pPr>
        <w:rPr>
          <w:szCs w:val="24"/>
          <w:lang w:val="sk-SK"/>
        </w:rPr>
      </w:pPr>
      <w:r w:rsidRPr="00811CF1">
        <w:rPr>
          <w:szCs w:val="24"/>
          <w:lang w:val="sk-SK"/>
        </w:rPr>
        <w:t>Zákonný zástupca je povinný v žiadosti uviesť všetky podstatné údaje potrebné na posúdenie žiadosti a priebežne informovať kmeňovú materskú školu o skutočnostiach, ktoré majú vplyv na plnenie povinného predprimárneho vzdelávania osobitným spôsobom.</w:t>
      </w:r>
    </w:p>
    <w:p w14:paraId="066E757B" w14:textId="77777777" w:rsidR="00811CF1" w:rsidRPr="00811CF1" w:rsidRDefault="00811CF1" w:rsidP="00811CF1">
      <w:pPr>
        <w:rPr>
          <w:szCs w:val="24"/>
          <w:lang w:val="sk-SK"/>
        </w:rPr>
      </w:pPr>
      <w:r w:rsidRPr="00811CF1">
        <w:rPr>
          <w:szCs w:val="24"/>
          <w:lang w:val="sk-SK"/>
        </w:rPr>
        <w:t>Pri osobitnom spôsobe plnenia povinného predprimárneho vzdelávania platí, že kmeňová materská škola:</w:t>
      </w:r>
    </w:p>
    <w:p w14:paraId="569DB18B" w14:textId="77777777" w:rsidR="00811CF1" w:rsidRPr="00811CF1" w:rsidRDefault="00811CF1" w:rsidP="00811CF1">
      <w:pPr>
        <w:numPr>
          <w:ilvl w:val="0"/>
          <w:numId w:val="97"/>
        </w:numPr>
        <w:rPr>
          <w:szCs w:val="24"/>
          <w:lang w:val="sk-SK"/>
        </w:rPr>
      </w:pPr>
      <w:r w:rsidRPr="00811CF1">
        <w:rPr>
          <w:szCs w:val="24"/>
          <w:lang w:val="sk-SK"/>
        </w:rPr>
        <w:t>vedie dieťa vo svojej evidencii,</w:t>
      </w:r>
    </w:p>
    <w:p w14:paraId="7AB114BC" w14:textId="77777777" w:rsidR="00811CF1" w:rsidRPr="00811CF1" w:rsidRDefault="00811CF1" w:rsidP="00811CF1">
      <w:pPr>
        <w:numPr>
          <w:ilvl w:val="0"/>
          <w:numId w:val="97"/>
        </w:numPr>
        <w:rPr>
          <w:szCs w:val="24"/>
          <w:lang w:val="sk-SK"/>
        </w:rPr>
      </w:pPr>
      <w:r w:rsidRPr="00811CF1">
        <w:rPr>
          <w:szCs w:val="24"/>
          <w:lang w:val="sk-SK"/>
        </w:rPr>
        <w:t>zabezpečuje potrebnú školskú dokumentáciu,</w:t>
      </w:r>
    </w:p>
    <w:p w14:paraId="76755812" w14:textId="77777777" w:rsidR="00811CF1" w:rsidRPr="00811CF1" w:rsidRDefault="00811CF1" w:rsidP="00811CF1">
      <w:pPr>
        <w:numPr>
          <w:ilvl w:val="0"/>
          <w:numId w:val="97"/>
        </w:numPr>
        <w:rPr>
          <w:szCs w:val="24"/>
          <w:lang w:val="sk-SK"/>
        </w:rPr>
      </w:pPr>
      <w:r w:rsidRPr="00811CF1">
        <w:rPr>
          <w:szCs w:val="24"/>
          <w:lang w:val="sk-SK"/>
        </w:rPr>
        <w:t>nevypracúva pre dieťa individuálny vzdelávací program,</w:t>
      </w:r>
    </w:p>
    <w:p w14:paraId="0EC09A69" w14:textId="77777777" w:rsidR="00811CF1" w:rsidRPr="00811CF1" w:rsidRDefault="00811CF1" w:rsidP="00811CF1">
      <w:pPr>
        <w:numPr>
          <w:ilvl w:val="0"/>
          <w:numId w:val="97"/>
        </w:numPr>
        <w:rPr>
          <w:szCs w:val="24"/>
          <w:lang w:val="sk-SK"/>
        </w:rPr>
      </w:pPr>
      <w:r w:rsidRPr="00811CF1">
        <w:rPr>
          <w:szCs w:val="24"/>
          <w:lang w:val="sk-SK"/>
        </w:rPr>
        <w:t>môže dieťaťu poskytnúť edukačné publikácie alebo pracovné zošity podľa možností školy,</w:t>
      </w:r>
    </w:p>
    <w:p w14:paraId="0DF068F7" w14:textId="77777777" w:rsidR="00811CF1" w:rsidRPr="00811CF1" w:rsidRDefault="00811CF1" w:rsidP="00811CF1">
      <w:pPr>
        <w:numPr>
          <w:ilvl w:val="0"/>
          <w:numId w:val="97"/>
        </w:numPr>
        <w:rPr>
          <w:szCs w:val="24"/>
          <w:lang w:val="sk-SK"/>
        </w:rPr>
      </w:pPr>
      <w:r w:rsidRPr="00811CF1">
        <w:rPr>
          <w:szCs w:val="24"/>
          <w:lang w:val="sk-SK"/>
        </w:rPr>
        <w:t>na konci školského roka vydáva dieťaťu osvedčenie o získaní predprimárneho vzdelania, ak sú splnené podmienky podľa platných právnych predpisov.</w:t>
      </w:r>
    </w:p>
    <w:p w14:paraId="5AF795C2" w14:textId="77777777" w:rsidR="00811CF1" w:rsidRDefault="00811CF1" w:rsidP="00811CF1">
      <w:pPr>
        <w:rPr>
          <w:szCs w:val="24"/>
          <w:lang w:val="sk-SK"/>
        </w:rPr>
      </w:pPr>
      <w:r w:rsidRPr="00811CF1">
        <w:rPr>
          <w:szCs w:val="24"/>
          <w:lang w:val="sk-SK"/>
        </w:rPr>
        <w:t>Zákonný zástupca je povinný spolupracovať s kmeňovou materskou školou a poskytovať jej potrebné doklady a informácie súvisiace s plnením povinného predprimárneho vzdelávania dieťaťa.</w:t>
      </w:r>
    </w:p>
    <w:p w14:paraId="67391EFF" w14:textId="77777777" w:rsidR="002D580B" w:rsidRPr="00811CF1" w:rsidRDefault="002D580B" w:rsidP="00811CF1">
      <w:pPr>
        <w:spacing w:after="0" w:line="240" w:lineRule="auto"/>
        <w:rPr>
          <w:szCs w:val="24"/>
          <w:lang w:val="sk-SK"/>
        </w:rPr>
      </w:pPr>
    </w:p>
    <w:p w14:paraId="15670F94" w14:textId="4E2C932B" w:rsidR="00785EF3" w:rsidRPr="00392BAE" w:rsidRDefault="002D580B" w:rsidP="00785EF3">
      <w:pPr>
        <w:pStyle w:val="Nadpis2"/>
        <w:spacing w:before="0"/>
        <w:rPr>
          <w:rFonts w:ascii="Arial" w:hAnsi="Arial" w:cs="Arial"/>
          <w:color w:val="0070C0"/>
          <w:sz w:val="24"/>
          <w:szCs w:val="24"/>
          <w:lang w:val="sk-SK"/>
        </w:rPr>
      </w:pPr>
      <w:bookmarkStart w:id="52" w:name="_Toc238333747"/>
      <w:r w:rsidRPr="00392BAE">
        <w:rPr>
          <w:rFonts w:ascii="Arial" w:eastAsia="Arial" w:hAnsi="Arial" w:cs="Arial"/>
          <w:color w:val="0070C0"/>
          <w:sz w:val="24"/>
        </w:rPr>
        <w:t>6.1</w:t>
      </w:r>
      <w:r w:rsidR="002E1C4A">
        <w:rPr>
          <w:rFonts w:ascii="Arial" w:eastAsia="Arial" w:hAnsi="Arial" w:cs="Arial"/>
          <w:color w:val="0070C0"/>
          <w:sz w:val="24"/>
        </w:rPr>
        <w:t>2</w:t>
      </w:r>
      <w:r w:rsidRPr="00392BAE">
        <w:rPr>
          <w:rFonts w:ascii="Arial" w:eastAsia="Arial" w:hAnsi="Arial" w:cs="Arial"/>
          <w:color w:val="0070C0"/>
          <w:sz w:val="24"/>
        </w:rPr>
        <w:t xml:space="preserve"> Dištančné vzdelávanie</w:t>
      </w:r>
      <w:bookmarkEnd w:id="52"/>
    </w:p>
    <w:p w14:paraId="2DCD6CAB" w14:textId="77777777" w:rsidR="002D580B" w:rsidRPr="002D580B" w:rsidRDefault="002D580B" w:rsidP="00785EF3">
      <w:pPr>
        <w:spacing w:after="0" w:line="240" w:lineRule="auto"/>
        <w:rPr>
          <w:b/>
          <w:bCs/>
          <w:color w:val="0070C0"/>
          <w:szCs w:val="24"/>
          <w:lang w:val="sk-SK"/>
        </w:rPr>
      </w:pPr>
    </w:p>
    <w:p w14:paraId="3CCEB609" w14:textId="77777777" w:rsidR="00785EF3" w:rsidRPr="00785EF3" w:rsidRDefault="00785EF3" w:rsidP="00785EF3">
      <w:pPr>
        <w:rPr>
          <w:szCs w:val="24"/>
          <w:lang w:val="sk-SK"/>
        </w:rPr>
      </w:pPr>
      <w:r w:rsidRPr="00785EF3">
        <w:rPr>
          <w:szCs w:val="24"/>
          <w:lang w:val="sk-SK"/>
        </w:rPr>
        <w:t>Dištančné vzdelávanie je spôsob zabezpečenia výchovy a vzdelávania v situácii, keď nie je možné realizovať predprimárne vzdelávanie prezenčne v priestoroch materskej školy, najmä z dôvodu mimoriadnej situácie, prerušenia prevádzky, rozhodnutia príslušného orgánu alebo inej závažnej okolnosti.</w:t>
      </w:r>
    </w:p>
    <w:p w14:paraId="612A4FE8" w14:textId="77777777" w:rsidR="00785EF3" w:rsidRPr="00785EF3" w:rsidRDefault="00785EF3" w:rsidP="00785EF3">
      <w:pPr>
        <w:rPr>
          <w:szCs w:val="24"/>
          <w:lang w:val="sk-SK"/>
        </w:rPr>
      </w:pPr>
      <w:r w:rsidRPr="00785EF3">
        <w:rPr>
          <w:szCs w:val="24"/>
          <w:lang w:val="sk-SK"/>
        </w:rPr>
        <w:t xml:space="preserve">V materskej škole sa dištančné vzdelávanie uplatňuje primerane veku, možnostiam a potrebám detí predškolského veku. Jeho cieľom nie je nahrádzať bežný denný režim materskej školy v plnom rozsahu, ale udržiavať kontakt dieťaťa s materskou školou, </w:t>
      </w:r>
      <w:r w:rsidRPr="00785EF3">
        <w:rPr>
          <w:szCs w:val="24"/>
          <w:lang w:val="sk-SK"/>
        </w:rPr>
        <w:lastRenderedPageBreak/>
        <w:t>podporovať jeho rozvoj a poskytovať zákonným zástupcom odporúčania na vhodné domáce činnosti.</w:t>
      </w:r>
    </w:p>
    <w:p w14:paraId="2F4872EA" w14:textId="77777777" w:rsidR="00785EF3" w:rsidRPr="00785EF3" w:rsidRDefault="00785EF3" w:rsidP="00785EF3">
      <w:pPr>
        <w:rPr>
          <w:szCs w:val="24"/>
          <w:lang w:val="sk-SK"/>
        </w:rPr>
      </w:pPr>
      <w:r w:rsidRPr="00785EF3">
        <w:rPr>
          <w:szCs w:val="24"/>
          <w:lang w:val="sk-SK"/>
        </w:rPr>
        <w:t>Dištančné vzdelávanie sa zabezpečuje najmä pre deti plniace povinné predprimárne vzdelávanie a deti pokračujúce v plnení povinného predprimárneho vzdelávania.</w:t>
      </w:r>
    </w:p>
    <w:p w14:paraId="096D499C" w14:textId="77777777" w:rsidR="00785EF3" w:rsidRPr="00785EF3" w:rsidRDefault="00785EF3" w:rsidP="00785EF3">
      <w:pPr>
        <w:rPr>
          <w:szCs w:val="24"/>
          <w:lang w:val="sk-SK"/>
        </w:rPr>
      </w:pPr>
      <w:r w:rsidRPr="00785EF3">
        <w:rPr>
          <w:szCs w:val="24"/>
          <w:lang w:val="sk-SK"/>
        </w:rPr>
        <w:t>Materská škola môže pri dištančnom vzdelávaní využívať najmä:</w:t>
      </w:r>
    </w:p>
    <w:p w14:paraId="40ADADE7" w14:textId="77777777" w:rsidR="00785EF3" w:rsidRPr="00785EF3" w:rsidRDefault="00785EF3" w:rsidP="00785EF3">
      <w:pPr>
        <w:numPr>
          <w:ilvl w:val="0"/>
          <w:numId w:val="98"/>
        </w:numPr>
        <w:rPr>
          <w:szCs w:val="24"/>
          <w:lang w:val="sk-SK"/>
        </w:rPr>
      </w:pPr>
      <w:r w:rsidRPr="00785EF3">
        <w:rPr>
          <w:szCs w:val="24"/>
          <w:lang w:val="sk-SK"/>
        </w:rPr>
        <w:t>elektronickú komunikáciu so zákonnými zástupcami,</w:t>
      </w:r>
    </w:p>
    <w:p w14:paraId="61F554A7" w14:textId="77777777" w:rsidR="00785EF3" w:rsidRPr="00785EF3" w:rsidRDefault="00785EF3" w:rsidP="00785EF3">
      <w:pPr>
        <w:numPr>
          <w:ilvl w:val="0"/>
          <w:numId w:val="98"/>
        </w:numPr>
        <w:rPr>
          <w:szCs w:val="24"/>
          <w:lang w:val="sk-SK"/>
        </w:rPr>
      </w:pPr>
      <w:r w:rsidRPr="00785EF3">
        <w:rPr>
          <w:szCs w:val="24"/>
          <w:lang w:val="sk-SK"/>
        </w:rPr>
        <w:t>zasielanie námetov na domáce aktivity,</w:t>
      </w:r>
    </w:p>
    <w:p w14:paraId="1BBD6D6D" w14:textId="77777777" w:rsidR="00785EF3" w:rsidRPr="00785EF3" w:rsidRDefault="00785EF3" w:rsidP="00785EF3">
      <w:pPr>
        <w:numPr>
          <w:ilvl w:val="0"/>
          <w:numId w:val="98"/>
        </w:numPr>
        <w:rPr>
          <w:szCs w:val="24"/>
          <w:lang w:val="sk-SK"/>
        </w:rPr>
      </w:pPr>
      <w:r w:rsidRPr="00785EF3">
        <w:rPr>
          <w:szCs w:val="24"/>
          <w:lang w:val="sk-SK"/>
        </w:rPr>
        <w:t>pracovné listy a edukačné materiály,</w:t>
      </w:r>
    </w:p>
    <w:p w14:paraId="4D1BB182" w14:textId="77777777" w:rsidR="00785EF3" w:rsidRPr="00785EF3" w:rsidRDefault="00785EF3" w:rsidP="00785EF3">
      <w:pPr>
        <w:numPr>
          <w:ilvl w:val="0"/>
          <w:numId w:val="98"/>
        </w:numPr>
        <w:rPr>
          <w:szCs w:val="24"/>
          <w:lang w:val="sk-SK"/>
        </w:rPr>
      </w:pPr>
      <w:r w:rsidRPr="00785EF3">
        <w:rPr>
          <w:szCs w:val="24"/>
          <w:lang w:val="sk-SK"/>
        </w:rPr>
        <w:t>odporúčania na pohybové, výtvarné, hudobné, jazykové, grafomotorické a praktické činnosti,</w:t>
      </w:r>
    </w:p>
    <w:p w14:paraId="3A75A9EF" w14:textId="77777777" w:rsidR="00785EF3" w:rsidRPr="00785EF3" w:rsidRDefault="00785EF3" w:rsidP="00785EF3">
      <w:pPr>
        <w:numPr>
          <w:ilvl w:val="0"/>
          <w:numId w:val="98"/>
        </w:numPr>
        <w:rPr>
          <w:szCs w:val="24"/>
          <w:lang w:val="sk-SK"/>
        </w:rPr>
      </w:pPr>
      <w:r w:rsidRPr="00785EF3">
        <w:rPr>
          <w:szCs w:val="24"/>
          <w:lang w:val="sk-SK"/>
        </w:rPr>
        <w:t>krátke online stretnutia alebo konzultácie, ak sú na to vytvorené vhodné podmienky,</w:t>
      </w:r>
    </w:p>
    <w:p w14:paraId="4F050A45" w14:textId="77777777" w:rsidR="00785EF3" w:rsidRPr="00785EF3" w:rsidRDefault="00785EF3" w:rsidP="00785EF3">
      <w:pPr>
        <w:numPr>
          <w:ilvl w:val="0"/>
          <w:numId w:val="98"/>
        </w:numPr>
        <w:rPr>
          <w:szCs w:val="24"/>
          <w:lang w:val="sk-SK"/>
        </w:rPr>
      </w:pPr>
      <w:r w:rsidRPr="00785EF3">
        <w:rPr>
          <w:szCs w:val="24"/>
          <w:lang w:val="sk-SK"/>
        </w:rPr>
        <w:t>individuálnu podporu dieťaťa podľa potreby.</w:t>
      </w:r>
    </w:p>
    <w:p w14:paraId="0F67C7BF" w14:textId="77777777" w:rsidR="00785EF3" w:rsidRPr="00785EF3" w:rsidRDefault="00785EF3" w:rsidP="00785EF3">
      <w:pPr>
        <w:rPr>
          <w:szCs w:val="24"/>
          <w:lang w:val="sk-SK"/>
        </w:rPr>
      </w:pPr>
      <w:r w:rsidRPr="00785EF3">
        <w:rPr>
          <w:szCs w:val="24"/>
          <w:lang w:val="sk-SK"/>
        </w:rPr>
        <w:t>Obsah dištančného vzdelávania vychádza zo Školského vzdelávacieho programu materskej školy a zo vzdelávacích potrieb detí. Aktivity majú byť primerané veku dieťaťa, realizovateľné v domácom prostredí, bezpečné a zamerané najmä na hru, pohyb, komunikáciu, tvorivosť, sebaobsluhu, poznávanie a praktické skúsenosti.</w:t>
      </w:r>
    </w:p>
    <w:p w14:paraId="1B66933A" w14:textId="77777777" w:rsidR="00785EF3" w:rsidRPr="00785EF3" w:rsidRDefault="00785EF3" w:rsidP="00785EF3">
      <w:pPr>
        <w:rPr>
          <w:szCs w:val="24"/>
          <w:lang w:val="sk-SK"/>
        </w:rPr>
      </w:pPr>
      <w:r w:rsidRPr="00785EF3">
        <w:rPr>
          <w:szCs w:val="24"/>
          <w:lang w:val="sk-SK"/>
        </w:rPr>
        <w:t>Zákonný zástupca dieťaťa plniaceho povinné predprimárne vzdelávanie je povinný spolupracovať s materskou školou, preberať zaslané materiály a podľa svojich možností vytvárať dieťaťu podmienky na zapájanie sa do dištančného vzdelávania.</w:t>
      </w:r>
    </w:p>
    <w:p w14:paraId="492ACB52" w14:textId="77777777" w:rsidR="00785EF3" w:rsidRPr="00785EF3" w:rsidRDefault="00785EF3" w:rsidP="00785EF3">
      <w:pPr>
        <w:rPr>
          <w:szCs w:val="24"/>
          <w:lang w:val="sk-SK"/>
        </w:rPr>
      </w:pPr>
      <w:r w:rsidRPr="00785EF3">
        <w:rPr>
          <w:szCs w:val="24"/>
          <w:lang w:val="sk-SK"/>
        </w:rPr>
        <w:t>Materská škola pri dištančnom vzdelávaní prihliada na individuálne možnosti rodiny, technické vybavenie domácnosti, zdravotný stav dieťaťa a jeho špeciálne výchovno-vzdelávacie potreby.</w:t>
      </w:r>
    </w:p>
    <w:p w14:paraId="09C6EBEC" w14:textId="77777777" w:rsidR="00785EF3" w:rsidRPr="00785EF3" w:rsidRDefault="00785EF3" w:rsidP="00785EF3">
      <w:pPr>
        <w:rPr>
          <w:szCs w:val="24"/>
          <w:lang w:val="sk-SK"/>
        </w:rPr>
      </w:pPr>
      <w:r w:rsidRPr="00785EF3">
        <w:rPr>
          <w:szCs w:val="24"/>
          <w:lang w:val="sk-SK"/>
        </w:rPr>
        <w:t>Účasť dieťaťa na dištančnom vzdelávaní a komunikácia so zákonným zástupcom sa eviduje spôsobom určeným materskou školou. Ak sa dieťa plniace povinné predprimárne vzdelávanie nemôže zapájať do dištančného vzdelávania, zákonný zástupca oznámi dôvod materskej škole spôsobom určeným školským poriadkom.</w:t>
      </w:r>
    </w:p>
    <w:p w14:paraId="2F557C20" w14:textId="77777777" w:rsidR="00A244A1" w:rsidRDefault="00785EF3" w:rsidP="00A244A1">
      <w:pPr>
        <w:rPr>
          <w:szCs w:val="24"/>
          <w:lang w:val="sk-SK"/>
        </w:rPr>
      </w:pPr>
      <w:r w:rsidRPr="00785EF3">
        <w:rPr>
          <w:szCs w:val="24"/>
          <w:lang w:val="sk-SK"/>
        </w:rPr>
        <w:t>Dištančné vzdelávanie sa realizuje v spolupráci materskej školy a zákonného zástupcu, pričom sa rešpektujú osobitosti predprimárneho vzdelávania a potreba primeranej záťaže dieťaťa.</w:t>
      </w:r>
    </w:p>
    <w:p w14:paraId="7D87A4B9" w14:textId="77777777" w:rsidR="00F95945" w:rsidRPr="00D12774" w:rsidRDefault="00F95945" w:rsidP="00A244A1">
      <w:pPr>
        <w:spacing w:after="0" w:line="240" w:lineRule="auto"/>
        <w:rPr>
          <w:szCs w:val="24"/>
          <w:lang w:val="sk-SK"/>
        </w:rPr>
      </w:pPr>
    </w:p>
    <w:p w14:paraId="57C749E3" w14:textId="47139028" w:rsidR="00357FBB" w:rsidRPr="00392BAE" w:rsidRDefault="00F95945" w:rsidP="00357FBB">
      <w:pPr>
        <w:pStyle w:val="Nadpis2"/>
        <w:spacing w:before="0"/>
        <w:rPr>
          <w:rFonts w:ascii="Arial" w:hAnsi="Arial" w:cs="Arial"/>
          <w:color w:val="0070C0"/>
          <w:sz w:val="24"/>
          <w:szCs w:val="24"/>
          <w:lang w:val="sk-SK"/>
        </w:rPr>
      </w:pPr>
      <w:bookmarkStart w:id="53" w:name="_Toc238333748"/>
      <w:r w:rsidRPr="00392BAE">
        <w:rPr>
          <w:rFonts w:ascii="Arial" w:eastAsia="Arial" w:hAnsi="Arial" w:cs="Arial"/>
          <w:color w:val="0070C0"/>
          <w:sz w:val="24"/>
        </w:rPr>
        <w:t>6.1</w:t>
      </w:r>
      <w:r w:rsidR="002E1C4A">
        <w:rPr>
          <w:rFonts w:ascii="Arial" w:eastAsia="Arial" w:hAnsi="Arial" w:cs="Arial"/>
          <w:color w:val="0070C0"/>
          <w:sz w:val="24"/>
        </w:rPr>
        <w:t>3</w:t>
      </w:r>
      <w:r w:rsidRPr="00392BAE">
        <w:rPr>
          <w:rFonts w:ascii="Arial" w:eastAsia="Arial" w:hAnsi="Arial" w:cs="Arial"/>
          <w:color w:val="0070C0"/>
          <w:sz w:val="24"/>
        </w:rPr>
        <w:t xml:space="preserve"> Zanedbávanie riadneho plnenia povinného predprimárneho vzdelávania</w:t>
      </w:r>
      <w:bookmarkEnd w:id="53"/>
    </w:p>
    <w:p w14:paraId="136A6CE6" w14:textId="77777777" w:rsidR="00F95945" w:rsidRPr="00F95945" w:rsidRDefault="00F95945" w:rsidP="00357FBB">
      <w:pPr>
        <w:spacing w:after="0" w:line="240" w:lineRule="auto"/>
        <w:rPr>
          <w:b/>
          <w:bCs/>
          <w:color w:val="0070C0"/>
          <w:szCs w:val="24"/>
          <w:lang w:val="sk-SK"/>
        </w:rPr>
      </w:pPr>
    </w:p>
    <w:p w14:paraId="74E06873" w14:textId="77777777" w:rsidR="00357FBB" w:rsidRPr="00357FBB" w:rsidRDefault="00357FBB" w:rsidP="00357FBB">
      <w:pPr>
        <w:rPr>
          <w:szCs w:val="24"/>
          <w:lang w:val="sk-SK"/>
        </w:rPr>
      </w:pPr>
      <w:r w:rsidRPr="00357FBB">
        <w:rPr>
          <w:szCs w:val="24"/>
          <w:lang w:val="sk-SK"/>
        </w:rPr>
        <w:t xml:space="preserve">Zákonný zástupca dieťaťa je povinný dbať na riadne plnenie povinného predprimárneho vzdelávania dieťaťa. To znamená najmä zabezpečiť pravidelnú a </w:t>
      </w:r>
      <w:r w:rsidRPr="00357FBB">
        <w:rPr>
          <w:szCs w:val="24"/>
          <w:lang w:val="sk-SK"/>
        </w:rPr>
        <w:lastRenderedPageBreak/>
        <w:t>včasnú dochádzku dieťaťa do materskej školy a riadne ospravedlňovať jeho neprítomnosť podľa pravidiel školského poriadku.</w:t>
      </w:r>
    </w:p>
    <w:p w14:paraId="60140D1F" w14:textId="77777777" w:rsidR="00357FBB" w:rsidRPr="00357FBB" w:rsidRDefault="00357FBB" w:rsidP="00357FBB">
      <w:pPr>
        <w:rPr>
          <w:szCs w:val="24"/>
          <w:lang w:val="sk-SK"/>
        </w:rPr>
      </w:pPr>
      <w:r w:rsidRPr="00357FBB">
        <w:rPr>
          <w:szCs w:val="24"/>
          <w:lang w:val="sk-SK"/>
        </w:rPr>
        <w:t>Za zanedbávanie riadneho plnenia povinného predprimárneho vzdelávania sa považuje najmä, ak zákonný zástupca:</w:t>
      </w:r>
    </w:p>
    <w:p w14:paraId="7C483626" w14:textId="77777777" w:rsidR="00357FBB" w:rsidRPr="00357FBB" w:rsidRDefault="00357FBB" w:rsidP="00357FBB">
      <w:pPr>
        <w:numPr>
          <w:ilvl w:val="0"/>
          <w:numId w:val="99"/>
        </w:numPr>
        <w:rPr>
          <w:szCs w:val="24"/>
          <w:lang w:val="sk-SK"/>
        </w:rPr>
      </w:pPr>
      <w:r w:rsidRPr="00357FBB">
        <w:rPr>
          <w:szCs w:val="24"/>
          <w:lang w:val="sk-SK"/>
        </w:rPr>
        <w:t>neprihlási dieťa na plnenie povinného predprimárneho vzdelávania,</w:t>
      </w:r>
    </w:p>
    <w:p w14:paraId="7952527A" w14:textId="77777777" w:rsidR="00357FBB" w:rsidRPr="00357FBB" w:rsidRDefault="00357FBB" w:rsidP="00357FBB">
      <w:pPr>
        <w:numPr>
          <w:ilvl w:val="0"/>
          <w:numId w:val="99"/>
        </w:numPr>
        <w:rPr>
          <w:szCs w:val="24"/>
          <w:lang w:val="sk-SK"/>
        </w:rPr>
      </w:pPr>
      <w:r w:rsidRPr="00357FBB">
        <w:rPr>
          <w:szCs w:val="24"/>
          <w:lang w:val="sk-SK"/>
        </w:rPr>
        <w:t>nezabezpečí pravidelnú dochádzku dieťaťa do materskej školy,</w:t>
      </w:r>
    </w:p>
    <w:p w14:paraId="66330A21" w14:textId="77777777" w:rsidR="00357FBB" w:rsidRPr="00357FBB" w:rsidRDefault="00357FBB" w:rsidP="00357FBB">
      <w:pPr>
        <w:numPr>
          <w:ilvl w:val="0"/>
          <w:numId w:val="99"/>
        </w:numPr>
        <w:rPr>
          <w:szCs w:val="24"/>
          <w:lang w:val="sk-SK"/>
        </w:rPr>
      </w:pPr>
      <w:r w:rsidRPr="00357FBB">
        <w:rPr>
          <w:szCs w:val="24"/>
          <w:lang w:val="sk-SK"/>
        </w:rPr>
        <w:t>neoznamuje alebo neospravedlňuje neprítomnosť dieťaťa určeným spôsobom,</w:t>
      </w:r>
    </w:p>
    <w:p w14:paraId="4F187EE9" w14:textId="77777777" w:rsidR="00357FBB" w:rsidRPr="00357FBB" w:rsidRDefault="00357FBB" w:rsidP="00357FBB">
      <w:pPr>
        <w:numPr>
          <w:ilvl w:val="0"/>
          <w:numId w:val="99"/>
        </w:numPr>
        <w:rPr>
          <w:szCs w:val="24"/>
          <w:lang w:val="sk-SK"/>
        </w:rPr>
      </w:pPr>
      <w:r w:rsidRPr="00357FBB">
        <w:rPr>
          <w:szCs w:val="24"/>
          <w:lang w:val="sk-SK"/>
        </w:rPr>
        <w:t>nepredkladá doklady potrebné na ospravedlnenie neprítomnosti,</w:t>
      </w:r>
    </w:p>
    <w:p w14:paraId="79C99233" w14:textId="77777777" w:rsidR="00357FBB" w:rsidRPr="00357FBB" w:rsidRDefault="00357FBB" w:rsidP="00357FBB">
      <w:pPr>
        <w:numPr>
          <w:ilvl w:val="0"/>
          <w:numId w:val="99"/>
        </w:numPr>
        <w:rPr>
          <w:szCs w:val="24"/>
          <w:lang w:val="sk-SK"/>
        </w:rPr>
      </w:pPr>
      <w:r w:rsidRPr="00357FBB">
        <w:rPr>
          <w:szCs w:val="24"/>
          <w:lang w:val="sk-SK"/>
        </w:rPr>
        <w:t>opakovane porušuje pravidlá ospravedlňovania neprítomnosti dieťaťa,</w:t>
      </w:r>
    </w:p>
    <w:p w14:paraId="44FA9B66" w14:textId="77777777" w:rsidR="00357FBB" w:rsidRPr="00357FBB" w:rsidRDefault="00357FBB" w:rsidP="00357FBB">
      <w:pPr>
        <w:numPr>
          <w:ilvl w:val="0"/>
          <w:numId w:val="99"/>
        </w:numPr>
        <w:rPr>
          <w:szCs w:val="24"/>
          <w:lang w:val="sk-SK"/>
        </w:rPr>
      </w:pPr>
      <w:r w:rsidRPr="00357FBB">
        <w:rPr>
          <w:szCs w:val="24"/>
          <w:lang w:val="sk-SK"/>
        </w:rPr>
        <w:t>nezabezpečí súčinnosť so školou pri riešení neospravedlnenej neprítomnosti dieťaťa.</w:t>
      </w:r>
    </w:p>
    <w:p w14:paraId="5D286F0C" w14:textId="77777777" w:rsidR="00357FBB" w:rsidRPr="00357FBB" w:rsidRDefault="00357FBB" w:rsidP="00357FBB">
      <w:pPr>
        <w:rPr>
          <w:szCs w:val="24"/>
          <w:lang w:val="sk-SK"/>
        </w:rPr>
      </w:pPr>
      <w:r w:rsidRPr="00357FBB">
        <w:rPr>
          <w:szCs w:val="24"/>
          <w:lang w:val="sk-SK"/>
        </w:rPr>
        <w:t>Za zanedbávanie riadneho plnenia povinného predprimárneho vzdelávania sa považuje aj situácia, ak dieťa, pre ktoré je predprimárne vzdelávanie povinné, neospravedlnene vynechá viac ako 5 vyučovacích dní v kalendárnom mesiaci.</w:t>
      </w:r>
    </w:p>
    <w:p w14:paraId="7338F4C6" w14:textId="77777777" w:rsidR="00357FBB" w:rsidRPr="00357FBB" w:rsidRDefault="00357FBB" w:rsidP="00357FBB">
      <w:pPr>
        <w:rPr>
          <w:szCs w:val="24"/>
          <w:lang w:val="sk-SK"/>
        </w:rPr>
      </w:pPr>
      <w:r w:rsidRPr="00357FBB">
        <w:rPr>
          <w:szCs w:val="24"/>
          <w:lang w:val="sk-SK"/>
        </w:rPr>
        <w:t>Materská škola vedie evidenciu dochádzky dieťaťa, evidenciu ospravedlnenej a neospravedlnenej neprítomnosti a priebežne sleduje plnenie povinného predprimárneho vzdelávania.</w:t>
      </w:r>
    </w:p>
    <w:p w14:paraId="6B1352D4" w14:textId="77777777" w:rsidR="00357FBB" w:rsidRPr="00357FBB" w:rsidRDefault="00357FBB" w:rsidP="00357FBB">
      <w:pPr>
        <w:rPr>
          <w:szCs w:val="24"/>
          <w:lang w:val="sk-SK"/>
        </w:rPr>
      </w:pPr>
      <w:r w:rsidRPr="00357FBB">
        <w:rPr>
          <w:szCs w:val="24"/>
          <w:lang w:val="sk-SK"/>
        </w:rPr>
        <w:t>Ak materská škola zistí neospravedlnenú neprítomnosť dieťaťa alebo opakované porušovanie pravidiel dochádzky, prerokuje túto skutočnosť so zákonným zástupcom a vyzve ho na nápravu.</w:t>
      </w:r>
    </w:p>
    <w:p w14:paraId="5F5D7571" w14:textId="77777777" w:rsidR="00357FBB" w:rsidRPr="00357FBB" w:rsidRDefault="00357FBB" w:rsidP="00357FBB">
      <w:pPr>
        <w:rPr>
          <w:szCs w:val="24"/>
          <w:lang w:val="sk-SK"/>
        </w:rPr>
      </w:pPr>
      <w:r w:rsidRPr="00357FBB">
        <w:rPr>
          <w:szCs w:val="24"/>
          <w:lang w:val="sk-SK"/>
        </w:rPr>
        <w:t>Ak zákonný zástupca nedbá o riadne plnenie povinného predprimárneho vzdelávania, riaditeľka materskej školy oznámi túto skutočnosť príslušnému orgánu štátnej správy v školstve a obci, v ktorej má zákonný zástupca dieťaťa trvalý pobyt.</w:t>
      </w:r>
    </w:p>
    <w:p w14:paraId="1F6F5595" w14:textId="77777777" w:rsidR="00357FBB" w:rsidRPr="00357FBB" w:rsidRDefault="00357FBB" w:rsidP="00357FBB">
      <w:pPr>
        <w:rPr>
          <w:szCs w:val="24"/>
          <w:lang w:val="sk-SK"/>
        </w:rPr>
      </w:pPr>
      <w:r w:rsidRPr="00357FBB">
        <w:rPr>
          <w:szCs w:val="24"/>
          <w:lang w:val="sk-SK"/>
        </w:rPr>
        <w:t>Neprihlásenie dieťaťa na plnenie povinného predprimárneho vzdelávania alebo neospravedlnené vynechanie viac ako 5 vyučovacích dní v mesiaci môže mať pre zákonného zástupcu následky podľa platných právnych predpisov, najmä prerokovanie priestupku, uloženie pokuty alebo určenie osobitného príjemcu prídavku na dieťa.</w:t>
      </w:r>
    </w:p>
    <w:p w14:paraId="0D32ED54" w14:textId="77777777" w:rsidR="00357FBB" w:rsidRPr="00357FBB" w:rsidRDefault="00357FBB" w:rsidP="00357FBB">
      <w:pPr>
        <w:rPr>
          <w:szCs w:val="24"/>
          <w:lang w:val="sk-SK"/>
        </w:rPr>
      </w:pPr>
      <w:r w:rsidRPr="00357FBB">
        <w:rPr>
          <w:szCs w:val="24"/>
          <w:lang w:val="sk-SK"/>
        </w:rPr>
        <w:t>Pri posudzovaní zanedbávania riadneho plnenia povinného predprimárneho vzdelávania sa prihliada na riadne vedenú evidenciu dochádzky, spôsob ospravedlňovania neprítomnosti, predložené doklady a spoluprácu zákonného zástupcu s materskou školou.</w:t>
      </w:r>
    </w:p>
    <w:p w14:paraId="75C76BD4" w14:textId="77777777" w:rsidR="00F95945" w:rsidRDefault="00F95945" w:rsidP="00E154BF">
      <w:pPr>
        <w:spacing w:after="0" w:line="240" w:lineRule="auto"/>
        <w:rPr>
          <w:b/>
          <w:bCs/>
          <w:szCs w:val="24"/>
          <w:lang w:val="sk-SK"/>
        </w:rPr>
      </w:pPr>
    </w:p>
    <w:p w14:paraId="269D5E43" w14:textId="7E35FE30" w:rsidR="001E0F0E" w:rsidRPr="00392BAE" w:rsidRDefault="00000000" w:rsidP="001E0F0E">
      <w:pPr>
        <w:pStyle w:val="Nadpis1"/>
        <w:spacing w:before="0"/>
        <w:jc w:val="center"/>
        <w:rPr>
          <w:rFonts w:ascii="Arial" w:eastAsia="Arial" w:hAnsi="Arial" w:cs="Arial"/>
          <w:color w:val="0070C0"/>
          <w:sz w:val="24"/>
        </w:rPr>
      </w:pPr>
      <w:bookmarkStart w:id="54" w:name="_Toc238333749"/>
      <w:r w:rsidRPr="00392BAE">
        <w:rPr>
          <w:rFonts w:ascii="Arial" w:eastAsia="Arial" w:hAnsi="Arial" w:cs="Arial"/>
          <w:color w:val="0070C0"/>
          <w:sz w:val="24"/>
        </w:rPr>
        <w:lastRenderedPageBreak/>
        <w:t>Článok VII.</w:t>
      </w:r>
    </w:p>
    <w:p w14:paraId="7E80ACAE" w14:textId="3930F7C0" w:rsidR="00482B70" w:rsidRPr="00392BAE" w:rsidRDefault="00000000" w:rsidP="001E0F0E">
      <w:pPr>
        <w:pStyle w:val="Nadpis1"/>
        <w:spacing w:before="0"/>
        <w:jc w:val="center"/>
        <w:rPr>
          <w:color w:val="0070C0"/>
        </w:rPr>
      </w:pPr>
      <w:r w:rsidRPr="00392BAE">
        <w:rPr>
          <w:rFonts w:ascii="Arial" w:eastAsia="Arial" w:hAnsi="Arial" w:cs="Arial"/>
          <w:color w:val="0070C0"/>
          <w:sz w:val="24"/>
        </w:rPr>
        <w:t>Organizácia denných činností, stravovanie a podpora detí</w:t>
      </w:r>
      <w:bookmarkEnd w:id="54"/>
    </w:p>
    <w:p w14:paraId="296D9B67" w14:textId="77777777" w:rsidR="00E154BF" w:rsidRPr="00392BAE" w:rsidRDefault="00F95945" w:rsidP="00E154BF">
      <w:pPr>
        <w:pStyle w:val="Nadpis2"/>
        <w:spacing w:before="0"/>
        <w:rPr>
          <w:rFonts w:ascii="Arial" w:hAnsi="Arial" w:cs="Arial"/>
          <w:color w:val="0070C0"/>
          <w:sz w:val="24"/>
          <w:szCs w:val="24"/>
          <w:lang w:val="sk-SK"/>
        </w:rPr>
      </w:pPr>
      <w:bookmarkStart w:id="55" w:name="_Toc238333750"/>
      <w:r w:rsidRPr="00392BAE">
        <w:rPr>
          <w:rFonts w:ascii="Arial" w:eastAsia="Arial" w:hAnsi="Arial" w:cs="Arial"/>
          <w:color w:val="0070C0"/>
          <w:sz w:val="24"/>
        </w:rPr>
        <w:t>7.1 Organizácia denného režimu v materskej škole</w:t>
      </w:r>
      <w:bookmarkEnd w:id="55"/>
    </w:p>
    <w:p w14:paraId="6CEF928F" w14:textId="77777777" w:rsidR="00F95945" w:rsidRPr="00F95945" w:rsidRDefault="00F95945" w:rsidP="00E154BF">
      <w:pPr>
        <w:spacing w:after="0" w:line="240" w:lineRule="auto"/>
        <w:rPr>
          <w:b/>
          <w:bCs/>
          <w:color w:val="0070C0"/>
          <w:szCs w:val="24"/>
          <w:lang w:val="sk-SK"/>
        </w:rPr>
      </w:pPr>
    </w:p>
    <w:p w14:paraId="3DD6777A" w14:textId="77777777" w:rsidR="00E154BF" w:rsidRPr="00E154BF" w:rsidRDefault="00E154BF" w:rsidP="00E154BF">
      <w:pPr>
        <w:rPr>
          <w:szCs w:val="24"/>
          <w:lang w:val="sk-SK"/>
        </w:rPr>
      </w:pPr>
      <w:r w:rsidRPr="00E154BF">
        <w:rPr>
          <w:szCs w:val="24"/>
          <w:lang w:val="sk-SK"/>
        </w:rPr>
        <w:t>Denný režim v materskej škole je usporiadaný tak, aby rešpektoval vekové osobitosti detí, ich individuálne potreby, psychohygienické zásady, pravidelné striedanie činností, dostatok pohybu, pobyt vonku, odpočinok, stravovanie a bezpečný pobyt detí v materskej škole.</w:t>
      </w:r>
    </w:p>
    <w:p w14:paraId="67B26327" w14:textId="77777777" w:rsidR="00E154BF" w:rsidRPr="00E154BF" w:rsidRDefault="00E154BF" w:rsidP="00E154BF">
      <w:pPr>
        <w:rPr>
          <w:szCs w:val="24"/>
          <w:lang w:val="sk-SK"/>
        </w:rPr>
      </w:pPr>
      <w:r w:rsidRPr="00E154BF">
        <w:rPr>
          <w:szCs w:val="24"/>
          <w:lang w:val="sk-SK"/>
        </w:rPr>
        <w:t>Výchovno-vzdelávacia činnosť sa organizuje podľa denného poriadku, ktorý má pružný charakter. Môže sa primerane upravovať podľa potrieb detí, aktuálnej situácie v triede, počasia, školských aktivít, zdravotného stavu detí a organizačných podmienok materskej školy.</w:t>
      </w:r>
    </w:p>
    <w:p w14:paraId="4192B538" w14:textId="77777777" w:rsidR="00E154BF" w:rsidRPr="00E154BF" w:rsidRDefault="00E154BF" w:rsidP="00E154BF">
      <w:pPr>
        <w:rPr>
          <w:szCs w:val="24"/>
          <w:lang w:val="sk-SK"/>
        </w:rPr>
      </w:pPr>
      <w:r w:rsidRPr="00E154BF">
        <w:rPr>
          <w:szCs w:val="24"/>
          <w:lang w:val="sk-SK"/>
        </w:rPr>
        <w:t>Pri organizácii dňa sa zabezpečuje vyvážené striedanie:</w:t>
      </w:r>
    </w:p>
    <w:p w14:paraId="343F0E52" w14:textId="77777777" w:rsidR="00E154BF" w:rsidRPr="00E154BF" w:rsidRDefault="00E154BF" w:rsidP="00E154BF">
      <w:pPr>
        <w:numPr>
          <w:ilvl w:val="0"/>
          <w:numId w:val="100"/>
        </w:numPr>
        <w:rPr>
          <w:szCs w:val="24"/>
          <w:lang w:val="sk-SK"/>
        </w:rPr>
      </w:pPr>
      <w:r w:rsidRPr="00E154BF">
        <w:rPr>
          <w:szCs w:val="24"/>
          <w:lang w:val="sk-SK"/>
        </w:rPr>
        <w:t>riadených a neriadených činností,</w:t>
      </w:r>
    </w:p>
    <w:p w14:paraId="7215259F" w14:textId="77777777" w:rsidR="00E154BF" w:rsidRPr="00E154BF" w:rsidRDefault="00E154BF" w:rsidP="00E154BF">
      <w:pPr>
        <w:numPr>
          <w:ilvl w:val="0"/>
          <w:numId w:val="100"/>
        </w:numPr>
        <w:rPr>
          <w:szCs w:val="24"/>
          <w:lang w:val="sk-SK"/>
        </w:rPr>
      </w:pPr>
      <w:r w:rsidRPr="00E154BF">
        <w:rPr>
          <w:szCs w:val="24"/>
          <w:lang w:val="sk-SK"/>
        </w:rPr>
        <w:t>spontánnych a zámerne plánovaných aktivít,</w:t>
      </w:r>
    </w:p>
    <w:p w14:paraId="305129B1" w14:textId="77777777" w:rsidR="00E154BF" w:rsidRPr="00E154BF" w:rsidRDefault="00E154BF" w:rsidP="00E154BF">
      <w:pPr>
        <w:numPr>
          <w:ilvl w:val="0"/>
          <w:numId w:val="100"/>
        </w:numPr>
        <w:rPr>
          <w:szCs w:val="24"/>
          <w:lang w:val="sk-SK"/>
        </w:rPr>
      </w:pPr>
      <w:r w:rsidRPr="00E154BF">
        <w:rPr>
          <w:szCs w:val="24"/>
          <w:lang w:val="sk-SK"/>
        </w:rPr>
        <w:t>pohybových, poznávacích, tvorivých a relaxačných činností,</w:t>
      </w:r>
    </w:p>
    <w:p w14:paraId="34B9388E" w14:textId="77777777" w:rsidR="00E154BF" w:rsidRPr="00E154BF" w:rsidRDefault="00E154BF" w:rsidP="00E154BF">
      <w:pPr>
        <w:numPr>
          <w:ilvl w:val="0"/>
          <w:numId w:val="100"/>
        </w:numPr>
        <w:rPr>
          <w:szCs w:val="24"/>
          <w:lang w:val="sk-SK"/>
        </w:rPr>
      </w:pPr>
      <w:r w:rsidRPr="00E154BF">
        <w:rPr>
          <w:szCs w:val="24"/>
          <w:lang w:val="sk-SK"/>
        </w:rPr>
        <w:t>individuálnych, skupinových a frontálnych foriem práce,</w:t>
      </w:r>
    </w:p>
    <w:p w14:paraId="40BB5D7A" w14:textId="77777777" w:rsidR="00E154BF" w:rsidRPr="00E154BF" w:rsidRDefault="00E154BF" w:rsidP="00E154BF">
      <w:pPr>
        <w:numPr>
          <w:ilvl w:val="0"/>
          <w:numId w:val="100"/>
        </w:numPr>
        <w:rPr>
          <w:szCs w:val="24"/>
          <w:lang w:val="sk-SK"/>
        </w:rPr>
      </w:pPr>
      <w:r w:rsidRPr="00E154BF">
        <w:rPr>
          <w:szCs w:val="24"/>
          <w:lang w:val="sk-SK"/>
        </w:rPr>
        <w:t>činností v interiéri a exteriéri.</w:t>
      </w:r>
    </w:p>
    <w:p w14:paraId="6EFDEC81" w14:textId="77777777" w:rsidR="00E154BF" w:rsidRPr="00E154BF" w:rsidRDefault="00E154BF" w:rsidP="00E154BF">
      <w:pPr>
        <w:pStyle w:val="Nadpis3"/>
        <w:spacing w:before="0"/>
        <w:rPr>
          <w:rFonts w:ascii="Arial" w:hAnsi="Arial" w:cs="Arial"/>
          <w:szCs w:val="24"/>
          <w:lang w:val="sk-SK"/>
        </w:rPr>
      </w:pPr>
      <w:r>
        <w:rPr>
          <w:rFonts w:ascii="Arial" w:eastAsia="Arial" w:hAnsi="Arial" w:cs="Arial"/>
        </w:rPr>
        <w:t>Organizačné formy denných činností</w:t>
      </w:r>
    </w:p>
    <w:p w14:paraId="1E67133E" w14:textId="77777777" w:rsidR="00E154BF" w:rsidRDefault="00E154BF" w:rsidP="00E154BF">
      <w:pPr>
        <w:rPr>
          <w:szCs w:val="24"/>
          <w:lang w:val="sk-SK"/>
        </w:rPr>
      </w:pPr>
      <w:r w:rsidRPr="00E154BF">
        <w:rPr>
          <w:szCs w:val="24"/>
          <w:lang w:val="sk-SK"/>
        </w:rPr>
        <w:t>V materskej škole sa v priebehu dňa realizujú najmä tieto organizačné formy:</w:t>
      </w:r>
    </w:p>
    <w:p w14:paraId="7359E718" w14:textId="77777777" w:rsidR="00E154BF" w:rsidRPr="00E154BF" w:rsidRDefault="00E154BF" w:rsidP="00E154BF">
      <w:pPr>
        <w:rPr>
          <w:b/>
          <w:bCs/>
          <w:szCs w:val="24"/>
          <w:lang w:val="sk-SK"/>
        </w:rPr>
      </w:pPr>
      <w:r w:rsidRPr="00E154BF">
        <w:rPr>
          <w:b/>
          <w:bCs/>
          <w:szCs w:val="24"/>
          <w:lang w:val="sk-SK"/>
        </w:rPr>
        <w:t>Hry a činnosti podľa výberu detí,</w:t>
      </w:r>
    </w:p>
    <w:p w14:paraId="5B037F0D" w14:textId="77777777" w:rsidR="00E154BF" w:rsidRPr="00E154BF" w:rsidRDefault="00E154BF" w:rsidP="00E154BF">
      <w:pPr>
        <w:rPr>
          <w:szCs w:val="24"/>
          <w:lang w:val="sk-SK"/>
        </w:rPr>
      </w:pPr>
      <w:r w:rsidRPr="00E154BF">
        <w:rPr>
          <w:szCs w:val="24"/>
          <w:lang w:val="sk-SK"/>
        </w:rPr>
        <w:t xml:space="preserve">Hry a činnosti podľa výberu detí vytvárajú priestor na spontánnu aktivitu, rozvoj tvorivosti, komunikácie, sociálnych vzťahov, samostatnosti a rozhodovania dieťaťa. </w:t>
      </w:r>
    </w:p>
    <w:p w14:paraId="302DEEF7" w14:textId="77777777" w:rsidR="00E154BF" w:rsidRPr="00E154BF" w:rsidRDefault="00E154BF" w:rsidP="00E154BF">
      <w:pPr>
        <w:pStyle w:val="Nadpis3"/>
        <w:spacing w:before="0"/>
        <w:rPr>
          <w:rFonts w:ascii="Arial" w:hAnsi="Arial" w:cs="Arial"/>
          <w:szCs w:val="24"/>
          <w:lang w:val="sk-SK"/>
        </w:rPr>
      </w:pPr>
      <w:r>
        <w:rPr>
          <w:rFonts w:ascii="Arial" w:eastAsia="Arial" w:hAnsi="Arial" w:cs="Arial"/>
        </w:rPr>
        <w:t>Zdravotné cvičenie a pohybové aktivity</w:t>
      </w:r>
    </w:p>
    <w:p w14:paraId="6D353A04" w14:textId="77777777" w:rsidR="00E154BF" w:rsidRDefault="00E154BF" w:rsidP="00E154BF">
      <w:pPr>
        <w:rPr>
          <w:szCs w:val="24"/>
          <w:lang w:val="sk-SK"/>
        </w:rPr>
      </w:pPr>
      <w:r w:rsidRPr="00E154BF">
        <w:rPr>
          <w:szCs w:val="24"/>
          <w:lang w:val="sk-SK"/>
        </w:rPr>
        <w:t>Zdravotné cvičenie a pohybové aktivity sa zaraďujú pravidelne s cieľom podporovať správne držanie tela, koordináciu pohybov, pohybovú zdatnosť, obratnosť a pozitívny vzťah detí k pohybu. Realizujú sa primerane veku, zdravotnému stavu a možnostiam detí.</w:t>
      </w:r>
    </w:p>
    <w:p w14:paraId="2DFFA5D0" w14:textId="77777777" w:rsidR="00E154BF" w:rsidRPr="00E154BF" w:rsidRDefault="00E154BF" w:rsidP="00E154BF">
      <w:pPr>
        <w:pStyle w:val="Nadpis3"/>
        <w:spacing w:before="0"/>
        <w:rPr>
          <w:rFonts w:ascii="Arial" w:hAnsi="Arial" w:cs="Arial"/>
          <w:szCs w:val="24"/>
          <w:lang w:val="sk-SK"/>
        </w:rPr>
      </w:pPr>
      <w:r>
        <w:rPr>
          <w:rFonts w:ascii="Arial" w:eastAsia="Arial" w:hAnsi="Arial" w:cs="Arial"/>
        </w:rPr>
        <w:t>Vzdelávacie aktivity</w:t>
      </w:r>
    </w:p>
    <w:p w14:paraId="4388E7DE" w14:textId="77777777" w:rsidR="00E154BF" w:rsidRPr="00E154BF" w:rsidRDefault="00E154BF" w:rsidP="00E154BF">
      <w:pPr>
        <w:rPr>
          <w:szCs w:val="24"/>
          <w:lang w:val="sk-SK"/>
        </w:rPr>
      </w:pPr>
      <w:r w:rsidRPr="00E154BF">
        <w:rPr>
          <w:szCs w:val="24"/>
          <w:lang w:val="sk-SK"/>
        </w:rPr>
        <w:t>Vzdelávacie aktivity sú zámerne plánované činnosti vychádzajúce zo Školského vzdelávacieho programu a zo Štátneho vzdelávacieho programu pre predprimárne vzdelávanie. Realizujú sa hravou, zážitkovou, bádateľskou, tvorivou a praktickou formou. Môžu prebiehať individuálne, skupinovo alebo so všetkými deťmi podľa cieľa činnosti a potrieb detí.</w:t>
      </w:r>
    </w:p>
    <w:p w14:paraId="7633F82D" w14:textId="77777777" w:rsidR="00E154BF" w:rsidRPr="00E154BF" w:rsidRDefault="00E154BF" w:rsidP="00E154BF">
      <w:pPr>
        <w:pStyle w:val="Nadpis3"/>
        <w:spacing w:before="0"/>
        <w:rPr>
          <w:rFonts w:ascii="Arial" w:hAnsi="Arial" w:cs="Arial"/>
          <w:szCs w:val="24"/>
          <w:lang w:val="sk-SK"/>
        </w:rPr>
      </w:pPr>
      <w:r>
        <w:rPr>
          <w:rFonts w:ascii="Arial" w:eastAsia="Arial" w:hAnsi="Arial" w:cs="Arial"/>
        </w:rPr>
        <w:lastRenderedPageBreak/>
        <w:t>Pobyt vonku</w:t>
      </w:r>
    </w:p>
    <w:p w14:paraId="42C4CFF5" w14:textId="77777777" w:rsidR="00E154BF" w:rsidRPr="00E154BF" w:rsidRDefault="00E154BF" w:rsidP="00E154BF">
      <w:pPr>
        <w:rPr>
          <w:szCs w:val="24"/>
          <w:lang w:val="sk-SK"/>
        </w:rPr>
      </w:pPr>
      <w:r w:rsidRPr="00E154BF">
        <w:rPr>
          <w:szCs w:val="24"/>
          <w:lang w:val="sk-SK"/>
        </w:rPr>
        <w:t>Pobyt vonku je pravidelnou súčasťou denného režimu. Realizuje sa spravidla každý deň s prihliadnutím na počasie, kvalitu ovzdušia, zdravotný stav detí a aktuálne podmienky materskej školy. Zahŕňa vychádzky, pohybové hry, sezónne činnosti, pozorovanie prírody, environmentálne aktivity a hry na školskom dvore.</w:t>
      </w:r>
    </w:p>
    <w:p w14:paraId="136ABC5A" w14:textId="77777777" w:rsidR="00E154BF" w:rsidRPr="00E154BF" w:rsidRDefault="00E154BF" w:rsidP="00E154BF">
      <w:pPr>
        <w:pStyle w:val="Nadpis3"/>
        <w:spacing w:before="0"/>
        <w:rPr>
          <w:rFonts w:ascii="Arial" w:hAnsi="Arial" w:cs="Arial"/>
          <w:szCs w:val="24"/>
          <w:lang w:val="sk-SK"/>
        </w:rPr>
      </w:pPr>
      <w:r>
        <w:rPr>
          <w:rFonts w:ascii="Arial" w:eastAsia="Arial" w:hAnsi="Arial" w:cs="Arial"/>
        </w:rPr>
        <w:t>Odpočinok</w:t>
      </w:r>
    </w:p>
    <w:p w14:paraId="00C89414" w14:textId="77777777" w:rsidR="00E154BF" w:rsidRPr="00E154BF" w:rsidRDefault="00E154BF" w:rsidP="00E154BF">
      <w:pPr>
        <w:rPr>
          <w:szCs w:val="24"/>
          <w:lang w:val="sk-SK"/>
        </w:rPr>
      </w:pPr>
      <w:r w:rsidRPr="00E154BF">
        <w:rPr>
          <w:szCs w:val="24"/>
          <w:lang w:val="sk-SK"/>
        </w:rPr>
        <w:t>Odpočinok je súčasťou denného režimu a prispôsobuje sa veku, potrebám a individuálnym osobitostiam detí. Realizuje sa v pokojnom prostredí, pričom sa rešpektuje potreba relaxácie, regenerácie a psychohygieny dieťaťa.</w:t>
      </w:r>
    </w:p>
    <w:p w14:paraId="29E56C67" w14:textId="77777777" w:rsidR="00E154BF" w:rsidRPr="00E154BF" w:rsidRDefault="00E154BF" w:rsidP="00E154BF">
      <w:pPr>
        <w:pStyle w:val="Nadpis3"/>
        <w:spacing w:before="0"/>
        <w:rPr>
          <w:rFonts w:ascii="Arial" w:hAnsi="Arial" w:cs="Arial"/>
          <w:szCs w:val="24"/>
          <w:lang w:val="sk-SK"/>
        </w:rPr>
      </w:pPr>
      <w:r>
        <w:rPr>
          <w:rFonts w:ascii="Arial" w:eastAsia="Arial" w:hAnsi="Arial" w:cs="Arial"/>
        </w:rPr>
        <w:t>Životospráva, hygiena a stravovanie</w:t>
      </w:r>
    </w:p>
    <w:p w14:paraId="617C7A8B" w14:textId="77777777" w:rsidR="00E154BF" w:rsidRDefault="00E154BF" w:rsidP="00E154BF">
      <w:pPr>
        <w:rPr>
          <w:szCs w:val="24"/>
          <w:lang w:val="sk-SK"/>
        </w:rPr>
      </w:pPr>
      <w:r w:rsidRPr="00E154BF">
        <w:rPr>
          <w:szCs w:val="24"/>
          <w:lang w:val="sk-SK"/>
        </w:rPr>
        <w:t>Činnosti zabezpečujúce životosprávu zahŕňajú osobnú hygienu, sebaobslužné činnosti, stolovanie, pitný režim a stravovanie. Deti sú primerane veku vedené k samostatnosti, kultúrnym návykom pri stolovaní, starostlivosti o vlastné zdravie a dodržiavaniu hygienických pravidiel.</w:t>
      </w:r>
    </w:p>
    <w:p w14:paraId="0D11BE07" w14:textId="77777777" w:rsidR="00E3623F" w:rsidRPr="00E3623F" w:rsidRDefault="00E3623F" w:rsidP="00E3623F">
      <w:pPr>
        <w:rPr>
          <w:b/>
          <w:bCs/>
          <w:szCs w:val="24"/>
          <w:lang w:val="sk-SK"/>
        </w:rPr>
      </w:pPr>
      <w:r w:rsidRPr="00E3623F">
        <w:rPr>
          <w:b/>
          <w:bCs/>
          <w:szCs w:val="24"/>
          <w:lang w:val="sk-SK"/>
        </w:rPr>
        <w:t>Pitný režim detí</w:t>
      </w:r>
    </w:p>
    <w:p w14:paraId="7CB3BCB9" w14:textId="77777777" w:rsidR="00E3623F" w:rsidRPr="00E3623F" w:rsidRDefault="00E3623F" w:rsidP="00E3623F">
      <w:pPr>
        <w:rPr>
          <w:szCs w:val="24"/>
          <w:lang w:val="sk-SK"/>
        </w:rPr>
      </w:pPr>
      <w:r w:rsidRPr="00E3623F">
        <w:rPr>
          <w:szCs w:val="24"/>
          <w:lang w:val="sk-SK"/>
        </w:rPr>
        <w:t>Materská škola zabezpečuje deťom pitný režim počas celého pobytu v materskej škole hygienicky vyhovujúcim spôsobom, v súlade s požiadavkami platných právnych predpisov na zariadenia pre deti a mládež. Deťom sa poskytuje najmä čistá pitná voda, prípadne iný výživovo hodnotný nápoj podľa podmienok školy a školského stravovania.</w:t>
      </w:r>
    </w:p>
    <w:p w14:paraId="165C0F87" w14:textId="77777777" w:rsidR="00E3623F" w:rsidRPr="00E3623F" w:rsidRDefault="00E3623F" w:rsidP="00E3623F">
      <w:pPr>
        <w:rPr>
          <w:szCs w:val="24"/>
          <w:lang w:val="sk-SK"/>
        </w:rPr>
      </w:pPr>
      <w:r w:rsidRPr="00E3623F">
        <w:rPr>
          <w:szCs w:val="24"/>
          <w:lang w:val="sk-SK"/>
        </w:rPr>
        <w:t>Pitný režim pri podávaní jedla zabezpečuje školská jedáleň ako súčasť stravovania detí. Počas ostatných častí dňa zabezpečujú dostupnosť pitnej vody pedagogickí zamestnanci v jednotlivých triedach. Deti majú možnosť napiť sa podľa individuálnej potreby počas celého dňa.</w:t>
      </w:r>
    </w:p>
    <w:p w14:paraId="64CC6D81" w14:textId="77777777" w:rsidR="00E3623F" w:rsidRPr="00E3623F" w:rsidRDefault="00E3623F" w:rsidP="00E3623F">
      <w:pPr>
        <w:rPr>
          <w:szCs w:val="24"/>
          <w:lang w:val="sk-SK"/>
        </w:rPr>
      </w:pPr>
      <w:r w:rsidRPr="00E3623F">
        <w:rPr>
          <w:szCs w:val="24"/>
          <w:lang w:val="sk-SK"/>
        </w:rPr>
        <w:t>Každé dieťa používa vlastnú šálku označenú individuálnou značkou. Šálky sú uložené na určenej tácke na miestach označených rovnakými značkami, aké majú deti na svojich šálkach. Šálky sú uložené tak, aby sa navzájom nedotýkali a aby sa predchádzalo ich zámene medzi deťmi.</w:t>
      </w:r>
    </w:p>
    <w:p w14:paraId="1191E84D" w14:textId="77777777" w:rsidR="00E3623F" w:rsidRPr="00E3623F" w:rsidRDefault="00E3623F" w:rsidP="00E3623F">
      <w:pPr>
        <w:rPr>
          <w:szCs w:val="24"/>
          <w:lang w:val="sk-SK"/>
        </w:rPr>
      </w:pPr>
      <w:r w:rsidRPr="00E3623F">
        <w:rPr>
          <w:szCs w:val="24"/>
          <w:lang w:val="sk-SK"/>
        </w:rPr>
        <w:t>Za priebežné udržiavanie poriadku, hygienu a umývanie šálok zodpovedajú pedagogickí zamestnanci príslušnej triedy. Šálky sa umývajú pravidelne podľa potreby, spravidla po skončení prevádzky triedy alebo po ukončení pracovnej zmeny, tak aby boli pripravené na ďalší deň v hygienicky vyhovujúcom stave.</w:t>
      </w:r>
    </w:p>
    <w:p w14:paraId="4DD3BB55" w14:textId="3DB03553" w:rsidR="00F74900" w:rsidRPr="00E3623F" w:rsidRDefault="00E3623F" w:rsidP="00E3623F">
      <w:pPr>
        <w:rPr>
          <w:szCs w:val="24"/>
          <w:lang w:val="sk-SK"/>
        </w:rPr>
      </w:pPr>
      <w:r w:rsidRPr="00E3623F">
        <w:rPr>
          <w:szCs w:val="24"/>
          <w:lang w:val="sk-SK"/>
        </w:rPr>
        <w:t>Počas pobytu vonku majú deti vlastné fľaše s pitnou vodou, označené menom alebo značkou dieťaťa. Zákonný zástupca zabezpečí dieťaťu čistú a vhodnú fľašu s vodou podľa pokynov materskej školy. Pedagogickí zamestnanci dbajú na to, aby deti mali možnosť napiť sa aj počas pobytu vonku podľa individuálnej potreby.</w:t>
      </w:r>
    </w:p>
    <w:p w14:paraId="7F7604A4" w14:textId="77777777" w:rsidR="001C1F73" w:rsidRPr="00392BAE" w:rsidRDefault="001C1F73" w:rsidP="001C1F73">
      <w:pPr>
        <w:pStyle w:val="Nadpis2"/>
        <w:spacing w:before="0"/>
        <w:rPr>
          <w:rFonts w:ascii="Arial" w:eastAsia="Arial" w:hAnsi="Arial" w:cs="Arial"/>
          <w:color w:val="0070C0"/>
          <w:sz w:val="24"/>
        </w:rPr>
      </w:pPr>
      <w:bookmarkStart w:id="56" w:name="_Toc238333751"/>
      <w:r w:rsidRPr="00392BAE">
        <w:rPr>
          <w:rFonts w:ascii="Arial" w:eastAsia="Arial" w:hAnsi="Arial" w:cs="Arial"/>
          <w:color w:val="0070C0"/>
          <w:sz w:val="24"/>
        </w:rPr>
        <w:lastRenderedPageBreak/>
        <w:t>7.2 Organizácia v šatni</w:t>
      </w:r>
      <w:bookmarkEnd w:id="56"/>
    </w:p>
    <w:p w14:paraId="2F473507" w14:textId="77777777" w:rsidR="00F74900" w:rsidRPr="00F74900" w:rsidRDefault="00F74900" w:rsidP="002E1C4A">
      <w:pPr>
        <w:spacing w:after="0"/>
      </w:pPr>
    </w:p>
    <w:p w14:paraId="6D9CFD83" w14:textId="77777777" w:rsidR="001C1F73" w:rsidRPr="001C1F73" w:rsidRDefault="001C1F73" w:rsidP="001C1F73">
      <w:pPr>
        <w:rPr>
          <w:szCs w:val="24"/>
          <w:lang w:val="sk-SK"/>
        </w:rPr>
      </w:pPr>
      <w:r w:rsidRPr="001C1F73">
        <w:rPr>
          <w:szCs w:val="24"/>
          <w:lang w:val="sk-SK"/>
        </w:rPr>
        <w:t>Do šatne majú prístup zákonní zástupcovia detí a nimi písomne poverené osoby. Pri prezliekaní, odkladaní osobných vecí a úprave oblečenia vedú deti v spolupráci s pedagogickými zamestnancami k samostatnosti, poriadku a primeranej sebaobsluhe.</w:t>
      </w:r>
    </w:p>
    <w:p w14:paraId="3AB68732" w14:textId="77777777" w:rsidR="001C1F73" w:rsidRPr="001C1F73" w:rsidRDefault="001C1F73" w:rsidP="001C1F73">
      <w:pPr>
        <w:rPr>
          <w:szCs w:val="24"/>
          <w:lang w:val="sk-SK"/>
        </w:rPr>
      </w:pPr>
      <w:r w:rsidRPr="001C1F73">
        <w:rPr>
          <w:szCs w:val="24"/>
          <w:lang w:val="sk-SK"/>
        </w:rPr>
        <w:t>Zákonní zástupcovia a poverené osoby sú povinní počas príchodu a odchodu dieťaťa z materskej školy dohliadať na jeho bezpečnosť. Dieťa nesmie zostať bez dozoru v šatni, na chodbe ani v iných priestoroch materskej školy. Zákonný zástupca zabezpečí, aby dieťa nebehalo po priestoroch školy a svojím správaním neohrozovalo seba ani ostatné deti.</w:t>
      </w:r>
    </w:p>
    <w:p w14:paraId="076D65B4" w14:textId="77777777" w:rsidR="001C1F73" w:rsidRPr="001C1F73" w:rsidRDefault="001C1F73" w:rsidP="001C1F73">
      <w:pPr>
        <w:rPr>
          <w:szCs w:val="24"/>
          <w:lang w:val="sk-SK"/>
        </w:rPr>
      </w:pPr>
      <w:r w:rsidRPr="001C1F73">
        <w:rPr>
          <w:szCs w:val="24"/>
          <w:lang w:val="sk-SK"/>
        </w:rPr>
        <w:t>Za poriadok v skrinkách detí a estetickú úpravu šatne zodpovedajú pedagogickí zamestnanci príslušnej triedy. Za čistotu a hygienu šatne zodpovedajú prevádzkoví zamestnanci podľa pracovnej náplne a pokynov riaditeľky materskej školy.</w:t>
      </w:r>
    </w:p>
    <w:p w14:paraId="0AE36A62" w14:textId="77777777" w:rsidR="001C1F73" w:rsidRPr="001C1F73" w:rsidRDefault="001C1F73" w:rsidP="001C1F73">
      <w:pPr>
        <w:rPr>
          <w:szCs w:val="24"/>
          <w:lang w:val="sk-SK"/>
        </w:rPr>
      </w:pPr>
      <w:r w:rsidRPr="001C1F73">
        <w:rPr>
          <w:szCs w:val="24"/>
          <w:lang w:val="sk-SK"/>
        </w:rPr>
        <w:t>Za bezpečnosť detí pri obliekaní, vyzliekaní, presune zo šatne a pri príprave na pobyt vonku zodpovedá pedagogický zamestnanec príslušnej triedy. Deti nesmú zostať v šatni bez dohľadu.</w:t>
      </w:r>
    </w:p>
    <w:p w14:paraId="5174E9B9" w14:textId="77777777" w:rsidR="001C1F73" w:rsidRPr="001C1F73" w:rsidRDefault="001C1F73" w:rsidP="001C1F73">
      <w:pPr>
        <w:rPr>
          <w:szCs w:val="24"/>
          <w:lang w:val="sk-SK"/>
        </w:rPr>
      </w:pPr>
      <w:r w:rsidRPr="001C1F73">
        <w:rPr>
          <w:szCs w:val="24"/>
          <w:lang w:val="sk-SK"/>
        </w:rPr>
        <w:t>Počas prípravy na pobyt vonku a po návrate z pobytu vonku pomáhajú prevádzkoví zamestnanci najmä mladším deťom pri obliekaní a vyzliekaní podľa aktuálnej potreby a organizačných možností materskej školy. Pedagogickí zamestnanci v spolupráci s prevádzkovými zamestnancami dbajú na to, aby si deti svoje osobné veci uložili do skriniek a aby sa mokré alebo znečistené oblečenie podľa možností vhodne odložilo alebo vysušilo.</w:t>
      </w:r>
    </w:p>
    <w:p w14:paraId="0D3739EC" w14:textId="77777777" w:rsidR="001C1F73" w:rsidRPr="001C1F73" w:rsidRDefault="001C1F73" w:rsidP="001C1F73">
      <w:pPr>
        <w:rPr>
          <w:szCs w:val="24"/>
          <w:lang w:val="sk-SK"/>
        </w:rPr>
      </w:pPr>
      <w:r w:rsidRPr="001C1F73">
        <w:rPr>
          <w:szCs w:val="24"/>
          <w:lang w:val="sk-SK"/>
        </w:rPr>
        <w:t>Ak sa pedagogický zamestnanec pripravuje s deťmi na pobyt vonku alebo zabezpečuje organizáciu presunu detí, môže požiadať prevádzkového zamestnanca o pomoc pri dohľade nad deťmi v šatni.</w:t>
      </w:r>
    </w:p>
    <w:p w14:paraId="1AB5D2CD" w14:textId="77777777" w:rsidR="001C1F73" w:rsidRDefault="001C1F73" w:rsidP="001C1F73">
      <w:pPr>
        <w:rPr>
          <w:szCs w:val="24"/>
          <w:lang w:val="sk-SK"/>
        </w:rPr>
      </w:pPr>
      <w:r w:rsidRPr="001C1F73">
        <w:rPr>
          <w:szCs w:val="24"/>
        </w:rPr>
        <w:t>Zákonný zástupca je povinný označiť osobné veci dieťaťa menom alebo iným jednoznačným označením, najmä obuv na prezutie, pyžamo, náhradné oblečenie, vrchné oblečenie, čiapky, rukavice a ďalšie doplnky. Označenie osobných vecí napomáha predchádzať ich zámene, strate alebo omylom pri ukladaní vecí v šatni.</w:t>
      </w:r>
    </w:p>
    <w:p w14:paraId="4C64C190" w14:textId="77777777" w:rsidR="001C1F73" w:rsidRDefault="001C1F73" w:rsidP="001C1F73">
      <w:pPr>
        <w:rPr>
          <w:szCs w:val="24"/>
          <w:lang w:val="sk-SK"/>
        </w:rPr>
      </w:pPr>
      <w:r w:rsidRPr="001C1F73">
        <w:rPr>
          <w:szCs w:val="24"/>
          <w:lang w:val="sk-SK"/>
        </w:rPr>
        <w:t>Zákonný zástupca zabezpečí dieťaťu vhodné a pohodlné oblečenie do triedy, primerané oblečenie na pobyt vonku a bezpečnú obuv na prezutie. Obuv má byť pevná, zdravotne vyhovujúca a vhodná na bezpečný pohyb dieťaťa v priestoroch materskej školy. Z bezpečnostných dôvodov nie je povolené používať šľapky, kroksy a inú nestabilnú obuv.</w:t>
      </w:r>
    </w:p>
    <w:p w14:paraId="380E520A" w14:textId="6A3A9112" w:rsidR="00F74900" w:rsidRPr="001C1F73" w:rsidRDefault="001C1F73" w:rsidP="001C1F73">
      <w:pPr>
        <w:rPr>
          <w:szCs w:val="24"/>
          <w:lang w:val="sk-SK"/>
        </w:rPr>
      </w:pPr>
      <w:r w:rsidRPr="001C1F73">
        <w:rPr>
          <w:szCs w:val="24"/>
          <w:lang w:val="sk-SK"/>
        </w:rPr>
        <w:t>Pri hromadnom presune detí sa využívajú určené priestory a spojovacie chodby materskej školy. Presun detí organizuje pedagogický zamestnanec tak, aby bola zabezpečená bezpečnosť, primeraný dohľad a plynulý pohyb detí v priestoroch školy.</w:t>
      </w:r>
    </w:p>
    <w:p w14:paraId="509F154E" w14:textId="2BFA8453" w:rsidR="00F74900" w:rsidRDefault="00A367DE" w:rsidP="002E1C4A">
      <w:pPr>
        <w:pStyle w:val="Nadpis2"/>
        <w:spacing w:before="0"/>
        <w:rPr>
          <w:rFonts w:ascii="Arial" w:eastAsia="Arial" w:hAnsi="Arial" w:cs="Arial"/>
          <w:color w:val="0070C0"/>
          <w:sz w:val="24"/>
        </w:rPr>
      </w:pPr>
      <w:bookmarkStart w:id="57" w:name="_Toc238333752"/>
      <w:r w:rsidRPr="00392BAE">
        <w:rPr>
          <w:rFonts w:ascii="Arial" w:eastAsia="Arial" w:hAnsi="Arial" w:cs="Arial"/>
          <w:color w:val="0070C0"/>
          <w:sz w:val="24"/>
        </w:rPr>
        <w:lastRenderedPageBreak/>
        <w:t>7.3 Organizácia v umyvárni</w:t>
      </w:r>
      <w:bookmarkEnd w:id="57"/>
    </w:p>
    <w:p w14:paraId="29306409" w14:textId="77777777" w:rsidR="002E1C4A" w:rsidRPr="002E1C4A" w:rsidRDefault="002E1C4A" w:rsidP="002E1C4A">
      <w:pPr>
        <w:spacing w:after="0"/>
      </w:pPr>
    </w:p>
    <w:p w14:paraId="5CC830C6" w14:textId="77777777" w:rsidR="00A367DE" w:rsidRPr="00A367DE" w:rsidRDefault="00A367DE" w:rsidP="00A367DE">
      <w:pPr>
        <w:rPr>
          <w:szCs w:val="24"/>
          <w:lang w:val="sk-SK"/>
        </w:rPr>
      </w:pPr>
      <w:r w:rsidRPr="00A367DE">
        <w:rPr>
          <w:szCs w:val="24"/>
          <w:lang w:val="sk-SK"/>
        </w:rPr>
        <w:t>Triedy A a D majú samostatnú umyváreň. Triedy B a C využívajú spoločnú umyváreň, v ktorej sa striedajú podľa organizácie denného režimu a pokynov pedagogických zamestnancov.</w:t>
      </w:r>
    </w:p>
    <w:p w14:paraId="0704055C" w14:textId="77777777" w:rsidR="00A367DE" w:rsidRPr="00A367DE" w:rsidRDefault="00A367DE" w:rsidP="00A367DE">
      <w:pPr>
        <w:rPr>
          <w:szCs w:val="24"/>
          <w:lang w:val="sk-SK"/>
        </w:rPr>
      </w:pPr>
      <w:r w:rsidRPr="00A367DE">
        <w:rPr>
          <w:szCs w:val="24"/>
          <w:lang w:val="sk-SK"/>
        </w:rPr>
        <w:t>Na utieranie rúk sa v umyvárňach používajú textilné uteráky alebo papierové utierky podľa aktuálnych hygienických a organizačných podmienok materskej školy. Vešiaky na uteráky sú označené tak, aby každé dieťa používalo vlastný uterák. Pri spájaní tried alebo pri zvýšených hygienických opatreniach môžu deti používať papierové utierky.</w:t>
      </w:r>
    </w:p>
    <w:p w14:paraId="404E3D57" w14:textId="77777777" w:rsidR="00A367DE" w:rsidRPr="00A367DE" w:rsidRDefault="00A367DE" w:rsidP="00A367DE">
      <w:pPr>
        <w:rPr>
          <w:szCs w:val="24"/>
          <w:lang w:val="sk-SK"/>
        </w:rPr>
      </w:pPr>
      <w:r w:rsidRPr="00A367DE">
        <w:rPr>
          <w:szCs w:val="24"/>
          <w:lang w:val="sk-SK"/>
        </w:rPr>
        <w:t>Za čistotu, hygienu a prevádzkové zabezpečenie umyvární zodpovedá prevádzkový zamestnanec podľa pracovnej náplne a pokynov riaditeľky materskej školy. Zabezpečuje najmä:</w:t>
      </w:r>
    </w:p>
    <w:p w14:paraId="1493FECF" w14:textId="77777777" w:rsidR="00A367DE" w:rsidRPr="00A367DE" w:rsidRDefault="00A367DE" w:rsidP="00A367DE">
      <w:pPr>
        <w:numPr>
          <w:ilvl w:val="0"/>
          <w:numId w:val="102"/>
        </w:numPr>
        <w:rPr>
          <w:szCs w:val="24"/>
          <w:lang w:val="sk-SK"/>
        </w:rPr>
      </w:pPr>
      <w:r w:rsidRPr="00A367DE">
        <w:rPr>
          <w:szCs w:val="24"/>
          <w:lang w:val="sk-SK"/>
        </w:rPr>
        <w:t>pravidelnú výmenu uterákov,</w:t>
      </w:r>
    </w:p>
    <w:p w14:paraId="0CA31AA0" w14:textId="77777777" w:rsidR="00A367DE" w:rsidRPr="00A367DE" w:rsidRDefault="00A367DE" w:rsidP="00A367DE">
      <w:pPr>
        <w:numPr>
          <w:ilvl w:val="0"/>
          <w:numId w:val="102"/>
        </w:numPr>
        <w:rPr>
          <w:szCs w:val="24"/>
          <w:lang w:val="sk-SK"/>
        </w:rPr>
      </w:pPr>
      <w:r w:rsidRPr="00A367DE">
        <w:rPr>
          <w:szCs w:val="24"/>
          <w:lang w:val="sk-SK"/>
        </w:rPr>
        <w:t>dopĺňanie tekutého mydla a papierových utierok,</w:t>
      </w:r>
    </w:p>
    <w:p w14:paraId="68413447" w14:textId="77777777" w:rsidR="00A367DE" w:rsidRPr="00A367DE" w:rsidRDefault="00A367DE" w:rsidP="00A367DE">
      <w:pPr>
        <w:numPr>
          <w:ilvl w:val="0"/>
          <w:numId w:val="102"/>
        </w:numPr>
        <w:rPr>
          <w:szCs w:val="24"/>
          <w:lang w:val="sk-SK"/>
        </w:rPr>
      </w:pPr>
      <w:r w:rsidRPr="00A367DE">
        <w:rPr>
          <w:szCs w:val="24"/>
          <w:lang w:val="sk-SK"/>
        </w:rPr>
        <w:t>udržiavanie suchej a bezpečnej podlahy,</w:t>
      </w:r>
    </w:p>
    <w:p w14:paraId="287F84ED" w14:textId="77777777" w:rsidR="00A367DE" w:rsidRPr="00A367DE" w:rsidRDefault="00A367DE" w:rsidP="00A367DE">
      <w:pPr>
        <w:numPr>
          <w:ilvl w:val="0"/>
          <w:numId w:val="102"/>
        </w:numPr>
        <w:rPr>
          <w:szCs w:val="24"/>
          <w:lang w:val="sk-SK"/>
        </w:rPr>
      </w:pPr>
      <w:r w:rsidRPr="00A367DE">
        <w:rPr>
          <w:szCs w:val="24"/>
          <w:lang w:val="sk-SK"/>
        </w:rPr>
        <w:t>pravidelné čistenie a dezinfekciu umyvární,</w:t>
      </w:r>
    </w:p>
    <w:p w14:paraId="3F1B389C" w14:textId="77777777" w:rsidR="00A367DE" w:rsidRPr="00A367DE" w:rsidRDefault="00A367DE" w:rsidP="00A367DE">
      <w:pPr>
        <w:numPr>
          <w:ilvl w:val="0"/>
          <w:numId w:val="102"/>
        </w:numPr>
        <w:rPr>
          <w:szCs w:val="24"/>
          <w:lang w:val="sk-SK"/>
        </w:rPr>
      </w:pPr>
      <w:r w:rsidRPr="00A367DE">
        <w:rPr>
          <w:szCs w:val="24"/>
          <w:lang w:val="sk-SK"/>
        </w:rPr>
        <w:t>hygienu sanitárnych zariadení a vybavenia umyvárne.</w:t>
      </w:r>
    </w:p>
    <w:p w14:paraId="1257A193" w14:textId="77777777" w:rsidR="00A367DE" w:rsidRPr="00A367DE" w:rsidRDefault="00A367DE" w:rsidP="00A367DE">
      <w:pPr>
        <w:rPr>
          <w:szCs w:val="24"/>
          <w:lang w:val="sk-SK"/>
        </w:rPr>
      </w:pPr>
      <w:r w:rsidRPr="00A367DE">
        <w:rPr>
          <w:szCs w:val="24"/>
          <w:lang w:val="sk-SK"/>
        </w:rPr>
        <w:t>Deti sa v umyvárni zdržiavajú len pod dohľadom pedagogického zamestnanca. Pedagogický zamestnanec vedie deti k osvojovaniu základných hygienických návykov, sebaobsluhe, správnemu používaniu vody, mydla, uteráka alebo papierovej utierky a k bezpečnému správaniu v umyvárni.</w:t>
      </w:r>
    </w:p>
    <w:p w14:paraId="46DE4344" w14:textId="77777777" w:rsidR="00A367DE" w:rsidRPr="00A367DE" w:rsidRDefault="00A367DE" w:rsidP="00A367DE">
      <w:pPr>
        <w:rPr>
          <w:szCs w:val="24"/>
          <w:lang w:val="sk-SK"/>
        </w:rPr>
      </w:pPr>
      <w:r w:rsidRPr="00A367DE">
        <w:rPr>
          <w:szCs w:val="24"/>
          <w:lang w:val="sk-SK"/>
        </w:rPr>
        <w:t>Za organizáciu pobytu detí v umyvárni, dohľad nad deťmi, dodržiavanie hygienických a bezpečnostných pravidiel, uzatvorenie vody a primerané používanie WC zodpovedá pedagogický zamestnanec príslušnej triedy.</w:t>
      </w:r>
    </w:p>
    <w:p w14:paraId="57C770C0" w14:textId="77777777" w:rsidR="00A367DE" w:rsidRPr="00A367DE" w:rsidRDefault="00A367DE" w:rsidP="00A367DE">
      <w:pPr>
        <w:rPr>
          <w:szCs w:val="24"/>
          <w:lang w:val="sk-SK"/>
        </w:rPr>
      </w:pPr>
      <w:r w:rsidRPr="00A367DE">
        <w:rPr>
          <w:szCs w:val="24"/>
          <w:lang w:val="sk-SK"/>
        </w:rPr>
        <w:t>Hygienické vreckovky a vlhčené hygienické obrúsky pre potreby detí poskytujú zákonní zástupcovia podľa požiadaviek materskej školy. Použité vlhčené obrúsky a papierové utierky sa nevhadzujú do WC, ale odhadzujú sa do určeného odpadkového koša.</w:t>
      </w:r>
    </w:p>
    <w:p w14:paraId="193D68EB" w14:textId="77777777" w:rsidR="00A367DE" w:rsidRDefault="00A367DE" w:rsidP="00A367DE">
      <w:pPr>
        <w:rPr>
          <w:szCs w:val="24"/>
          <w:lang w:val="sk-SK"/>
        </w:rPr>
      </w:pPr>
      <w:r w:rsidRPr="00A367DE">
        <w:rPr>
          <w:szCs w:val="24"/>
          <w:lang w:val="sk-SK"/>
        </w:rPr>
        <w:t>Zistené poruchy na vodovodnom, splachovacom alebo inom technickom zariadení sú zamestnanci povinní bezodkladne oznámiť riaditeľke materskej školy alebo poverenému zamestnancovi. Riaditeľka materskej školy zabezpečí nahlásenie požiadavky na údržbu alebo opravu príslušnému subjektu.</w:t>
      </w:r>
    </w:p>
    <w:p w14:paraId="0466120E" w14:textId="77777777" w:rsidR="00F74900" w:rsidRPr="00A367DE" w:rsidRDefault="00F74900" w:rsidP="00A367DE">
      <w:pPr>
        <w:rPr>
          <w:szCs w:val="24"/>
          <w:lang w:val="sk-SK"/>
        </w:rPr>
      </w:pPr>
    </w:p>
    <w:p w14:paraId="63EEB9D0" w14:textId="77777777" w:rsidR="00A367DE" w:rsidRPr="00392BAE" w:rsidRDefault="00A367DE" w:rsidP="00A367DE">
      <w:pPr>
        <w:pStyle w:val="Nadpis2"/>
        <w:spacing w:before="0"/>
        <w:rPr>
          <w:rFonts w:ascii="Arial" w:eastAsia="Arial" w:hAnsi="Arial" w:cs="Arial"/>
          <w:color w:val="0070C0"/>
          <w:sz w:val="24"/>
        </w:rPr>
      </w:pPr>
      <w:bookmarkStart w:id="58" w:name="_Toc238333753"/>
      <w:r w:rsidRPr="00392BAE">
        <w:rPr>
          <w:rFonts w:ascii="Arial" w:eastAsia="Arial" w:hAnsi="Arial" w:cs="Arial"/>
          <w:color w:val="0070C0"/>
          <w:sz w:val="24"/>
        </w:rPr>
        <w:lastRenderedPageBreak/>
        <w:t>7.4 Organizácia pri popoludňajšom odpočinku</w:t>
      </w:r>
      <w:bookmarkEnd w:id="58"/>
    </w:p>
    <w:p w14:paraId="5ECB7FE4" w14:textId="77777777" w:rsidR="00F74900" w:rsidRPr="00F74900" w:rsidRDefault="00F74900" w:rsidP="002E1C4A">
      <w:pPr>
        <w:spacing w:after="0"/>
      </w:pPr>
    </w:p>
    <w:p w14:paraId="585B547A" w14:textId="77777777" w:rsidR="00A367DE" w:rsidRPr="00A367DE" w:rsidRDefault="00A367DE" w:rsidP="00A367DE">
      <w:pPr>
        <w:rPr>
          <w:szCs w:val="24"/>
          <w:lang w:val="sk-SK"/>
        </w:rPr>
      </w:pPr>
      <w:r w:rsidRPr="00A367DE">
        <w:rPr>
          <w:szCs w:val="24"/>
          <w:lang w:val="sk-SK"/>
        </w:rPr>
        <w:t>Popoludňajší odpočinok sa zaraďuje po obede. Jeho dĺžka sa prispôsobuje veku, individuálnym potrebám, zdravotnému stavu a psychickej pohode detí. Minimálne trvanie odpočinku je 30 minút.</w:t>
      </w:r>
    </w:p>
    <w:p w14:paraId="42C4A616" w14:textId="77777777" w:rsidR="00A367DE" w:rsidRPr="00A367DE" w:rsidRDefault="00A367DE" w:rsidP="00A367DE">
      <w:pPr>
        <w:rPr>
          <w:szCs w:val="24"/>
          <w:lang w:val="sk-SK"/>
        </w:rPr>
      </w:pPr>
      <w:r w:rsidRPr="00A367DE">
        <w:rPr>
          <w:szCs w:val="24"/>
          <w:lang w:val="sk-SK"/>
        </w:rPr>
        <w:t>Počas odpočinku pedagogický zamestnanec od detí neodchádza a zabezpečuje nad nimi stály dohľad. Vytvára pokojné, bezpečné a hygienicky vhodné podmienky na oddych detí a rešpektuje ich individuálnu potrebu spánku alebo relaxácie.</w:t>
      </w:r>
    </w:p>
    <w:p w14:paraId="0D2464B3" w14:textId="77777777" w:rsidR="00A367DE" w:rsidRPr="00A367DE" w:rsidRDefault="00A367DE" w:rsidP="00A367DE">
      <w:pPr>
        <w:rPr>
          <w:szCs w:val="24"/>
          <w:lang w:val="sk-SK"/>
        </w:rPr>
      </w:pPr>
      <w:r w:rsidRPr="00A367DE">
        <w:rPr>
          <w:szCs w:val="24"/>
          <w:lang w:val="sk-SK"/>
        </w:rPr>
        <w:t>Deti, ktoré nepociťujú potrebu spánku, najmä staršie deti, môžu po primeranom čase odpočinku vykonávať pokojné individuálne alebo skupinové činnosti s nízkym počtom detí. Tieto činnosti sa organizujú tak, aby nerušili deti, ktoré odpočívajú alebo spia.</w:t>
      </w:r>
    </w:p>
    <w:p w14:paraId="4837DE2D" w14:textId="77777777" w:rsidR="00A367DE" w:rsidRPr="00A367DE" w:rsidRDefault="00A367DE" w:rsidP="00A367DE">
      <w:pPr>
        <w:rPr>
          <w:szCs w:val="24"/>
          <w:lang w:val="sk-SK"/>
        </w:rPr>
      </w:pPr>
      <w:r w:rsidRPr="00A367DE">
        <w:rPr>
          <w:szCs w:val="24"/>
          <w:lang w:val="sk-SK"/>
        </w:rPr>
        <w:t>Pedagogický zamestnanec môže deťom ponúknuť najmä: prácu s knihou, počúvanie rozprávky alebo relaxačnej hudby, grafomotorické činnosti, výtvarné alebo pracovné činnosti, pokojné manipulačné hry, individuálne činnosti podľa potrieb a záujmov detí.</w:t>
      </w:r>
    </w:p>
    <w:p w14:paraId="22533233" w14:textId="77777777" w:rsidR="00A367DE" w:rsidRPr="00A367DE" w:rsidRDefault="00A367DE" w:rsidP="00A367DE">
      <w:pPr>
        <w:rPr>
          <w:szCs w:val="24"/>
          <w:lang w:val="sk-SK"/>
        </w:rPr>
      </w:pPr>
      <w:r w:rsidRPr="00A367DE">
        <w:rPr>
          <w:szCs w:val="24"/>
          <w:lang w:val="sk-SK"/>
        </w:rPr>
        <w:t>Počas odpočinku pedagogický zamestnanec dbá na primerané oblečenie detí. Deti odpočívajú spravidla v pyžame. Deťom, ktoré po odpočinku vykonávajú pokojné činnosti, sa zabezpečí primerané oblečenie a obuv.</w:t>
      </w:r>
    </w:p>
    <w:p w14:paraId="6CB99DCD" w14:textId="77777777" w:rsidR="00A367DE" w:rsidRPr="00A367DE" w:rsidRDefault="00A367DE" w:rsidP="00A367DE">
      <w:pPr>
        <w:rPr>
          <w:szCs w:val="24"/>
          <w:lang w:val="sk-SK"/>
        </w:rPr>
      </w:pPr>
      <w:r w:rsidRPr="00A367DE">
        <w:rPr>
          <w:szCs w:val="24"/>
          <w:lang w:val="sk-SK"/>
        </w:rPr>
        <w:t>Počas odpočinku sa zabezpečuje pravidelné vetranie spálne alebo miestnosti určenej na odpočinok, a to spôsobom, ktorý neohrozuje zdravie detí a nenarúša ich oddych.</w:t>
      </w:r>
    </w:p>
    <w:p w14:paraId="27E7A20F" w14:textId="77777777" w:rsidR="00A367DE" w:rsidRPr="00A367DE" w:rsidRDefault="00A367DE" w:rsidP="00A367DE">
      <w:pPr>
        <w:rPr>
          <w:szCs w:val="24"/>
          <w:lang w:val="sk-SK"/>
        </w:rPr>
      </w:pPr>
      <w:r w:rsidRPr="00A367DE">
        <w:rPr>
          <w:szCs w:val="24"/>
          <w:lang w:val="sk-SK"/>
        </w:rPr>
        <w:t>Za čistotu, poriadok a úpravu spálne, prípravu a ustlanie ležadiel zodpovedá prevádzkový zamestnanec podľa pracovnej náplne a pokynov riaditeľky materskej školy. Mladším deťom pomáha pri obliekaní a vyzliekaní pedagogický zamestnanec podľa potreby v spolupráci s prevádzkovým zamestnancom.</w:t>
      </w:r>
    </w:p>
    <w:p w14:paraId="7C40D22B" w14:textId="77777777" w:rsidR="00A367DE" w:rsidRPr="00A367DE" w:rsidRDefault="00A367DE" w:rsidP="00A367DE">
      <w:pPr>
        <w:rPr>
          <w:szCs w:val="24"/>
          <w:lang w:val="sk-SK"/>
        </w:rPr>
      </w:pPr>
      <w:r w:rsidRPr="00A367DE">
        <w:rPr>
          <w:szCs w:val="24"/>
          <w:lang w:val="sk-SK"/>
        </w:rPr>
        <w:t>Ak sa priestory triedy využívajú aj na odpočinok detí, prevádzkový zamestnanec po dohode s pedagogickým zamestnancom po odpočinku upraví priestor tak, aby boli vytvorené vhodné podmienky na popoludňajšie hry, vzdelávacie aktivity a činnosti podľa výberu detí.</w:t>
      </w:r>
    </w:p>
    <w:p w14:paraId="08B8D3BC" w14:textId="42541DD6" w:rsidR="00392BAE" w:rsidRDefault="00C61704" w:rsidP="00C61704">
      <w:pPr>
        <w:rPr>
          <w:szCs w:val="24"/>
          <w:lang w:val="sk-SK"/>
        </w:rPr>
      </w:pPr>
      <w:r w:rsidRPr="00C61704">
        <w:rPr>
          <w:szCs w:val="24"/>
          <w:lang w:val="sk-SK"/>
        </w:rPr>
        <w:t>Organizácia záujmovej činnosti musí byť zabezpečená tak, aby bola dodržaná bezpečnosť detí, ochrana ich zdravia, primeranosť aktivity a plynulá organizácia prevádzky materskej školy.</w:t>
      </w:r>
    </w:p>
    <w:p w14:paraId="737464B3" w14:textId="77777777" w:rsidR="002E1C4A" w:rsidRPr="00C61704" w:rsidRDefault="002E1C4A" w:rsidP="002E1C4A">
      <w:pPr>
        <w:spacing w:after="0"/>
        <w:rPr>
          <w:szCs w:val="24"/>
          <w:lang w:val="sk-SK"/>
        </w:rPr>
      </w:pPr>
    </w:p>
    <w:p w14:paraId="63DD9FF4" w14:textId="0D73C00E" w:rsidR="00F74900" w:rsidRDefault="009C638F" w:rsidP="002E1C4A">
      <w:pPr>
        <w:pStyle w:val="Nadpis2"/>
        <w:spacing w:before="0"/>
        <w:rPr>
          <w:rFonts w:ascii="Arial" w:eastAsia="Arial" w:hAnsi="Arial" w:cs="Arial"/>
          <w:color w:val="0070C0"/>
          <w:sz w:val="24"/>
        </w:rPr>
      </w:pPr>
      <w:bookmarkStart w:id="59" w:name="_Toc238333754"/>
      <w:r w:rsidRPr="00392BAE">
        <w:rPr>
          <w:rFonts w:ascii="Arial" w:eastAsia="Arial" w:hAnsi="Arial" w:cs="Arial"/>
          <w:color w:val="0070C0"/>
          <w:sz w:val="24"/>
        </w:rPr>
        <w:t>7.5 Organizácia záujmovej činnosti</w:t>
      </w:r>
      <w:bookmarkEnd w:id="59"/>
    </w:p>
    <w:p w14:paraId="6649C389" w14:textId="77777777" w:rsidR="002E1C4A" w:rsidRPr="002E1C4A" w:rsidRDefault="002E1C4A" w:rsidP="002E1C4A"/>
    <w:p w14:paraId="4DBF526C" w14:textId="77777777" w:rsidR="009C638F" w:rsidRPr="009C638F" w:rsidRDefault="009C638F" w:rsidP="009C638F">
      <w:pPr>
        <w:rPr>
          <w:szCs w:val="24"/>
          <w:lang w:val="sk-SK"/>
        </w:rPr>
      </w:pPr>
      <w:r w:rsidRPr="009C638F">
        <w:rPr>
          <w:szCs w:val="24"/>
          <w:lang w:val="sk-SK"/>
        </w:rPr>
        <w:lastRenderedPageBreak/>
        <w:t>Záujmová činnosť sa v materskej škole môže organizovať v súlade so školským vzdelávacím programom, prevádzkovými možnosťami školy, priestorovými podmienkami a záujmom zákonných zástupcov.</w:t>
      </w:r>
    </w:p>
    <w:p w14:paraId="3FC9DB04" w14:textId="77777777" w:rsidR="009C638F" w:rsidRPr="009C638F" w:rsidRDefault="009C638F" w:rsidP="009C638F">
      <w:pPr>
        <w:rPr>
          <w:szCs w:val="24"/>
          <w:lang w:val="sk-SK"/>
        </w:rPr>
      </w:pPr>
      <w:r w:rsidRPr="009C638F">
        <w:rPr>
          <w:szCs w:val="24"/>
          <w:lang w:val="sk-SK"/>
        </w:rPr>
        <w:t>Záujmová činnosť sa realizuje po 12:00 hod., po odpočinku detí trvajúcom najmenej 30 minút, spravidla v popoludňajších hodinách. Organizuje sa tak, aby nenarúšala denný režim, odpočinok, stravovanie, bezpečnosť detí a plynulý chod materskej školy.</w:t>
      </w:r>
    </w:p>
    <w:p w14:paraId="3DE403DE" w14:textId="77777777" w:rsidR="009C638F" w:rsidRPr="009C638F" w:rsidRDefault="009C638F" w:rsidP="009C638F">
      <w:pPr>
        <w:rPr>
          <w:szCs w:val="24"/>
          <w:lang w:val="sk-SK"/>
        </w:rPr>
      </w:pPr>
      <w:r w:rsidRPr="009C638F">
        <w:rPr>
          <w:szCs w:val="24"/>
          <w:lang w:val="sk-SK"/>
        </w:rPr>
        <w:t>Účasť dieťaťa na záujmovej činnosti je dobrovoľná a je možná len na základe informovaného súhlasu zákonného zástupcu.</w:t>
      </w:r>
    </w:p>
    <w:p w14:paraId="6F752633" w14:textId="77777777" w:rsidR="009C638F" w:rsidRPr="009C638F" w:rsidRDefault="009C638F" w:rsidP="009C638F">
      <w:pPr>
        <w:rPr>
          <w:szCs w:val="24"/>
          <w:lang w:val="sk-SK"/>
        </w:rPr>
      </w:pPr>
      <w:r w:rsidRPr="009C638F">
        <w:rPr>
          <w:szCs w:val="24"/>
          <w:lang w:val="sk-SK"/>
        </w:rPr>
        <w:t>Záujmovú činnosť môžu zabezpečovať:</w:t>
      </w:r>
    </w:p>
    <w:p w14:paraId="7C476876" w14:textId="77777777" w:rsidR="009C638F" w:rsidRPr="009C638F" w:rsidRDefault="009C638F" w:rsidP="009C638F">
      <w:pPr>
        <w:numPr>
          <w:ilvl w:val="0"/>
          <w:numId w:val="105"/>
        </w:numPr>
        <w:rPr>
          <w:szCs w:val="24"/>
          <w:lang w:val="sk-SK"/>
        </w:rPr>
      </w:pPr>
      <w:r w:rsidRPr="009C638F">
        <w:rPr>
          <w:szCs w:val="24"/>
          <w:lang w:val="sk-SK"/>
        </w:rPr>
        <w:t>pedagogickí zamestnanci materskej školy,</w:t>
      </w:r>
    </w:p>
    <w:p w14:paraId="5A7F7379" w14:textId="77777777" w:rsidR="009C638F" w:rsidRPr="009C638F" w:rsidRDefault="009C638F" w:rsidP="009C638F">
      <w:pPr>
        <w:numPr>
          <w:ilvl w:val="0"/>
          <w:numId w:val="105"/>
        </w:numPr>
        <w:rPr>
          <w:szCs w:val="24"/>
          <w:lang w:val="sk-SK"/>
        </w:rPr>
      </w:pPr>
      <w:r w:rsidRPr="009C638F">
        <w:rPr>
          <w:szCs w:val="24"/>
          <w:lang w:val="sk-SK"/>
        </w:rPr>
        <w:t>kvalifikovaní externí lektori,</w:t>
      </w:r>
    </w:p>
    <w:p w14:paraId="667DC57E" w14:textId="77777777" w:rsidR="009C638F" w:rsidRPr="009C638F" w:rsidRDefault="009C638F" w:rsidP="009C638F">
      <w:pPr>
        <w:numPr>
          <w:ilvl w:val="0"/>
          <w:numId w:val="105"/>
        </w:numPr>
        <w:rPr>
          <w:szCs w:val="24"/>
          <w:lang w:val="sk-SK"/>
        </w:rPr>
      </w:pPr>
      <w:r w:rsidRPr="009C638F">
        <w:rPr>
          <w:szCs w:val="24"/>
          <w:lang w:val="sk-SK"/>
        </w:rPr>
        <w:t>iné odborne spôsobilé osoby podľa charakteru aktivity a podmienok určených školou.</w:t>
      </w:r>
    </w:p>
    <w:p w14:paraId="020E5921" w14:textId="77777777" w:rsidR="009C638F" w:rsidRPr="009C638F" w:rsidRDefault="009C638F" w:rsidP="009C638F">
      <w:pPr>
        <w:rPr>
          <w:szCs w:val="24"/>
          <w:lang w:val="sk-SK"/>
        </w:rPr>
      </w:pPr>
      <w:r w:rsidRPr="009C638F">
        <w:rPr>
          <w:szCs w:val="24"/>
          <w:lang w:val="sk-SK"/>
        </w:rPr>
        <w:t>Za obsah, odbornú úroveň a kvalitu záujmovej činnosti zodpovedá osoba, ktorá ju vedie. Za bezpečnosť a ochranu zdravia detí počas záujmovej činnosti zodpovedá pedagogický zamestnanec alebo externý lektor, ktorý činnosť zabezpečuje.</w:t>
      </w:r>
    </w:p>
    <w:p w14:paraId="7B7DFF1B" w14:textId="77777777" w:rsidR="009C638F" w:rsidRPr="009C638F" w:rsidRDefault="009C638F" w:rsidP="009C638F">
      <w:pPr>
        <w:rPr>
          <w:szCs w:val="24"/>
          <w:lang w:val="sk-SK"/>
        </w:rPr>
      </w:pPr>
      <w:r w:rsidRPr="009C638F">
        <w:rPr>
          <w:szCs w:val="24"/>
          <w:lang w:val="sk-SK"/>
        </w:rPr>
        <w:t>Ak záujmovú činnosť vedie externý lektor, pedagogický zamestnanec mu deti pred začiatkom aktivity odovzdá a po jej skončení ich prevezme späť.</w:t>
      </w:r>
    </w:p>
    <w:p w14:paraId="4BAE8A99" w14:textId="657B6F1F" w:rsidR="00F74900" w:rsidRDefault="009C638F" w:rsidP="009C638F">
      <w:pPr>
        <w:rPr>
          <w:szCs w:val="24"/>
          <w:lang w:val="sk-SK"/>
        </w:rPr>
      </w:pPr>
      <w:r w:rsidRPr="009C638F">
        <w:rPr>
          <w:szCs w:val="24"/>
          <w:lang w:val="sk-SK"/>
        </w:rPr>
        <w:t>Organizácia záujmovej činnosti musí byť zabezpečená tak, aby bola dodržaná bezpečnosť detí, ochrana ich zdravia, primeranosť aktivity a plynulá organizácia prevádzky materskej školy.</w:t>
      </w:r>
    </w:p>
    <w:p w14:paraId="2BA5183D" w14:textId="77777777" w:rsidR="00F74900" w:rsidRPr="009C638F" w:rsidRDefault="00F74900" w:rsidP="002E1C4A">
      <w:pPr>
        <w:spacing w:after="0"/>
        <w:rPr>
          <w:szCs w:val="24"/>
          <w:lang w:val="sk-SK"/>
        </w:rPr>
      </w:pPr>
    </w:p>
    <w:p w14:paraId="347ECB9C" w14:textId="77777777" w:rsidR="00A07BA0" w:rsidRPr="00392BAE" w:rsidRDefault="00A07BA0" w:rsidP="00A07BA0">
      <w:pPr>
        <w:pStyle w:val="Nadpis2"/>
        <w:spacing w:before="0"/>
        <w:rPr>
          <w:rFonts w:ascii="Arial" w:eastAsia="Arial" w:hAnsi="Arial" w:cs="Arial"/>
          <w:color w:val="0070C0"/>
          <w:sz w:val="24"/>
        </w:rPr>
      </w:pPr>
      <w:bookmarkStart w:id="60" w:name="_Toc238333755"/>
      <w:r w:rsidRPr="00392BAE">
        <w:rPr>
          <w:rFonts w:ascii="Arial" w:eastAsia="Arial" w:hAnsi="Arial" w:cs="Arial"/>
          <w:color w:val="0070C0"/>
          <w:sz w:val="24"/>
        </w:rPr>
        <w:t>7.6 Organizácia pedagogickej praxe študentov</w:t>
      </w:r>
      <w:bookmarkEnd w:id="60"/>
    </w:p>
    <w:p w14:paraId="452CEEA3" w14:textId="77777777" w:rsidR="00F74900" w:rsidRPr="00F74900" w:rsidRDefault="00F74900" w:rsidP="002E1C4A">
      <w:pPr>
        <w:spacing w:after="0"/>
      </w:pPr>
    </w:p>
    <w:p w14:paraId="7F55DCA9" w14:textId="77777777" w:rsidR="00A07BA0" w:rsidRPr="00A07BA0" w:rsidRDefault="00A07BA0" w:rsidP="00A07BA0">
      <w:pPr>
        <w:rPr>
          <w:szCs w:val="24"/>
          <w:lang w:val="sk-SK"/>
        </w:rPr>
      </w:pPr>
      <w:r w:rsidRPr="00A07BA0">
        <w:rPr>
          <w:szCs w:val="24"/>
          <w:lang w:val="sk-SK"/>
        </w:rPr>
        <w:t>Pedagogickú prax môžu v materskej škole vykonávať študenti stredných odborných škôl a vysokých škôl pripravujúci sa na výkon pedagogického povolania. Prax sa uskutočňuje počas školského roka len so súhlasom riaditeľky materskej školy a</w:t>
      </w:r>
      <w:r>
        <w:rPr>
          <w:szCs w:val="24"/>
          <w:lang w:val="sk-SK"/>
        </w:rPr>
        <w:t xml:space="preserve"> riaditeľa Školských zariadení mesta Trenčín a </w:t>
      </w:r>
      <w:r w:rsidRPr="00A07BA0">
        <w:rPr>
          <w:szCs w:val="24"/>
          <w:lang w:val="sk-SK"/>
        </w:rPr>
        <w:t>na základe dohody alebo požiadaviek školy, ktorá študenta na prax vysiela.</w:t>
      </w:r>
    </w:p>
    <w:p w14:paraId="1BFF3A0E" w14:textId="77777777" w:rsidR="00A07BA0" w:rsidRPr="00A07BA0" w:rsidRDefault="00A07BA0" w:rsidP="00A07BA0">
      <w:pPr>
        <w:rPr>
          <w:szCs w:val="24"/>
          <w:lang w:val="sk-SK"/>
        </w:rPr>
      </w:pPr>
      <w:r w:rsidRPr="00A07BA0">
        <w:rPr>
          <w:szCs w:val="24"/>
          <w:lang w:val="sk-SK"/>
        </w:rPr>
        <w:t>Riaditeľka materskej školy určí pedagogického zamestnanca, ktorý študenta počas pedagogickej praxe odborne vedie a koordinuje priebeh jeho činností v materskej škole.</w:t>
      </w:r>
    </w:p>
    <w:p w14:paraId="2962EBE7" w14:textId="77777777" w:rsidR="00A07BA0" w:rsidRPr="00A07BA0" w:rsidRDefault="00A07BA0" w:rsidP="00A07BA0">
      <w:pPr>
        <w:rPr>
          <w:szCs w:val="24"/>
          <w:lang w:val="sk-SK"/>
        </w:rPr>
      </w:pPr>
      <w:r w:rsidRPr="00A07BA0">
        <w:rPr>
          <w:szCs w:val="24"/>
          <w:lang w:val="sk-SK"/>
        </w:rPr>
        <w:t>Poverený pedagogický zamestnanec zabezpečí najmä:</w:t>
      </w:r>
    </w:p>
    <w:p w14:paraId="5300B4F7" w14:textId="77777777" w:rsidR="00A07BA0" w:rsidRPr="00A07BA0" w:rsidRDefault="00A07BA0" w:rsidP="00A07BA0">
      <w:pPr>
        <w:numPr>
          <w:ilvl w:val="0"/>
          <w:numId w:val="106"/>
        </w:numPr>
        <w:rPr>
          <w:szCs w:val="24"/>
          <w:lang w:val="sk-SK"/>
        </w:rPr>
      </w:pPr>
      <w:r w:rsidRPr="00A07BA0">
        <w:rPr>
          <w:szCs w:val="24"/>
          <w:lang w:val="sk-SK"/>
        </w:rPr>
        <w:t>oboznámenie študenta so školským poriadkom a vnútorným režimom materskej školy,</w:t>
      </w:r>
    </w:p>
    <w:p w14:paraId="5D2B3C79" w14:textId="77777777" w:rsidR="00A07BA0" w:rsidRPr="00A07BA0" w:rsidRDefault="00A07BA0" w:rsidP="00A07BA0">
      <w:pPr>
        <w:numPr>
          <w:ilvl w:val="0"/>
          <w:numId w:val="106"/>
        </w:numPr>
        <w:rPr>
          <w:szCs w:val="24"/>
          <w:lang w:val="sk-SK"/>
        </w:rPr>
      </w:pPr>
      <w:r w:rsidRPr="00A07BA0">
        <w:rPr>
          <w:szCs w:val="24"/>
          <w:lang w:val="sk-SK"/>
        </w:rPr>
        <w:lastRenderedPageBreak/>
        <w:t>poučenie študenta o bezpečnosti a ochrane zdravia pri práci a o pravidlách bezpečnosti detí,</w:t>
      </w:r>
    </w:p>
    <w:p w14:paraId="5EBBD881" w14:textId="77777777" w:rsidR="00A07BA0" w:rsidRPr="00A07BA0" w:rsidRDefault="00A07BA0" w:rsidP="00A07BA0">
      <w:pPr>
        <w:numPr>
          <w:ilvl w:val="0"/>
          <w:numId w:val="106"/>
        </w:numPr>
        <w:rPr>
          <w:szCs w:val="24"/>
          <w:lang w:val="sk-SK"/>
        </w:rPr>
      </w:pPr>
      <w:r w:rsidRPr="00A07BA0">
        <w:rPr>
          <w:szCs w:val="24"/>
          <w:lang w:val="sk-SK"/>
        </w:rPr>
        <w:t>oboznámenie s ochranou osobných údajov, povinnosťou mlčanlivosti a zásadami profesionálneho správania,</w:t>
      </w:r>
    </w:p>
    <w:p w14:paraId="676DB1F1" w14:textId="77777777" w:rsidR="00A07BA0" w:rsidRPr="00A07BA0" w:rsidRDefault="00A07BA0" w:rsidP="00A07BA0">
      <w:pPr>
        <w:numPr>
          <w:ilvl w:val="0"/>
          <w:numId w:val="106"/>
        </w:numPr>
        <w:rPr>
          <w:szCs w:val="24"/>
          <w:lang w:val="sk-SK"/>
        </w:rPr>
      </w:pPr>
      <w:r w:rsidRPr="00A07BA0">
        <w:rPr>
          <w:szCs w:val="24"/>
          <w:lang w:val="sk-SK"/>
        </w:rPr>
        <w:t>oboznámenie s organizáciou denného režimu, pedagogickou dokumentáciou a materiálno-technickými podmienkami školy v rozsahu potrebnom na výkon praxe,</w:t>
      </w:r>
    </w:p>
    <w:p w14:paraId="765045A9" w14:textId="77777777" w:rsidR="00A07BA0" w:rsidRPr="00A07BA0" w:rsidRDefault="00A07BA0" w:rsidP="00A07BA0">
      <w:pPr>
        <w:numPr>
          <w:ilvl w:val="0"/>
          <w:numId w:val="106"/>
        </w:numPr>
        <w:rPr>
          <w:szCs w:val="24"/>
          <w:lang w:val="sk-SK"/>
        </w:rPr>
      </w:pPr>
      <w:r w:rsidRPr="00A07BA0">
        <w:rPr>
          <w:szCs w:val="24"/>
          <w:lang w:val="sk-SK"/>
        </w:rPr>
        <w:t>odborné vedenie študenta počas pozorovania, asistovania alebo realizácie činností s deťmi,</w:t>
      </w:r>
    </w:p>
    <w:p w14:paraId="008D5FCE" w14:textId="77777777" w:rsidR="00A07BA0" w:rsidRPr="00A07BA0" w:rsidRDefault="00A07BA0" w:rsidP="00A07BA0">
      <w:pPr>
        <w:numPr>
          <w:ilvl w:val="0"/>
          <w:numId w:val="106"/>
        </w:numPr>
        <w:rPr>
          <w:szCs w:val="24"/>
          <w:lang w:val="sk-SK"/>
        </w:rPr>
      </w:pPr>
      <w:r w:rsidRPr="00A07BA0">
        <w:rPr>
          <w:szCs w:val="24"/>
          <w:lang w:val="sk-SK"/>
        </w:rPr>
        <w:t>vypracovanie hodnotenia pedagogickej praxe podľa požiadaviek vysielajúcej školy.</w:t>
      </w:r>
    </w:p>
    <w:p w14:paraId="4AA11B9B" w14:textId="77777777" w:rsidR="00A07BA0" w:rsidRPr="00A07BA0" w:rsidRDefault="00A07BA0" w:rsidP="00A07BA0">
      <w:pPr>
        <w:rPr>
          <w:szCs w:val="24"/>
          <w:lang w:val="sk-SK"/>
        </w:rPr>
      </w:pPr>
      <w:r w:rsidRPr="00A07BA0">
        <w:rPr>
          <w:szCs w:val="24"/>
          <w:lang w:val="sk-SK"/>
        </w:rPr>
        <w:t>Študent počas pedagogickej praxe postupuje podľa pokynov riaditeľky materskej školy a povereného pedagogického zamestnanca. Je povinný dodržiavať školský poriadok, zásady bezpečnosti, ochrany zdravia, ochrany osobných údajov a mlčanlivosť o skutočnostiach, s ktorými sa počas praxe oboznámi.</w:t>
      </w:r>
    </w:p>
    <w:p w14:paraId="21ACE4E0" w14:textId="77777777" w:rsidR="00A07BA0" w:rsidRPr="00A07BA0" w:rsidRDefault="00A07BA0" w:rsidP="00A07BA0">
      <w:pPr>
        <w:rPr>
          <w:szCs w:val="24"/>
          <w:lang w:val="sk-SK"/>
        </w:rPr>
      </w:pPr>
      <w:r w:rsidRPr="00A07BA0">
        <w:rPr>
          <w:szCs w:val="24"/>
          <w:lang w:val="sk-SK"/>
        </w:rPr>
        <w:t>Študent nevykonáva samostatný dohľad nad deťmi a nesmie zostať s deťmi bez prítomnosti alebo poverenia pedagogického zamestnanca materskej školy. Za bezpečnosť detí počas pedagogickej praxe zodpovedá pedagogický zamestnanec príslušnej triedy alebo poverený pedagogický zamestnanec.</w:t>
      </w:r>
    </w:p>
    <w:p w14:paraId="0EE40AF8" w14:textId="3A989AA5" w:rsidR="00F74900" w:rsidRDefault="00A07BA0" w:rsidP="00A07BA0">
      <w:pPr>
        <w:rPr>
          <w:szCs w:val="24"/>
          <w:lang w:val="sk-SK"/>
        </w:rPr>
      </w:pPr>
      <w:r w:rsidRPr="00A07BA0">
        <w:rPr>
          <w:szCs w:val="24"/>
          <w:lang w:val="sk-SK"/>
        </w:rPr>
        <w:t>Pedagogická prax sa organizuje tak, aby nenarúšala výchovno-vzdelávaciu činnosť, denný režim, bezpečnosť detí, ochranu ich súkromia a plynulý chod materskej školy.</w:t>
      </w:r>
    </w:p>
    <w:p w14:paraId="1AB014E9" w14:textId="77777777" w:rsidR="00392BAE" w:rsidRPr="00A07BA0" w:rsidRDefault="00392BAE" w:rsidP="002E1C4A">
      <w:pPr>
        <w:spacing w:after="0"/>
        <w:rPr>
          <w:szCs w:val="24"/>
          <w:lang w:val="sk-SK"/>
        </w:rPr>
      </w:pPr>
    </w:p>
    <w:p w14:paraId="0BAB4369" w14:textId="77777777" w:rsidR="00B31D7C" w:rsidRPr="00392BAE" w:rsidRDefault="00B31D7C" w:rsidP="00B31D7C">
      <w:pPr>
        <w:pStyle w:val="Nadpis2"/>
        <w:spacing w:before="0"/>
        <w:rPr>
          <w:rFonts w:ascii="Arial" w:eastAsia="Arial" w:hAnsi="Arial" w:cs="Arial"/>
          <w:color w:val="0070C0"/>
          <w:sz w:val="24"/>
        </w:rPr>
      </w:pPr>
      <w:bookmarkStart w:id="61" w:name="_Toc238333756"/>
      <w:r>
        <w:rPr>
          <w:rFonts w:ascii="Arial" w:eastAsia="Arial" w:hAnsi="Arial" w:cs="Arial"/>
          <w:sz w:val="24"/>
        </w:rPr>
        <w:t>7</w:t>
      </w:r>
      <w:r w:rsidRPr="00392BAE">
        <w:rPr>
          <w:rFonts w:ascii="Arial" w:eastAsia="Arial" w:hAnsi="Arial" w:cs="Arial"/>
          <w:color w:val="0070C0"/>
          <w:sz w:val="24"/>
        </w:rPr>
        <w:t>.7 Fotografovanie a vyhotovovanie audiovizuálnych záznamov</w:t>
      </w:r>
      <w:bookmarkEnd w:id="61"/>
    </w:p>
    <w:p w14:paraId="63AA2AA9" w14:textId="77777777" w:rsidR="00F74900" w:rsidRPr="00F74900" w:rsidRDefault="00F74900" w:rsidP="002E1C4A">
      <w:pPr>
        <w:spacing w:after="0"/>
      </w:pPr>
    </w:p>
    <w:p w14:paraId="4445D947" w14:textId="77777777" w:rsidR="00B31D7C" w:rsidRPr="00B31D7C" w:rsidRDefault="00B31D7C" w:rsidP="00B31D7C">
      <w:pPr>
        <w:rPr>
          <w:szCs w:val="24"/>
          <w:lang w:val="sk-SK"/>
        </w:rPr>
      </w:pPr>
      <w:r w:rsidRPr="00B31D7C">
        <w:rPr>
          <w:szCs w:val="24"/>
          <w:lang w:val="sk-SK"/>
        </w:rPr>
        <w:t>Materská škola môže počas školských podujatí, výletov, exkurzií, aktivít, vystúpení, súťaží a ďalších výchovno-vzdelávacích alebo prezentačných činností vyhotovovať fotografie a audiovizuálne záznamy detí.</w:t>
      </w:r>
    </w:p>
    <w:p w14:paraId="46AD5EBC" w14:textId="77777777" w:rsidR="00B31D7C" w:rsidRPr="00B31D7C" w:rsidRDefault="00B31D7C" w:rsidP="00B31D7C">
      <w:pPr>
        <w:rPr>
          <w:szCs w:val="24"/>
          <w:lang w:val="sk-SK"/>
        </w:rPr>
      </w:pPr>
      <w:r w:rsidRPr="00B31D7C">
        <w:rPr>
          <w:szCs w:val="24"/>
          <w:lang w:val="sk-SK"/>
        </w:rPr>
        <w:t>Fotografie a audiovizuálne záznamy sa môžu používať najmä na:</w:t>
      </w:r>
    </w:p>
    <w:p w14:paraId="04181DAE" w14:textId="77777777" w:rsidR="00B31D7C" w:rsidRPr="00B31D7C" w:rsidRDefault="00B31D7C" w:rsidP="00B31D7C">
      <w:pPr>
        <w:numPr>
          <w:ilvl w:val="0"/>
          <w:numId w:val="107"/>
        </w:numPr>
        <w:rPr>
          <w:szCs w:val="24"/>
          <w:lang w:val="sk-SK"/>
        </w:rPr>
      </w:pPr>
      <w:r w:rsidRPr="00B31D7C">
        <w:rPr>
          <w:szCs w:val="24"/>
          <w:lang w:val="sk-SK"/>
        </w:rPr>
        <w:t>dokumentovanie výchovno-vzdelávacej činnosti materskej školy,</w:t>
      </w:r>
    </w:p>
    <w:p w14:paraId="2C374559" w14:textId="77777777" w:rsidR="00B31D7C" w:rsidRPr="00B31D7C" w:rsidRDefault="00B31D7C" w:rsidP="00B31D7C">
      <w:pPr>
        <w:numPr>
          <w:ilvl w:val="0"/>
          <w:numId w:val="107"/>
        </w:numPr>
        <w:rPr>
          <w:szCs w:val="24"/>
          <w:lang w:val="sk-SK"/>
        </w:rPr>
      </w:pPr>
      <w:r w:rsidRPr="00B31D7C">
        <w:rPr>
          <w:szCs w:val="24"/>
          <w:lang w:val="sk-SK"/>
        </w:rPr>
        <w:t>prezentáciu aktivít školy,</w:t>
      </w:r>
    </w:p>
    <w:p w14:paraId="5F6C3674" w14:textId="77777777" w:rsidR="00B31D7C" w:rsidRPr="00B31D7C" w:rsidRDefault="00B31D7C" w:rsidP="00B31D7C">
      <w:pPr>
        <w:numPr>
          <w:ilvl w:val="0"/>
          <w:numId w:val="107"/>
        </w:numPr>
        <w:rPr>
          <w:szCs w:val="24"/>
          <w:lang w:val="sk-SK"/>
        </w:rPr>
      </w:pPr>
      <w:r w:rsidRPr="00B31D7C">
        <w:rPr>
          <w:szCs w:val="24"/>
          <w:lang w:val="sk-SK"/>
        </w:rPr>
        <w:t>informovanie zákonných zástupcov o činnosti školy,</w:t>
      </w:r>
    </w:p>
    <w:p w14:paraId="5571F926" w14:textId="77777777" w:rsidR="00B31D7C" w:rsidRPr="00B31D7C" w:rsidRDefault="00B31D7C" w:rsidP="00B31D7C">
      <w:pPr>
        <w:numPr>
          <w:ilvl w:val="0"/>
          <w:numId w:val="107"/>
        </w:numPr>
        <w:rPr>
          <w:szCs w:val="24"/>
          <w:lang w:val="sk-SK"/>
        </w:rPr>
      </w:pPr>
      <w:r w:rsidRPr="00B31D7C">
        <w:rPr>
          <w:szCs w:val="24"/>
          <w:lang w:val="sk-SK"/>
        </w:rPr>
        <w:t>zverejnenie na webovom sídle materskej školy,</w:t>
      </w:r>
    </w:p>
    <w:p w14:paraId="10700E0F" w14:textId="77777777" w:rsidR="00B31D7C" w:rsidRPr="00B31D7C" w:rsidRDefault="00B31D7C" w:rsidP="00B31D7C">
      <w:pPr>
        <w:numPr>
          <w:ilvl w:val="0"/>
          <w:numId w:val="107"/>
        </w:numPr>
        <w:rPr>
          <w:szCs w:val="24"/>
          <w:lang w:val="sk-SK"/>
        </w:rPr>
      </w:pPr>
      <w:r w:rsidRPr="00B31D7C">
        <w:rPr>
          <w:szCs w:val="24"/>
          <w:lang w:val="sk-SK"/>
        </w:rPr>
        <w:t>zverejnenie v priestoroch materskej školy,</w:t>
      </w:r>
    </w:p>
    <w:p w14:paraId="35D81477" w14:textId="77777777" w:rsidR="00B31D7C" w:rsidRPr="00B31D7C" w:rsidRDefault="00B31D7C" w:rsidP="00B31D7C">
      <w:pPr>
        <w:numPr>
          <w:ilvl w:val="0"/>
          <w:numId w:val="107"/>
        </w:numPr>
        <w:rPr>
          <w:szCs w:val="24"/>
          <w:lang w:val="sk-SK"/>
        </w:rPr>
      </w:pPr>
      <w:r w:rsidRPr="00B31D7C">
        <w:rPr>
          <w:szCs w:val="24"/>
          <w:lang w:val="sk-SK"/>
        </w:rPr>
        <w:t>použitie v kronike, výročnej správe alebo propagačných materiáloch školy,</w:t>
      </w:r>
    </w:p>
    <w:p w14:paraId="3D95E9DB" w14:textId="77777777" w:rsidR="00B31D7C" w:rsidRPr="00B31D7C" w:rsidRDefault="00B31D7C" w:rsidP="00B31D7C">
      <w:pPr>
        <w:numPr>
          <w:ilvl w:val="0"/>
          <w:numId w:val="107"/>
        </w:numPr>
        <w:rPr>
          <w:szCs w:val="24"/>
          <w:lang w:val="sk-SK"/>
        </w:rPr>
      </w:pPr>
      <w:r w:rsidRPr="00B31D7C">
        <w:rPr>
          <w:szCs w:val="24"/>
          <w:lang w:val="sk-SK"/>
        </w:rPr>
        <w:lastRenderedPageBreak/>
        <w:t>zverejnenie v médiách alebo na sociálnych sieťach školy, ak s tým zákonný zástupca súhlasil.</w:t>
      </w:r>
    </w:p>
    <w:p w14:paraId="3B393B1E" w14:textId="77777777" w:rsidR="00B31D7C" w:rsidRPr="00B31D7C" w:rsidRDefault="00B31D7C" w:rsidP="00B31D7C">
      <w:pPr>
        <w:rPr>
          <w:szCs w:val="24"/>
          <w:lang w:val="sk-SK"/>
        </w:rPr>
      </w:pPr>
      <w:r w:rsidRPr="00B31D7C">
        <w:rPr>
          <w:szCs w:val="24"/>
          <w:lang w:val="sk-SK"/>
        </w:rPr>
        <w:t>Fotografie a audiovizuálne záznamy, na ktorých je dieťa identifikovateľné, môže materská škola zverejniť alebo použiť na prezentačné účely len na základe informovaného súhlasu zákonného zástupcu, ak osobitný právny predpis neustanovuje inak.</w:t>
      </w:r>
    </w:p>
    <w:p w14:paraId="1D9DCF75" w14:textId="77777777" w:rsidR="00B31D7C" w:rsidRPr="00B31D7C" w:rsidRDefault="00B31D7C" w:rsidP="00B31D7C">
      <w:pPr>
        <w:rPr>
          <w:szCs w:val="24"/>
          <w:lang w:val="sk-SK"/>
        </w:rPr>
      </w:pPr>
      <w:r w:rsidRPr="00B31D7C">
        <w:rPr>
          <w:szCs w:val="24"/>
          <w:lang w:val="sk-SK"/>
        </w:rPr>
        <w:t>Informovaný súhlas zákonného zástupcu musí byť slobodný, konkrétny, informovaný a jednoznačný. Zákonný zástupca v ňom vyjadrí, na aký účel a v akom rozsahu môže materská škola fotografie alebo audiovizuálne záznamy dieťaťa použiť.</w:t>
      </w:r>
    </w:p>
    <w:p w14:paraId="4A2C8203" w14:textId="77777777" w:rsidR="00B31D7C" w:rsidRPr="00B31D7C" w:rsidRDefault="00B31D7C" w:rsidP="00B31D7C">
      <w:pPr>
        <w:rPr>
          <w:szCs w:val="24"/>
          <w:lang w:val="sk-SK"/>
        </w:rPr>
      </w:pPr>
      <w:r w:rsidRPr="00B31D7C">
        <w:rPr>
          <w:szCs w:val="24"/>
          <w:lang w:val="sk-SK"/>
        </w:rPr>
        <w:t>Zákonný zástupca môže svoj súhlas kedykoľvek odvolať. Odvolanie súhlasu nemá vplyv na zákonnosť spracúvania osobných údajov vykonaného pred jeho odvolaním. Po odvolaní súhlasu materská škola ďalej nepoužíva fotografie alebo záznamy dieťaťa na účely, na ktoré bol súhlas odvolaný.</w:t>
      </w:r>
    </w:p>
    <w:p w14:paraId="28848402" w14:textId="77777777" w:rsidR="00B31D7C" w:rsidRPr="00B31D7C" w:rsidRDefault="00B31D7C" w:rsidP="00B31D7C">
      <w:pPr>
        <w:rPr>
          <w:szCs w:val="24"/>
          <w:lang w:val="sk-SK"/>
        </w:rPr>
      </w:pPr>
      <w:r w:rsidRPr="00B31D7C">
        <w:rPr>
          <w:szCs w:val="24"/>
          <w:lang w:val="sk-SK"/>
        </w:rPr>
        <w:t>Zákonní zástupcovia a iné osoby, ktoré sa zúčastňujú na školských podujatiach, sú povinní rešpektovať ochranu osobných údajov, súkromie a dôstojnosť detí, zamestnancov školy a ostatných účastníkov podujatia.</w:t>
      </w:r>
    </w:p>
    <w:p w14:paraId="7EC90F2C" w14:textId="77777777" w:rsidR="00B31D7C" w:rsidRPr="00B31D7C" w:rsidRDefault="00B31D7C" w:rsidP="00B31D7C">
      <w:pPr>
        <w:rPr>
          <w:szCs w:val="24"/>
          <w:lang w:val="sk-SK"/>
        </w:rPr>
      </w:pPr>
      <w:r w:rsidRPr="00B31D7C">
        <w:rPr>
          <w:szCs w:val="24"/>
          <w:lang w:val="sk-SK"/>
        </w:rPr>
        <w:t>Zákonný zástupca môže vyhotovovať fotografie alebo záznamy svojho dieťaťa na školskom podujatí len tak, aby neprimerane nezasahoval do práv a súkromia iných detí a osôb.</w:t>
      </w:r>
    </w:p>
    <w:p w14:paraId="02581202" w14:textId="77777777" w:rsidR="00B31D7C" w:rsidRPr="00B31D7C" w:rsidRDefault="00B31D7C" w:rsidP="00B31D7C">
      <w:pPr>
        <w:rPr>
          <w:szCs w:val="24"/>
          <w:lang w:val="sk-SK"/>
        </w:rPr>
      </w:pPr>
      <w:r w:rsidRPr="00B31D7C">
        <w:rPr>
          <w:szCs w:val="24"/>
          <w:lang w:val="sk-SK"/>
        </w:rPr>
        <w:t>Zverejňovanie fotografií alebo audiovizuálnych záznamov, na ktorých sú zachytené aj iné deti, zákonní zástupcovia, zamestnanci školy alebo ďalšie osoby, na sociálnych sieťach, verejne prístupných miestach alebo iným spôsobom je možné len so súhlasom dotknutých osôb alebo ich zákonných zástupcov.</w:t>
      </w:r>
    </w:p>
    <w:p w14:paraId="07B7967F" w14:textId="77777777" w:rsidR="00B31D7C" w:rsidRPr="00B31D7C" w:rsidRDefault="00B31D7C" w:rsidP="00B31D7C">
      <w:pPr>
        <w:rPr>
          <w:szCs w:val="24"/>
          <w:lang w:val="sk-SK"/>
        </w:rPr>
      </w:pPr>
      <w:r w:rsidRPr="00B31D7C">
        <w:rPr>
          <w:szCs w:val="24"/>
          <w:lang w:val="sk-SK"/>
        </w:rPr>
        <w:t>Materská škola nezodpovedá za fotografie alebo audiovizuálne záznamy, ktoré vyhotovia a zverejnia zákonní zástupcovia alebo iné osoby bez vedomia a súhlasu materskej školy. Ak materská škola zistí zverejnenie záznamu, ktoré môže zasahovať do práv detí alebo iných osôb, upozorní zákonného zástupcu na povinnosť rešpektovať ochranu osobných údajov a súkromie dotknutých osôb.</w:t>
      </w:r>
    </w:p>
    <w:p w14:paraId="2915295B" w14:textId="77777777" w:rsidR="00B31D7C" w:rsidRPr="00B31D7C" w:rsidRDefault="00B31D7C" w:rsidP="00B31D7C">
      <w:pPr>
        <w:rPr>
          <w:szCs w:val="24"/>
          <w:lang w:val="sk-SK"/>
        </w:rPr>
      </w:pPr>
      <w:r w:rsidRPr="00B31D7C">
        <w:rPr>
          <w:szCs w:val="24"/>
          <w:lang w:val="sk-SK"/>
        </w:rPr>
        <w:t>Pri fotografovaní a zverejňovaní záznamov materská škola postupuje v súlade s pravidlami ochrany osobných údajov a dbá na primeranosť, dôstojnosť a bezpečnosť detí.</w:t>
      </w:r>
    </w:p>
    <w:p w14:paraId="2BE060C4" w14:textId="77777777" w:rsidR="00252DD8" w:rsidRPr="00252DD8" w:rsidRDefault="00252DD8" w:rsidP="00252DD8">
      <w:pPr>
        <w:rPr>
          <w:b/>
          <w:bCs/>
          <w:szCs w:val="24"/>
          <w:lang w:val="sk-SK"/>
        </w:rPr>
      </w:pPr>
      <w:r w:rsidRPr="00252DD8">
        <w:rPr>
          <w:b/>
          <w:bCs/>
          <w:szCs w:val="24"/>
        </w:rPr>
        <w:t>Organizácia kultúrnych, vzdelávacích a spoločenských podujatí</w:t>
      </w:r>
    </w:p>
    <w:p w14:paraId="59ED0C31" w14:textId="77777777" w:rsidR="00252DD8" w:rsidRPr="00252DD8" w:rsidRDefault="00252DD8" w:rsidP="00252DD8">
      <w:pPr>
        <w:rPr>
          <w:szCs w:val="24"/>
          <w:lang w:val="sk-SK"/>
        </w:rPr>
      </w:pPr>
      <w:r w:rsidRPr="00252DD8">
        <w:rPr>
          <w:szCs w:val="24"/>
          <w:lang w:val="sk-SK"/>
        </w:rPr>
        <w:t>Materská škola môže organizovať kultúrne, vzdelávacie, spoločenské, športové a iné aktivity v súlade so školským vzdelávacím programom, plánom práce školy, vekovými osobitosťami detí, bezpečnostnými požiadavkami a organizačnými možnosťami materskej školy.</w:t>
      </w:r>
    </w:p>
    <w:p w14:paraId="75F992D8" w14:textId="77777777" w:rsidR="00252DD8" w:rsidRPr="00252DD8" w:rsidRDefault="00252DD8" w:rsidP="00252DD8">
      <w:pPr>
        <w:rPr>
          <w:szCs w:val="24"/>
          <w:lang w:val="sk-SK"/>
        </w:rPr>
      </w:pPr>
      <w:r w:rsidRPr="00252DD8">
        <w:rPr>
          <w:szCs w:val="24"/>
          <w:lang w:val="sk-SK"/>
        </w:rPr>
        <w:lastRenderedPageBreak/>
        <w:t>Podujatia a aktivity organizované materskou školou schvaľuje riaditeľka materskej školy. Ak ide o výlet, exkurziu, školu v prírode, športový výcvik alebo inú aktivitu podľa platných právnych predpisov, organizuje sa po dohode so zriaďovateľom a na základe informovaného súhlasu zákonného zástupcu.</w:t>
      </w:r>
    </w:p>
    <w:p w14:paraId="0283654E" w14:textId="77777777" w:rsidR="00252DD8" w:rsidRPr="00252DD8" w:rsidRDefault="00252DD8" w:rsidP="00252DD8">
      <w:pPr>
        <w:rPr>
          <w:szCs w:val="24"/>
          <w:lang w:val="sk-SK"/>
        </w:rPr>
      </w:pPr>
      <w:r w:rsidRPr="00252DD8">
        <w:rPr>
          <w:szCs w:val="24"/>
          <w:lang w:val="sk-SK"/>
        </w:rPr>
        <w:t>Zákonní zástupcovia sú o pripravovanom podujatí vopred informovaní. Oznámenie obsahuje najmä:</w:t>
      </w:r>
    </w:p>
    <w:p w14:paraId="05D20621" w14:textId="77777777" w:rsidR="00252DD8" w:rsidRPr="00252DD8" w:rsidRDefault="00252DD8" w:rsidP="00252DD8">
      <w:pPr>
        <w:numPr>
          <w:ilvl w:val="0"/>
          <w:numId w:val="108"/>
        </w:numPr>
        <w:rPr>
          <w:szCs w:val="24"/>
          <w:lang w:val="sk-SK"/>
        </w:rPr>
      </w:pPr>
      <w:r w:rsidRPr="00252DD8">
        <w:rPr>
          <w:szCs w:val="24"/>
          <w:lang w:val="sk-SK"/>
        </w:rPr>
        <w:t>názov a charakter podujatia,</w:t>
      </w:r>
    </w:p>
    <w:p w14:paraId="6541DA95" w14:textId="77777777" w:rsidR="00252DD8" w:rsidRPr="00252DD8" w:rsidRDefault="00252DD8" w:rsidP="00252DD8">
      <w:pPr>
        <w:numPr>
          <w:ilvl w:val="0"/>
          <w:numId w:val="108"/>
        </w:numPr>
        <w:rPr>
          <w:szCs w:val="24"/>
          <w:lang w:val="sk-SK"/>
        </w:rPr>
      </w:pPr>
      <w:r w:rsidRPr="00252DD8">
        <w:rPr>
          <w:szCs w:val="24"/>
          <w:lang w:val="sk-SK"/>
        </w:rPr>
        <w:t>dátum a miesto konania,</w:t>
      </w:r>
    </w:p>
    <w:p w14:paraId="2A6B789D" w14:textId="77777777" w:rsidR="00252DD8" w:rsidRPr="00252DD8" w:rsidRDefault="00252DD8" w:rsidP="00252DD8">
      <w:pPr>
        <w:numPr>
          <w:ilvl w:val="0"/>
          <w:numId w:val="108"/>
        </w:numPr>
        <w:rPr>
          <w:szCs w:val="24"/>
          <w:lang w:val="sk-SK"/>
        </w:rPr>
      </w:pPr>
      <w:r w:rsidRPr="00252DD8">
        <w:rPr>
          <w:szCs w:val="24"/>
          <w:lang w:val="sk-SK"/>
        </w:rPr>
        <w:t>čas odchodu a návratu,</w:t>
      </w:r>
    </w:p>
    <w:p w14:paraId="77FED834" w14:textId="77777777" w:rsidR="00252DD8" w:rsidRPr="00252DD8" w:rsidRDefault="00252DD8" w:rsidP="00252DD8">
      <w:pPr>
        <w:numPr>
          <w:ilvl w:val="0"/>
          <w:numId w:val="108"/>
        </w:numPr>
        <w:rPr>
          <w:szCs w:val="24"/>
          <w:lang w:val="sk-SK"/>
        </w:rPr>
      </w:pPr>
      <w:r w:rsidRPr="00252DD8">
        <w:rPr>
          <w:szCs w:val="24"/>
          <w:lang w:val="sk-SK"/>
        </w:rPr>
        <w:t>spôsob dopravy, ak sa využíva,</w:t>
      </w:r>
    </w:p>
    <w:p w14:paraId="06B93370" w14:textId="77777777" w:rsidR="00252DD8" w:rsidRPr="00252DD8" w:rsidRDefault="00252DD8" w:rsidP="00252DD8">
      <w:pPr>
        <w:numPr>
          <w:ilvl w:val="0"/>
          <w:numId w:val="108"/>
        </w:numPr>
        <w:rPr>
          <w:szCs w:val="24"/>
          <w:lang w:val="sk-SK"/>
        </w:rPr>
      </w:pPr>
      <w:r w:rsidRPr="00252DD8">
        <w:rPr>
          <w:szCs w:val="24"/>
          <w:lang w:val="sk-SK"/>
        </w:rPr>
        <w:t>organizačné pokyny,</w:t>
      </w:r>
    </w:p>
    <w:p w14:paraId="09F6FC93" w14:textId="77777777" w:rsidR="00252DD8" w:rsidRPr="00252DD8" w:rsidRDefault="00252DD8" w:rsidP="00252DD8">
      <w:pPr>
        <w:numPr>
          <w:ilvl w:val="0"/>
          <w:numId w:val="108"/>
        </w:numPr>
        <w:rPr>
          <w:szCs w:val="24"/>
          <w:lang w:val="sk-SK"/>
        </w:rPr>
      </w:pPr>
      <w:r w:rsidRPr="00252DD8">
        <w:rPr>
          <w:szCs w:val="24"/>
          <w:lang w:val="sk-SK"/>
        </w:rPr>
        <w:t>potrebné vybavenie dieťaťa,</w:t>
      </w:r>
    </w:p>
    <w:p w14:paraId="63443F4F" w14:textId="77777777" w:rsidR="00252DD8" w:rsidRPr="00252DD8" w:rsidRDefault="00252DD8" w:rsidP="00252DD8">
      <w:pPr>
        <w:numPr>
          <w:ilvl w:val="0"/>
          <w:numId w:val="108"/>
        </w:numPr>
        <w:rPr>
          <w:szCs w:val="24"/>
          <w:lang w:val="sk-SK"/>
        </w:rPr>
      </w:pPr>
      <w:r w:rsidRPr="00252DD8">
        <w:rPr>
          <w:szCs w:val="24"/>
          <w:lang w:val="sk-SK"/>
        </w:rPr>
        <w:t>informáciu o stravovaní,</w:t>
      </w:r>
    </w:p>
    <w:p w14:paraId="4C3DA479" w14:textId="77777777" w:rsidR="00252DD8" w:rsidRPr="00252DD8" w:rsidRDefault="00252DD8" w:rsidP="00252DD8">
      <w:pPr>
        <w:numPr>
          <w:ilvl w:val="0"/>
          <w:numId w:val="108"/>
        </w:numPr>
        <w:rPr>
          <w:szCs w:val="24"/>
          <w:lang w:val="sk-SK"/>
        </w:rPr>
      </w:pPr>
      <w:r w:rsidRPr="00252DD8">
        <w:rPr>
          <w:szCs w:val="24"/>
          <w:lang w:val="sk-SK"/>
        </w:rPr>
        <w:t>výšku prípadného poplatku,</w:t>
      </w:r>
    </w:p>
    <w:p w14:paraId="73DB8993" w14:textId="77777777" w:rsidR="00252DD8" w:rsidRPr="00252DD8" w:rsidRDefault="00252DD8" w:rsidP="00252DD8">
      <w:pPr>
        <w:numPr>
          <w:ilvl w:val="0"/>
          <w:numId w:val="108"/>
        </w:numPr>
        <w:rPr>
          <w:szCs w:val="24"/>
          <w:lang w:val="sk-SK"/>
        </w:rPr>
      </w:pPr>
      <w:r w:rsidRPr="00252DD8">
        <w:rPr>
          <w:szCs w:val="24"/>
          <w:lang w:val="sk-SK"/>
        </w:rPr>
        <w:t>meno zodpovedného pedagogického zamestnanca.</w:t>
      </w:r>
    </w:p>
    <w:p w14:paraId="4839C184" w14:textId="77777777" w:rsidR="00252DD8" w:rsidRPr="00252DD8" w:rsidRDefault="00252DD8" w:rsidP="00252DD8">
      <w:pPr>
        <w:rPr>
          <w:szCs w:val="24"/>
          <w:lang w:val="sk-SK"/>
        </w:rPr>
      </w:pPr>
      <w:r w:rsidRPr="00252DD8">
        <w:rPr>
          <w:szCs w:val="24"/>
          <w:lang w:val="sk-SK"/>
        </w:rPr>
        <w:t>Účasť dieťaťa na podujatí mimo bežného režimu materskej školy je možná len na základe informovaného súhlasu zákonného zástupcu. Ak zákonný zástupca informovaný súhlas neudelí, materská škola podľa svojich možností zabezpečí dieťaťu náhradnú výchovno-vzdelávaciu činnosť.</w:t>
      </w:r>
    </w:p>
    <w:p w14:paraId="6AC1BB31" w14:textId="77777777" w:rsidR="00252DD8" w:rsidRPr="00252DD8" w:rsidRDefault="00252DD8" w:rsidP="00252DD8">
      <w:pPr>
        <w:rPr>
          <w:szCs w:val="24"/>
          <w:lang w:val="sk-SK"/>
        </w:rPr>
      </w:pPr>
      <w:r w:rsidRPr="00252DD8">
        <w:rPr>
          <w:szCs w:val="24"/>
          <w:lang w:val="sk-SK"/>
        </w:rPr>
        <w:t>Za organizačné zabezpečenie podujatia zodpovedá pedagogický zamestnanec poverený riaditeľkou materskej školy. Pred uskutočnením podujatia zabezpečí najmä:</w:t>
      </w:r>
    </w:p>
    <w:p w14:paraId="253749A1" w14:textId="77777777" w:rsidR="00252DD8" w:rsidRPr="00252DD8" w:rsidRDefault="00252DD8" w:rsidP="00252DD8">
      <w:pPr>
        <w:numPr>
          <w:ilvl w:val="0"/>
          <w:numId w:val="109"/>
        </w:numPr>
        <w:rPr>
          <w:szCs w:val="24"/>
          <w:lang w:val="sk-SK"/>
        </w:rPr>
      </w:pPr>
      <w:r w:rsidRPr="00252DD8">
        <w:rPr>
          <w:szCs w:val="24"/>
          <w:lang w:val="sk-SK"/>
        </w:rPr>
        <w:t>prípravu organizácie a priebehu podujatia,</w:t>
      </w:r>
    </w:p>
    <w:p w14:paraId="55105E82" w14:textId="77777777" w:rsidR="00252DD8" w:rsidRPr="00252DD8" w:rsidRDefault="00252DD8" w:rsidP="00252DD8">
      <w:pPr>
        <w:numPr>
          <w:ilvl w:val="0"/>
          <w:numId w:val="109"/>
        </w:numPr>
        <w:rPr>
          <w:szCs w:val="24"/>
          <w:lang w:val="sk-SK"/>
        </w:rPr>
      </w:pPr>
      <w:r w:rsidRPr="00252DD8">
        <w:rPr>
          <w:szCs w:val="24"/>
          <w:lang w:val="sk-SK"/>
        </w:rPr>
        <w:t>poučenie zúčastnených osôb o bezpečnosti a ochrane zdravia,</w:t>
      </w:r>
    </w:p>
    <w:p w14:paraId="700683D4" w14:textId="77777777" w:rsidR="00252DD8" w:rsidRPr="00252DD8" w:rsidRDefault="00252DD8" w:rsidP="00252DD8">
      <w:pPr>
        <w:numPr>
          <w:ilvl w:val="0"/>
          <w:numId w:val="109"/>
        </w:numPr>
        <w:rPr>
          <w:szCs w:val="24"/>
          <w:lang w:val="sk-SK"/>
        </w:rPr>
      </w:pPr>
      <w:r w:rsidRPr="00252DD8">
        <w:rPr>
          <w:szCs w:val="24"/>
          <w:lang w:val="sk-SK"/>
        </w:rPr>
        <w:t>primerané poučenie detí o bezpečnom správaní,</w:t>
      </w:r>
    </w:p>
    <w:p w14:paraId="44FC5DB7" w14:textId="77777777" w:rsidR="00252DD8" w:rsidRPr="00252DD8" w:rsidRDefault="00252DD8" w:rsidP="00252DD8">
      <w:pPr>
        <w:numPr>
          <w:ilvl w:val="0"/>
          <w:numId w:val="109"/>
        </w:numPr>
        <w:rPr>
          <w:szCs w:val="24"/>
          <w:lang w:val="sk-SK"/>
        </w:rPr>
      </w:pPr>
      <w:r w:rsidRPr="00252DD8">
        <w:rPr>
          <w:szCs w:val="24"/>
          <w:lang w:val="sk-SK"/>
        </w:rPr>
        <w:t>zabezpečenie dohľadu nad deťmi,</w:t>
      </w:r>
    </w:p>
    <w:p w14:paraId="20A41F82" w14:textId="77777777" w:rsidR="00252DD8" w:rsidRPr="00252DD8" w:rsidRDefault="00252DD8" w:rsidP="00252DD8">
      <w:pPr>
        <w:numPr>
          <w:ilvl w:val="0"/>
          <w:numId w:val="109"/>
        </w:numPr>
        <w:rPr>
          <w:szCs w:val="24"/>
          <w:lang w:val="sk-SK"/>
        </w:rPr>
      </w:pPr>
      <w:r w:rsidRPr="00252DD8">
        <w:rPr>
          <w:szCs w:val="24"/>
          <w:lang w:val="sk-SK"/>
        </w:rPr>
        <w:t>kontrolu počtu detí pred odchodom, počas aktivity a po návrate,</w:t>
      </w:r>
    </w:p>
    <w:p w14:paraId="53597287" w14:textId="77777777" w:rsidR="00252DD8" w:rsidRPr="00252DD8" w:rsidRDefault="00252DD8" w:rsidP="00252DD8">
      <w:pPr>
        <w:numPr>
          <w:ilvl w:val="0"/>
          <w:numId w:val="109"/>
        </w:numPr>
        <w:rPr>
          <w:szCs w:val="24"/>
          <w:lang w:val="sk-SK"/>
        </w:rPr>
      </w:pPr>
      <w:r w:rsidRPr="00252DD8">
        <w:rPr>
          <w:szCs w:val="24"/>
          <w:lang w:val="sk-SK"/>
        </w:rPr>
        <w:t>dodržiavanie hygienických, bezpečnostných a organizačných pravidiel.</w:t>
      </w:r>
    </w:p>
    <w:p w14:paraId="298B76A4" w14:textId="77777777" w:rsidR="00252DD8" w:rsidRPr="00252DD8" w:rsidRDefault="00252DD8" w:rsidP="00252DD8">
      <w:pPr>
        <w:rPr>
          <w:szCs w:val="24"/>
          <w:lang w:val="sk-SK"/>
        </w:rPr>
      </w:pPr>
      <w:r w:rsidRPr="00252DD8">
        <w:rPr>
          <w:szCs w:val="24"/>
          <w:lang w:val="sk-SK"/>
        </w:rPr>
        <w:t>Za bezpečnosť a ochranu zdravia detí počas podujatia zodpovedajú pedagogickí zamestnanci a ďalšie poverené osoby v rozsahu určenom riaditeľkou materskej školy a podľa platných právnych predpisov.</w:t>
      </w:r>
    </w:p>
    <w:p w14:paraId="665343FF" w14:textId="77777777" w:rsidR="00252DD8" w:rsidRPr="00252DD8" w:rsidRDefault="00252DD8" w:rsidP="00252DD8">
      <w:pPr>
        <w:rPr>
          <w:szCs w:val="24"/>
          <w:lang w:val="sk-SK"/>
        </w:rPr>
      </w:pPr>
      <w:r w:rsidRPr="00252DD8">
        <w:rPr>
          <w:szCs w:val="24"/>
          <w:lang w:val="sk-SK"/>
        </w:rPr>
        <w:t xml:space="preserve">Výlet alebo exkurzia sa organizuje najviac na jeden deň, s prihliadnutím na bezpečnostné, hygienické a fyziologické potreby detí. Pri organizovaní výletu alebo </w:t>
      </w:r>
      <w:r w:rsidRPr="00252DD8">
        <w:rPr>
          <w:szCs w:val="24"/>
          <w:lang w:val="sk-SK"/>
        </w:rPr>
        <w:lastRenderedPageBreak/>
        <w:t>exkurzie materská škola zabezpečí deťom teplý obed alebo iné stravovanie podľa podmienok konkrétnej aktivity a dohody so zákonnými zástupcami.</w:t>
      </w:r>
    </w:p>
    <w:p w14:paraId="23648659" w14:textId="77777777" w:rsidR="00252DD8" w:rsidRPr="00252DD8" w:rsidRDefault="00252DD8" w:rsidP="00252DD8">
      <w:pPr>
        <w:rPr>
          <w:szCs w:val="24"/>
          <w:lang w:val="sk-SK"/>
        </w:rPr>
      </w:pPr>
      <w:r w:rsidRPr="00252DD8">
        <w:rPr>
          <w:szCs w:val="24"/>
          <w:lang w:val="sk-SK"/>
        </w:rPr>
        <w:t>Ak sa podujatie uskutočňuje v priestoroch materskej školy, organizuje sa tak, aby nenarúšalo bezpečnosť detí, denný režim, prevádzku školy a ochranu osobných údajov detí a zamestnancov.</w:t>
      </w:r>
    </w:p>
    <w:p w14:paraId="6282CFB5" w14:textId="77777777" w:rsidR="00252DD8" w:rsidRDefault="00252DD8" w:rsidP="00252DD8">
      <w:pPr>
        <w:rPr>
          <w:szCs w:val="24"/>
          <w:lang w:val="sk-SK"/>
        </w:rPr>
      </w:pPr>
      <w:r w:rsidRPr="00252DD8">
        <w:rPr>
          <w:szCs w:val="24"/>
          <w:lang w:val="sk-SK"/>
        </w:rPr>
        <w:t>Materská škola môže pri organizovaní podujatí spolupracovať so zákonnými zástupcami, zriaďovateľom, kultúrnymi, športovými, vzdelávacími a odbornými inštitúciami. Spolupráca sa zabezpečuje tak, aby bola zachovaná bezpečnosť detí, primeranosť aktivít a zodpovednosť materskej školy za organizáciu podujatia.</w:t>
      </w:r>
    </w:p>
    <w:p w14:paraId="5C7E089A" w14:textId="77777777" w:rsidR="00F74900" w:rsidRPr="00252DD8" w:rsidRDefault="00F74900" w:rsidP="002E1C4A">
      <w:pPr>
        <w:spacing w:after="0"/>
        <w:rPr>
          <w:szCs w:val="24"/>
          <w:lang w:val="sk-SK"/>
        </w:rPr>
      </w:pPr>
    </w:p>
    <w:p w14:paraId="4F67489E" w14:textId="77777777" w:rsidR="00F952AE" w:rsidRPr="00392BAE" w:rsidRDefault="00F952AE" w:rsidP="00F952AE">
      <w:pPr>
        <w:pStyle w:val="Nadpis2"/>
        <w:spacing w:before="0"/>
        <w:rPr>
          <w:rFonts w:ascii="Arial" w:eastAsia="Arial" w:hAnsi="Arial" w:cs="Arial"/>
          <w:color w:val="0070C0"/>
          <w:sz w:val="24"/>
        </w:rPr>
      </w:pPr>
      <w:bookmarkStart w:id="62" w:name="_Toc238333757"/>
      <w:r w:rsidRPr="00392BAE">
        <w:rPr>
          <w:rFonts w:ascii="Arial" w:eastAsia="Arial" w:hAnsi="Arial" w:cs="Arial"/>
          <w:color w:val="0070C0"/>
          <w:sz w:val="24"/>
        </w:rPr>
        <w:t>7.8 Zaraďovanie detí do tried</w:t>
      </w:r>
      <w:bookmarkEnd w:id="62"/>
    </w:p>
    <w:p w14:paraId="7227F053" w14:textId="77777777" w:rsidR="00F74900" w:rsidRPr="00F74900" w:rsidRDefault="00F74900" w:rsidP="002E1C4A">
      <w:pPr>
        <w:spacing w:after="0"/>
      </w:pPr>
    </w:p>
    <w:p w14:paraId="4859A486" w14:textId="77777777" w:rsidR="00F952AE" w:rsidRPr="00F952AE" w:rsidRDefault="00F952AE" w:rsidP="00F952AE">
      <w:pPr>
        <w:rPr>
          <w:szCs w:val="24"/>
          <w:lang w:val="sk-SK"/>
        </w:rPr>
      </w:pPr>
      <w:r w:rsidRPr="00F952AE">
        <w:rPr>
          <w:szCs w:val="24"/>
          <w:lang w:val="sk-SK"/>
        </w:rPr>
        <w:t>Deti do jednotlivých tried materskej školy zaraďuje riaditeľka materskej školy po predchádzajúcom prerokovaní v pedagogickej rade.</w:t>
      </w:r>
    </w:p>
    <w:p w14:paraId="32097B54" w14:textId="77777777" w:rsidR="00F952AE" w:rsidRPr="00F952AE" w:rsidRDefault="00F952AE" w:rsidP="00F952AE">
      <w:pPr>
        <w:rPr>
          <w:szCs w:val="24"/>
          <w:lang w:val="sk-SK"/>
        </w:rPr>
      </w:pPr>
      <w:r w:rsidRPr="00F952AE">
        <w:rPr>
          <w:szCs w:val="24"/>
          <w:lang w:val="sk-SK"/>
        </w:rPr>
        <w:t>Pri zaraďovaní detí do tried sa prihliada najmä na:</w:t>
      </w:r>
    </w:p>
    <w:p w14:paraId="30CD0668" w14:textId="77777777" w:rsidR="00F952AE" w:rsidRPr="00F952AE" w:rsidRDefault="00F952AE" w:rsidP="00F952AE">
      <w:pPr>
        <w:numPr>
          <w:ilvl w:val="0"/>
          <w:numId w:val="110"/>
        </w:numPr>
        <w:rPr>
          <w:szCs w:val="24"/>
          <w:lang w:val="sk-SK"/>
        </w:rPr>
      </w:pPr>
      <w:r w:rsidRPr="00F952AE">
        <w:rPr>
          <w:szCs w:val="24"/>
          <w:lang w:val="sk-SK"/>
        </w:rPr>
        <w:t>vek dieťaťa,</w:t>
      </w:r>
    </w:p>
    <w:p w14:paraId="447B82CC" w14:textId="77777777" w:rsidR="00F952AE" w:rsidRPr="00F952AE" w:rsidRDefault="00F952AE" w:rsidP="00F952AE">
      <w:pPr>
        <w:numPr>
          <w:ilvl w:val="0"/>
          <w:numId w:val="110"/>
        </w:numPr>
        <w:rPr>
          <w:szCs w:val="24"/>
          <w:lang w:val="sk-SK"/>
        </w:rPr>
      </w:pPr>
      <w:r w:rsidRPr="00F952AE">
        <w:rPr>
          <w:szCs w:val="24"/>
          <w:lang w:val="sk-SK"/>
        </w:rPr>
        <w:t>počet detí v jednotlivých triedach,</w:t>
      </w:r>
    </w:p>
    <w:p w14:paraId="51559CBB" w14:textId="77777777" w:rsidR="00F952AE" w:rsidRPr="00F952AE" w:rsidRDefault="00F952AE" w:rsidP="00F952AE">
      <w:pPr>
        <w:numPr>
          <w:ilvl w:val="0"/>
          <w:numId w:val="110"/>
        </w:numPr>
        <w:rPr>
          <w:szCs w:val="24"/>
          <w:lang w:val="sk-SK"/>
        </w:rPr>
      </w:pPr>
      <w:r w:rsidRPr="00F952AE">
        <w:rPr>
          <w:szCs w:val="24"/>
          <w:lang w:val="sk-SK"/>
        </w:rPr>
        <w:t>kapacitné možnosti materskej školy,</w:t>
      </w:r>
    </w:p>
    <w:p w14:paraId="5C6A9CDB" w14:textId="77777777" w:rsidR="00F952AE" w:rsidRPr="00F952AE" w:rsidRDefault="00F952AE" w:rsidP="00F952AE">
      <w:pPr>
        <w:numPr>
          <w:ilvl w:val="0"/>
          <w:numId w:val="110"/>
        </w:numPr>
        <w:rPr>
          <w:szCs w:val="24"/>
          <w:lang w:val="sk-SK"/>
        </w:rPr>
      </w:pPr>
      <w:r w:rsidRPr="00F952AE">
        <w:rPr>
          <w:szCs w:val="24"/>
          <w:lang w:val="sk-SK"/>
        </w:rPr>
        <w:t>zloženie triedy,</w:t>
      </w:r>
    </w:p>
    <w:p w14:paraId="01105F1F" w14:textId="77777777" w:rsidR="00F952AE" w:rsidRPr="00F952AE" w:rsidRDefault="00F952AE" w:rsidP="00F952AE">
      <w:pPr>
        <w:numPr>
          <w:ilvl w:val="0"/>
          <w:numId w:val="110"/>
        </w:numPr>
        <w:rPr>
          <w:szCs w:val="24"/>
          <w:lang w:val="sk-SK"/>
        </w:rPr>
      </w:pPr>
      <w:r w:rsidRPr="00F952AE">
        <w:rPr>
          <w:szCs w:val="24"/>
          <w:lang w:val="sk-SK"/>
        </w:rPr>
        <w:t>individuálne potreby dieťaťa,</w:t>
      </w:r>
    </w:p>
    <w:p w14:paraId="6C1DC867" w14:textId="77777777" w:rsidR="00F952AE" w:rsidRPr="00F952AE" w:rsidRDefault="00F952AE" w:rsidP="00F952AE">
      <w:pPr>
        <w:numPr>
          <w:ilvl w:val="0"/>
          <w:numId w:val="110"/>
        </w:numPr>
        <w:rPr>
          <w:szCs w:val="24"/>
          <w:lang w:val="sk-SK"/>
        </w:rPr>
      </w:pPr>
      <w:r w:rsidRPr="00F952AE">
        <w:rPr>
          <w:szCs w:val="24"/>
          <w:lang w:val="sk-SK"/>
        </w:rPr>
        <w:t>súrodenecké väzby, ak je to organizačne možné,</w:t>
      </w:r>
    </w:p>
    <w:p w14:paraId="4D9E14B3" w14:textId="77777777" w:rsidR="00F952AE" w:rsidRPr="00F952AE" w:rsidRDefault="00F952AE" w:rsidP="00F952AE">
      <w:pPr>
        <w:numPr>
          <w:ilvl w:val="0"/>
          <w:numId w:val="110"/>
        </w:numPr>
        <w:rPr>
          <w:szCs w:val="24"/>
          <w:lang w:val="sk-SK"/>
        </w:rPr>
      </w:pPr>
      <w:r w:rsidRPr="00F952AE">
        <w:rPr>
          <w:szCs w:val="24"/>
          <w:lang w:val="sk-SK"/>
        </w:rPr>
        <w:t>potrebu adaptačnej podpory dieťaťa,</w:t>
      </w:r>
    </w:p>
    <w:p w14:paraId="448CF104" w14:textId="77777777" w:rsidR="00F952AE" w:rsidRPr="00F952AE" w:rsidRDefault="00F952AE" w:rsidP="00F952AE">
      <w:pPr>
        <w:numPr>
          <w:ilvl w:val="0"/>
          <w:numId w:val="110"/>
        </w:numPr>
        <w:rPr>
          <w:szCs w:val="24"/>
          <w:lang w:val="sk-SK"/>
        </w:rPr>
      </w:pPr>
      <w:r w:rsidRPr="00F952AE">
        <w:rPr>
          <w:szCs w:val="24"/>
          <w:lang w:val="sk-SK"/>
        </w:rPr>
        <w:t>špeciálne výchovno-vzdelávacie potreby dieťaťa,</w:t>
      </w:r>
    </w:p>
    <w:p w14:paraId="6E07060F" w14:textId="77777777" w:rsidR="00F952AE" w:rsidRPr="00F952AE" w:rsidRDefault="00F952AE" w:rsidP="00F952AE">
      <w:pPr>
        <w:numPr>
          <w:ilvl w:val="0"/>
          <w:numId w:val="110"/>
        </w:numPr>
        <w:rPr>
          <w:szCs w:val="24"/>
          <w:lang w:val="sk-SK"/>
        </w:rPr>
      </w:pPr>
      <w:r w:rsidRPr="00F952AE">
        <w:rPr>
          <w:szCs w:val="24"/>
          <w:lang w:val="sk-SK"/>
        </w:rPr>
        <w:t>bezpečnosť detí a plynulú organizáciu výchovno-vzdelávacej činnosti.</w:t>
      </w:r>
    </w:p>
    <w:p w14:paraId="1E8064F6" w14:textId="77777777" w:rsidR="00F952AE" w:rsidRPr="00F952AE" w:rsidRDefault="00F952AE" w:rsidP="00F952AE">
      <w:pPr>
        <w:pStyle w:val="Normlnywebov"/>
      </w:pPr>
      <w:r w:rsidRPr="00F952AE">
        <w:t>Triedy materskej školy môžu byť vytvorené ako homogénne alebo heterogénne. Homogénne triedy tvoria deti rovnakého alebo približne rovnakého veku, heterogénne triedy tvoria deti rozdielneho veku.</w:t>
      </w:r>
    </w:p>
    <w:p w14:paraId="3EAE006B" w14:textId="77777777" w:rsidR="00F952AE" w:rsidRPr="00F952AE" w:rsidRDefault="00F952AE" w:rsidP="00F95945">
      <w:pPr>
        <w:pStyle w:val="Normlnywebov"/>
      </w:pPr>
      <w:r w:rsidRPr="00F952AE">
        <w:t>Organizácia homogénnych alebo heterogénnych tried sa určuje podľa aktuálneho počtu prijatých detí, vekovej štruktúry detí, kapacitných, personálnych, priestorových a organizačných podmienok materskej školy.</w:t>
      </w:r>
    </w:p>
    <w:p w14:paraId="3452D48D" w14:textId="77777777" w:rsidR="00F952AE" w:rsidRPr="00F952AE" w:rsidRDefault="00F952AE" w:rsidP="00F952AE">
      <w:pPr>
        <w:rPr>
          <w:szCs w:val="24"/>
          <w:lang w:val="sk-SK"/>
        </w:rPr>
      </w:pPr>
      <w:r w:rsidRPr="00F952AE">
        <w:rPr>
          <w:szCs w:val="24"/>
          <w:lang w:val="sk-SK"/>
        </w:rPr>
        <w:t xml:space="preserve">Deti, pre ktoré je predprimárne vzdelávanie povinné, sa spravidla zaraďujú do samostatnej triedy. Ak to kapacitné, personálne alebo organizačné podmienky </w:t>
      </w:r>
      <w:r w:rsidRPr="00F952AE">
        <w:rPr>
          <w:szCs w:val="24"/>
          <w:lang w:val="sk-SK"/>
        </w:rPr>
        <w:lastRenderedPageBreak/>
        <w:t>materskej školy neumožňujú, môžu byť zaradené aj do triedy s deťmi iného veku, pričom sa zabezpečí plnenie cieľov povinného predprimárneho vzdelávania.</w:t>
      </w:r>
    </w:p>
    <w:p w14:paraId="68B0EA3B" w14:textId="77777777" w:rsidR="00F952AE" w:rsidRPr="00F952AE" w:rsidRDefault="00F952AE" w:rsidP="00F952AE">
      <w:pPr>
        <w:rPr>
          <w:szCs w:val="24"/>
          <w:lang w:val="sk-SK"/>
        </w:rPr>
      </w:pPr>
      <w:r w:rsidRPr="00F952AE">
        <w:rPr>
          <w:szCs w:val="24"/>
          <w:lang w:val="sk-SK"/>
        </w:rPr>
        <w:t>Dieťa so špeciálnymi výchovno-vzdelávacími potrebami môže byť zaradené do bežnej triedy spolu s ostatnými deťmi, ak sú vytvorené vhodné podmienky na jeho bezpečný pobyt, podporu a primeranú účasť na výchovno-vzdelávacej činnosti.</w:t>
      </w:r>
    </w:p>
    <w:p w14:paraId="6616BE6F" w14:textId="77777777" w:rsidR="00F952AE" w:rsidRPr="00F952AE" w:rsidRDefault="00F952AE" w:rsidP="00F952AE">
      <w:pPr>
        <w:rPr>
          <w:szCs w:val="24"/>
          <w:lang w:val="sk-SK"/>
        </w:rPr>
      </w:pPr>
      <w:r w:rsidRPr="00F952AE">
        <w:rPr>
          <w:szCs w:val="24"/>
          <w:lang w:val="sk-SK"/>
        </w:rPr>
        <w:t>O zaradení dieťaťa so zdravotným znevýhodnením sa rozhoduje s prihliadnutím na odporúčanie všeobecného lekára pre deti a dorast, odporúčanie zariadenia poradenstva a prevencie a informovaný súhlas zákonného zástupcu. O zaradení dieťaťa s nadaním sa rozhoduje na základe odporúčania zariadenia poradenstva a prevencie a informovaného súhlasu zákonného zástupcu.</w:t>
      </w:r>
    </w:p>
    <w:p w14:paraId="1194A2D6" w14:textId="77777777" w:rsidR="00F952AE" w:rsidRPr="00F952AE" w:rsidRDefault="00F952AE" w:rsidP="00F952AE">
      <w:pPr>
        <w:rPr>
          <w:szCs w:val="24"/>
          <w:lang w:val="sk-SK"/>
        </w:rPr>
      </w:pPr>
      <w:r w:rsidRPr="00F952AE">
        <w:rPr>
          <w:szCs w:val="24"/>
          <w:lang w:val="sk-SK"/>
        </w:rPr>
        <w:t>Dieťa nemožno zaradiť do samostatnej triedy pre deti so špeciálnymi výchovno-vzdelávacími potrebami výlučne z dôvodu, že pochádza zo sociálne znevýhodňujúceho prostredia.</w:t>
      </w:r>
    </w:p>
    <w:p w14:paraId="0E379E8C" w14:textId="77777777" w:rsidR="00F952AE" w:rsidRPr="00F952AE" w:rsidRDefault="00F952AE" w:rsidP="00F952AE">
      <w:pPr>
        <w:rPr>
          <w:szCs w:val="24"/>
          <w:lang w:val="sk-SK"/>
        </w:rPr>
      </w:pPr>
      <w:r w:rsidRPr="00F952AE">
        <w:rPr>
          <w:szCs w:val="24"/>
          <w:lang w:val="sk-SK"/>
        </w:rPr>
        <w:t>Pri zaraďovaní detí do tried sa rešpektujú najvyššie počty detí v triedach ustanovené platnými právnymi predpismi. Ak sú splnené zákonné podmienky, počet detí v triede môže byť upravený v rozsahu umožnenom právnymi predpismi.</w:t>
      </w:r>
    </w:p>
    <w:p w14:paraId="06CA1A2F" w14:textId="77777777" w:rsidR="00F952AE" w:rsidRPr="00F952AE" w:rsidRDefault="00F952AE" w:rsidP="00F952AE">
      <w:pPr>
        <w:rPr>
          <w:szCs w:val="24"/>
          <w:lang w:val="sk-SK"/>
        </w:rPr>
      </w:pPr>
      <w:r w:rsidRPr="00F952AE">
        <w:rPr>
          <w:szCs w:val="24"/>
          <w:lang w:val="sk-SK"/>
        </w:rPr>
        <w:t>Zaradenie dieťaťa do konkrétnej triedy nie je nemenné. Riaditeľka materskej školy môže po prerokovaní v pedagogickej rade rozhodnúť o preradení dieťaťa do inej triedy, ak si to vyžadujú organizačné, kapacitné, výchovno-vzdelávacie alebo bezpečnostné dôvody, prípadne individuálne potreby dieťaťa.</w:t>
      </w:r>
    </w:p>
    <w:p w14:paraId="125B2ED4" w14:textId="77777777" w:rsidR="00F952AE" w:rsidRDefault="00F952AE" w:rsidP="00F952AE">
      <w:pPr>
        <w:rPr>
          <w:szCs w:val="24"/>
          <w:lang w:val="sk-SK"/>
        </w:rPr>
      </w:pPr>
      <w:r w:rsidRPr="00F952AE">
        <w:rPr>
          <w:szCs w:val="24"/>
          <w:lang w:val="sk-SK"/>
        </w:rPr>
        <w:t>O zaradení alebo preradení dieťaťa do triedy sú zákonní zástupcovia informovaní spôsobom určeným materskou školou.</w:t>
      </w:r>
    </w:p>
    <w:p w14:paraId="4F2045DE" w14:textId="77777777" w:rsidR="00F95945" w:rsidRPr="00F952AE" w:rsidRDefault="00F95945" w:rsidP="00F952AE">
      <w:pPr>
        <w:spacing w:after="0" w:line="240" w:lineRule="auto"/>
        <w:rPr>
          <w:szCs w:val="24"/>
          <w:lang w:val="sk-SK"/>
        </w:rPr>
      </w:pPr>
    </w:p>
    <w:p w14:paraId="24254119" w14:textId="77777777" w:rsidR="00FF3505" w:rsidRPr="00392BAE" w:rsidRDefault="00F95945" w:rsidP="00FF3505">
      <w:pPr>
        <w:pStyle w:val="Nadpis2"/>
        <w:spacing w:before="0"/>
        <w:rPr>
          <w:rFonts w:ascii="Arial" w:hAnsi="Arial" w:cs="Arial"/>
          <w:color w:val="0070C0"/>
          <w:sz w:val="24"/>
          <w:szCs w:val="24"/>
          <w:lang w:val="sk-SK"/>
        </w:rPr>
      </w:pPr>
      <w:bookmarkStart w:id="63" w:name="_Toc238333758"/>
      <w:r w:rsidRPr="00392BAE">
        <w:rPr>
          <w:rFonts w:ascii="Arial" w:eastAsia="Arial" w:hAnsi="Arial" w:cs="Arial"/>
          <w:color w:val="0070C0"/>
          <w:sz w:val="24"/>
        </w:rPr>
        <w:t>7.9 Školské stravovanie</w:t>
      </w:r>
      <w:bookmarkEnd w:id="63"/>
    </w:p>
    <w:p w14:paraId="443F21B1" w14:textId="77777777" w:rsidR="00F95945" w:rsidRPr="00F95945" w:rsidRDefault="00F95945" w:rsidP="00FF3505">
      <w:pPr>
        <w:spacing w:after="0" w:line="240" w:lineRule="auto"/>
        <w:rPr>
          <w:b/>
          <w:bCs/>
          <w:color w:val="0070C0"/>
          <w:szCs w:val="24"/>
          <w:lang w:val="sk-SK"/>
        </w:rPr>
      </w:pPr>
    </w:p>
    <w:p w14:paraId="44FC5353" w14:textId="77777777" w:rsidR="00FF3505" w:rsidRPr="00FF3505" w:rsidRDefault="00FF3505" w:rsidP="00FF3505">
      <w:pPr>
        <w:rPr>
          <w:szCs w:val="24"/>
          <w:lang w:val="sk-SK"/>
        </w:rPr>
      </w:pPr>
      <w:r w:rsidRPr="00FF3505">
        <w:rPr>
          <w:szCs w:val="24"/>
          <w:lang w:val="sk-SK"/>
        </w:rPr>
        <w:t>Školské stravovanie zabezpečuje školská jedáleň, ktorá je súčasťou materskej školy.</w:t>
      </w:r>
    </w:p>
    <w:p w14:paraId="1F1570B2" w14:textId="77777777" w:rsidR="00FF3505" w:rsidRPr="00FF3505" w:rsidRDefault="00FF3505" w:rsidP="00FF3505">
      <w:pPr>
        <w:rPr>
          <w:szCs w:val="24"/>
          <w:lang w:val="sk-SK"/>
        </w:rPr>
      </w:pPr>
      <w:r w:rsidRPr="00FF3505">
        <w:rPr>
          <w:szCs w:val="24"/>
          <w:lang w:val="sk-SK"/>
        </w:rPr>
        <w:t>Školská jedáleň zabezpečuje prípravu a výdaj stravy v súlade s platnými materiálno-spotrebnými normami, odporúčanými výživovými dávkami, zásadami správnej výživy a hygienickými požiadavkami na školské stravovanie.</w:t>
      </w:r>
    </w:p>
    <w:p w14:paraId="14911277" w14:textId="77777777" w:rsidR="00A244A1" w:rsidRPr="00A244A1" w:rsidRDefault="00FF3505" w:rsidP="00D33AC4">
      <w:pPr>
        <w:rPr>
          <w:szCs w:val="24"/>
          <w:lang w:val="sk-SK"/>
        </w:rPr>
      </w:pPr>
      <w:r w:rsidRPr="00FF3505">
        <w:rPr>
          <w:szCs w:val="24"/>
          <w:lang w:val="sk-SK"/>
        </w:rPr>
        <w:t xml:space="preserve">Školská jedáleň zodpovedá za kvalitu, prípravu, výdaj a zdravotnú nezávadnosť poskytovanej stravy. </w:t>
      </w:r>
    </w:p>
    <w:p w14:paraId="1C7E22BE" w14:textId="77777777" w:rsidR="00FF3505" w:rsidRPr="00FF3505" w:rsidRDefault="00FF3505" w:rsidP="00FF3505">
      <w:pPr>
        <w:rPr>
          <w:b/>
          <w:bCs/>
          <w:szCs w:val="24"/>
          <w:lang w:val="sk-SK"/>
        </w:rPr>
      </w:pPr>
      <w:r w:rsidRPr="00FF3505">
        <w:rPr>
          <w:b/>
          <w:bCs/>
          <w:szCs w:val="24"/>
          <w:lang w:val="sk-SK"/>
        </w:rPr>
        <w:t>Organizácia stravovania</w:t>
      </w:r>
    </w:p>
    <w:p w14:paraId="2E079FC0" w14:textId="77777777" w:rsidR="00FF3505" w:rsidRPr="00FF3505" w:rsidRDefault="00FF3505" w:rsidP="00FF3505">
      <w:pPr>
        <w:rPr>
          <w:szCs w:val="24"/>
          <w:lang w:val="sk-SK"/>
        </w:rPr>
      </w:pPr>
      <w:r w:rsidRPr="00FF3505">
        <w:rPr>
          <w:szCs w:val="24"/>
          <w:lang w:val="sk-SK"/>
        </w:rPr>
        <w:t>Deťom sa počas dňa poskytuje desiata, obed a olovrant podľa organizácie denného režimu materskej školy. Strava sa podáva v určenom čase tak, aby bol zabezpečený pravidelný stravovací režim detí a plynulý chod výchovno-vzdelávacej činnosti. Súčasťou stravovania je aj zabezpečenie pitného režimu, najmä formou vody alebo nesladeného čaju.</w:t>
      </w:r>
    </w:p>
    <w:p w14:paraId="75886296" w14:textId="77777777" w:rsidR="00FF3505" w:rsidRPr="00FF3505" w:rsidRDefault="00FF3505" w:rsidP="00FF3505">
      <w:pPr>
        <w:rPr>
          <w:szCs w:val="24"/>
          <w:lang w:val="sk-SK"/>
        </w:rPr>
      </w:pPr>
      <w:r w:rsidRPr="00FF3505">
        <w:rPr>
          <w:szCs w:val="24"/>
          <w:lang w:val="sk-SK"/>
        </w:rPr>
        <w:lastRenderedPageBreak/>
        <w:t>Pedagogickí zamestnanci vedú deti pri stolovaní k samostatnosti, kultúrnym stravovacím návykom, primeranej sebaobsluhe, dodržiavaniu hygieny a slušnému správaniu pri jedle. Pedagogickí zamestnanci nemanipulujú s jedlom spôsobom, ktorý patrí do pracovných činností zamestnancov školskej jedálne.</w:t>
      </w:r>
    </w:p>
    <w:p w14:paraId="0C3B0C88" w14:textId="77777777" w:rsidR="00FF3505" w:rsidRPr="00FF3505" w:rsidRDefault="00FF3505" w:rsidP="00FF3505">
      <w:pPr>
        <w:rPr>
          <w:szCs w:val="24"/>
          <w:lang w:val="sk-SK"/>
        </w:rPr>
      </w:pPr>
      <w:r w:rsidRPr="00FF3505">
        <w:rPr>
          <w:szCs w:val="24"/>
          <w:lang w:val="sk-SK"/>
        </w:rPr>
        <w:t>Za organizáciu detí počas stravovania a ich bezpečnosť zodpovedajú pedagogickí zamestnanci príslušnej triedy.</w:t>
      </w:r>
    </w:p>
    <w:p w14:paraId="505C7095" w14:textId="77777777" w:rsidR="00FF3505" w:rsidRPr="00FF3505" w:rsidRDefault="00FF3505" w:rsidP="00FF3505">
      <w:pPr>
        <w:rPr>
          <w:szCs w:val="24"/>
          <w:lang w:val="sk-SK"/>
        </w:rPr>
      </w:pPr>
      <w:r w:rsidRPr="00FF3505">
        <w:rPr>
          <w:szCs w:val="24"/>
          <w:lang w:val="sk-SK"/>
        </w:rPr>
        <w:t>Zákonný zástupca je povinný včas informovať materskú školu a školskú jedáleň o zdravotných obmedzeniach dieťaťa súvisiacich so stravovaním, najmä o potravinovej alergii, intolerancii alebo inom lekársky potvrdenom obmedzení.</w:t>
      </w:r>
    </w:p>
    <w:p w14:paraId="0557E04B" w14:textId="77777777" w:rsidR="00E605CD" w:rsidRPr="00E605CD" w:rsidRDefault="00E605CD" w:rsidP="00E605CD">
      <w:pPr>
        <w:rPr>
          <w:b/>
          <w:bCs/>
          <w:szCs w:val="24"/>
          <w:lang w:val="sk-SK"/>
        </w:rPr>
      </w:pPr>
      <w:r w:rsidRPr="00E605CD">
        <w:rPr>
          <w:b/>
          <w:bCs/>
          <w:szCs w:val="24"/>
          <w:lang w:val="sk-SK"/>
        </w:rPr>
        <w:t>Individuálne stravovanie dieťaťa</w:t>
      </w:r>
    </w:p>
    <w:p w14:paraId="174460C2" w14:textId="77777777" w:rsidR="00E605CD" w:rsidRPr="00E605CD" w:rsidRDefault="00E605CD" w:rsidP="00E605CD">
      <w:pPr>
        <w:rPr>
          <w:szCs w:val="24"/>
          <w:lang w:val="sk-SK"/>
        </w:rPr>
      </w:pPr>
      <w:r w:rsidRPr="00E605CD">
        <w:rPr>
          <w:szCs w:val="24"/>
          <w:lang w:val="sk-SK"/>
        </w:rPr>
        <w:t>Materská škola a školská jedáleň zabezpečujú stravovanie detí v súlade s platnými právnymi predpismi, hygienickými požiadavkami, zásadami správnej výživy a bezpečnosti potravín.</w:t>
      </w:r>
    </w:p>
    <w:p w14:paraId="3540BF34" w14:textId="77777777" w:rsidR="00E605CD" w:rsidRPr="00E605CD" w:rsidRDefault="00E605CD" w:rsidP="00E605CD">
      <w:pPr>
        <w:rPr>
          <w:szCs w:val="24"/>
          <w:lang w:val="sk-SK"/>
        </w:rPr>
      </w:pPr>
      <w:r w:rsidRPr="00E605CD">
        <w:rPr>
          <w:szCs w:val="24"/>
          <w:lang w:val="sk-SK"/>
        </w:rPr>
        <w:t>Individuálne donášanie stravy pre dieťa je možné len vo výnimočných prípadoch, najmä ak si zdravotný stav dieťaťa vyžaduje osobitné stravovanie, ktoré školská jedáleň nevie zabezpečiť v rámci bežného školského stravovania.</w:t>
      </w:r>
    </w:p>
    <w:p w14:paraId="0FF407BC" w14:textId="77777777" w:rsidR="00E605CD" w:rsidRPr="00E605CD" w:rsidRDefault="00E605CD" w:rsidP="00E605CD">
      <w:pPr>
        <w:rPr>
          <w:szCs w:val="24"/>
          <w:lang w:val="sk-SK"/>
        </w:rPr>
      </w:pPr>
      <w:r w:rsidRPr="00E605CD">
        <w:rPr>
          <w:szCs w:val="24"/>
          <w:lang w:val="sk-SK"/>
        </w:rPr>
        <w:t>Individuálne stravovanie je možné najmä pri:</w:t>
      </w:r>
    </w:p>
    <w:p w14:paraId="1FD9629C" w14:textId="77777777" w:rsidR="00E605CD" w:rsidRPr="00E605CD" w:rsidRDefault="00E605CD" w:rsidP="00E605CD">
      <w:pPr>
        <w:numPr>
          <w:ilvl w:val="0"/>
          <w:numId w:val="111"/>
        </w:numPr>
        <w:rPr>
          <w:szCs w:val="24"/>
          <w:lang w:val="sk-SK"/>
        </w:rPr>
      </w:pPr>
      <w:r w:rsidRPr="00E605CD">
        <w:rPr>
          <w:szCs w:val="24"/>
          <w:lang w:val="sk-SK"/>
        </w:rPr>
        <w:t>potravinovej alergii,</w:t>
      </w:r>
    </w:p>
    <w:p w14:paraId="71A8ADB2" w14:textId="77777777" w:rsidR="00E605CD" w:rsidRPr="00E605CD" w:rsidRDefault="00E605CD" w:rsidP="00E605CD">
      <w:pPr>
        <w:numPr>
          <w:ilvl w:val="0"/>
          <w:numId w:val="111"/>
        </w:numPr>
        <w:rPr>
          <w:szCs w:val="24"/>
          <w:lang w:val="sk-SK"/>
        </w:rPr>
      </w:pPr>
      <w:r w:rsidRPr="00E605CD">
        <w:rPr>
          <w:szCs w:val="24"/>
          <w:lang w:val="sk-SK"/>
        </w:rPr>
        <w:t>potravinovej intolerancii,</w:t>
      </w:r>
    </w:p>
    <w:p w14:paraId="6F1C7A40" w14:textId="77777777" w:rsidR="00E605CD" w:rsidRPr="00E605CD" w:rsidRDefault="00E605CD" w:rsidP="00E605CD">
      <w:pPr>
        <w:numPr>
          <w:ilvl w:val="0"/>
          <w:numId w:val="111"/>
        </w:numPr>
        <w:rPr>
          <w:szCs w:val="24"/>
          <w:lang w:val="sk-SK"/>
        </w:rPr>
      </w:pPr>
      <w:r w:rsidRPr="00E605CD">
        <w:rPr>
          <w:szCs w:val="24"/>
          <w:lang w:val="sk-SK"/>
        </w:rPr>
        <w:t>metabolickom ochorení,</w:t>
      </w:r>
    </w:p>
    <w:p w14:paraId="328ADB5E" w14:textId="77777777" w:rsidR="00E605CD" w:rsidRPr="00E605CD" w:rsidRDefault="00E605CD" w:rsidP="00E605CD">
      <w:pPr>
        <w:numPr>
          <w:ilvl w:val="0"/>
          <w:numId w:val="111"/>
        </w:numPr>
        <w:rPr>
          <w:szCs w:val="24"/>
          <w:lang w:val="sk-SK"/>
        </w:rPr>
      </w:pPr>
      <w:r w:rsidRPr="00E605CD">
        <w:rPr>
          <w:szCs w:val="24"/>
          <w:lang w:val="sk-SK"/>
        </w:rPr>
        <w:t>inom lekársky potvrdenom zdravotnom obmedzení.</w:t>
      </w:r>
    </w:p>
    <w:p w14:paraId="140E7134" w14:textId="77777777" w:rsidR="00E605CD" w:rsidRPr="00E605CD" w:rsidRDefault="00E605CD" w:rsidP="00E605CD">
      <w:pPr>
        <w:rPr>
          <w:szCs w:val="24"/>
          <w:lang w:val="sk-SK"/>
        </w:rPr>
      </w:pPr>
      <w:r w:rsidRPr="00E605CD">
        <w:rPr>
          <w:szCs w:val="24"/>
          <w:lang w:val="sk-SK"/>
        </w:rPr>
        <w:t>Individuálne donášanie stravy sa môže povoliť na základe:</w:t>
      </w:r>
    </w:p>
    <w:p w14:paraId="09199962" w14:textId="77777777" w:rsidR="00E605CD" w:rsidRPr="00E605CD" w:rsidRDefault="00E605CD" w:rsidP="00E605CD">
      <w:pPr>
        <w:numPr>
          <w:ilvl w:val="0"/>
          <w:numId w:val="112"/>
        </w:numPr>
        <w:rPr>
          <w:szCs w:val="24"/>
          <w:lang w:val="sk-SK"/>
        </w:rPr>
      </w:pPr>
      <w:r w:rsidRPr="00E605CD">
        <w:rPr>
          <w:szCs w:val="24"/>
          <w:lang w:val="sk-SK"/>
        </w:rPr>
        <w:t>písomnej žiadosti zákonného zástupcu,</w:t>
      </w:r>
    </w:p>
    <w:p w14:paraId="361DEEA3" w14:textId="77777777" w:rsidR="00E605CD" w:rsidRPr="00E605CD" w:rsidRDefault="00E605CD" w:rsidP="00E605CD">
      <w:pPr>
        <w:numPr>
          <w:ilvl w:val="0"/>
          <w:numId w:val="112"/>
        </w:numPr>
        <w:rPr>
          <w:szCs w:val="24"/>
          <w:lang w:val="sk-SK"/>
        </w:rPr>
      </w:pPr>
      <w:r w:rsidRPr="00E605CD">
        <w:rPr>
          <w:szCs w:val="24"/>
          <w:lang w:val="sk-SK"/>
        </w:rPr>
        <w:t>odporúčania odborného lekára,</w:t>
      </w:r>
    </w:p>
    <w:p w14:paraId="3558B93C" w14:textId="77777777" w:rsidR="00E605CD" w:rsidRPr="00E605CD" w:rsidRDefault="00E605CD" w:rsidP="00E605CD">
      <w:pPr>
        <w:numPr>
          <w:ilvl w:val="0"/>
          <w:numId w:val="112"/>
        </w:numPr>
        <w:rPr>
          <w:szCs w:val="24"/>
          <w:lang w:val="sk-SK"/>
        </w:rPr>
      </w:pPr>
      <w:r w:rsidRPr="00E605CD">
        <w:rPr>
          <w:szCs w:val="24"/>
          <w:lang w:val="sk-SK"/>
        </w:rPr>
        <w:t>dohody so zákonným zástupcom,</w:t>
      </w:r>
    </w:p>
    <w:p w14:paraId="27C6FA5B" w14:textId="77777777" w:rsidR="00E605CD" w:rsidRPr="00E605CD" w:rsidRDefault="00E605CD" w:rsidP="00E605CD">
      <w:pPr>
        <w:numPr>
          <w:ilvl w:val="0"/>
          <w:numId w:val="112"/>
        </w:numPr>
        <w:rPr>
          <w:szCs w:val="24"/>
          <w:lang w:val="sk-SK"/>
        </w:rPr>
      </w:pPr>
      <w:r w:rsidRPr="00E605CD">
        <w:rPr>
          <w:szCs w:val="24"/>
          <w:lang w:val="sk-SK"/>
        </w:rPr>
        <w:t>schválenia riaditeľkou materskej školy a vedúcou školskej jedálne.</w:t>
      </w:r>
    </w:p>
    <w:p w14:paraId="177F3A72" w14:textId="77777777" w:rsidR="00E605CD" w:rsidRPr="00E605CD" w:rsidRDefault="00E605CD" w:rsidP="00E605CD">
      <w:pPr>
        <w:rPr>
          <w:szCs w:val="24"/>
          <w:lang w:val="sk-SK"/>
        </w:rPr>
      </w:pPr>
      <w:r w:rsidRPr="00E605CD">
        <w:rPr>
          <w:szCs w:val="24"/>
          <w:lang w:val="sk-SK"/>
        </w:rPr>
        <w:t>Zákonný zástupca, ktorému bolo povolené individuálne donášanie stravy, je povinný zabezpečiť dodržiavanie podmienok, ktoré zaručujú zdravotnú bezpečnosť a hygienickú nezávadnosť donášanej stravy.</w:t>
      </w:r>
    </w:p>
    <w:p w14:paraId="06F1E289" w14:textId="77777777" w:rsidR="00E605CD" w:rsidRPr="00E605CD" w:rsidRDefault="00E605CD" w:rsidP="00E605CD">
      <w:pPr>
        <w:rPr>
          <w:szCs w:val="24"/>
          <w:lang w:val="sk-SK"/>
        </w:rPr>
      </w:pPr>
      <w:r w:rsidRPr="00E605CD">
        <w:rPr>
          <w:szCs w:val="24"/>
          <w:lang w:val="sk-SK"/>
        </w:rPr>
        <w:t>Zákonný zástupca najmä:</w:t>
      </w:r>
    </w:p>
    <w:p w14:paraId="088C6150" w14:textId="77777777" w:rsidR="00E605CD" w:rsidRPr="00E605CD" w:rsidRDefault="00E605CD" w:rsidP="00E605CD">
      <w:pPr>
        <w:numPr>
          <w:ilvl w:val="0"/>
          <w:numId w:val="113"/>
        </w:numPr>
        <w:rPr>
          <w:szCs w:val="24"/>
          <w:lang w:val="sk-SK"/>
        </w:rPr>
      </w:pPr>
      <w:r w:rsidRPr="00E605CD">
        <w:rPr>
          <w:szCs w:val="24"/>
          <w:lang w:val="sk-SK"/>
        </w:rPr>
        <w:t>preberá plnú zodpovednosť za zdravotnú bezpečnosť donesenej stravy, jej zloženie, nutričnú a energetickú hodnotu,</w:t>
      </w:r>
    </w:p>
    <w:p w14:paraId="0C7DEEBE" w14:textId="77777777" w:rsidR="00E605CD" w:rsidRPr="00E605CD" w:rsidRDefault="00E605CD" w:rsidP="00E605CD">
      <w:pPr>
        <w:numPr>
          <w:ilvl w:val="0"/>
          <w:numId w:val="113"/>
        </w:numPr>
        <w:rPr>
          <w:szCs w:val="24"/>
          <w:lang w:val="sk-SK"/>
        </w:rPr>
      </w:pPr>
      <w:r w:rsidRPr="00E605CD">
        <w:rPr>
          <w:szCs w:val="24"/>
          <w:lang w:val="sk-SK"/>
        </w:rPr>
        <w:t>potvrdzuje túto zodpovednosť čestným vyhlásením pri podaní žiadosti o povolenie individuálneho stravovania,</w:t>
      </w:r>
    </w:p>
    <w:p w14:paraId="563C96BC" w14:textId="77777777" w:rsidR="00E605CD" w:rsidRPr="00E605CD" w:rsidRDefault="00E605CD" w:rsidP="00E605CD">
      <w:pPr>
        <w:numPr>
          <w:ilvl w:val="0"/>
          <w:numId w:val="113"/>
        </w:numPr>
        <w:rPr>
          <w:szCs w:val="24"/>
          <w:lang w:val="sk-SK"/>
        </w:rPr>
      </w:pPr>
      <w:r w:rsidRPr="00E605CD">
        <w:rPr>
          <w:szCs w:val="24"/>
          <w:lang w:val="sk-SK"/>
        </w:rPr>
        <w:lastRenderedPageBreak/>
        <w:t>zabezpečuje dovoz hotových diétnych pokrmov v deň ich konzumácie,</w:t>
      </w:r>
    </w:p>
    <w:p w14:paraId="6D6F8E79" w14:textId="77777777" w:rsidR="00E605CD" w:rsidRPr="00E605CD" w:rsidRDefault="00E605CD" w:rsidP="00E605CD">
      <w:pPr>
        <w:numPr>
          <w:ilvl w:val="0"/>
          <w:numId w:val="113"/>
        </w:numPr>
        <w:rPr>
          <w:szCs w:val="24"/>
          <w:lang w:val="sk-SK"/>
        </w:rPr>
      </w:pPr>
      <w:r w:rsidRPr="00E605CD">
        <w:rPr>
          <w:szCs w:val="24"/>
          <w:lang w:val="sk-SK"/>
        </w:rPr>
        <w:t>prináša stravu v uzatvorených, vhodných, umývateľných a hygienicky nezávadných prepravných nádobách,</w:t>
      </w:r>
    </w:p>
    <w:p w14:paraId="6BB9B28A" w14:textId="77777777" w:rsidR="00E605CD" w:rsidRPr="00E605CD" w:rsidRDefault="00E605CD" w:rsidP="00E605CD">
      <w:pPr>
        <w:numPr>
          <w:ilvl w:val="0"/>
          <w:numId w:val="113"/>
        </w:numPr>
        <w:rPr>
          <w:szCs w:val="24"/>
          <w:lang w:val="sk-SK"/>
        </w:rPr>
      </w:pPr>
      <w:r w:rsidRPr="00E605CD">
        <w:rPr>
          <w:szCs w:val="24"/>
          <w:lang w:val="sk-SK"/>
        </w:rPr>
        <w:t>zodpovedá za čistotu a hygienickú nezávadnosť používaných prepravných nádob,</w:t>
      </w:r>
    </w:p>
    <w:p w14:paraId="4E033844" w14:textId="77777777" w:rsidR="00E605CD" w:rsidRPr="00E605CD" w:rsidRDefault="00E605CD" w:rsidP="00E605CD">
      <w:pPr>
        <w:numPr>
          <w:ilvl w:val="0"/>
          <w:numId w:val="113"/>
        </w:numPr>
        <w:rPr>
          <w:szCs w:val="24"/>
          <w:lang w:val="sk-SK"/>
        </w:rPr>
      </w:pPr>
      <w:r w:rsidRPr="00E605CD">
        <w:rPr>
          <w:szCs w:val="24"/>
          <w:lang w:val="sk-SK"/>
        </w:rPr>
        <w:t>dodržiava pokyny materskej školy a školskej jedálne týkajúce sa odovzdávania, skladovania a manipulácie s donášanou stravou,</w:t>
      </w:r>
    </w:p>
    <w:p w14:paraId="6C926457" w14:textId="77777777" w:rsidR="00E605CD" w:rsidRPr="00E605CD" w:rsidRDefault="00E605CD" w:rsidP="00E605CD">
      <w:pPr>
        <w:numPr>
          <w:ilvl w:val="0"/>
          <w:numId w:val="113"/>
        </w:numPr>
        <w:rPr>
          <w:szCs w:val="24"/>
          <w:lang w:val="sk-SK"/>
        </w:rPr>
      </w:pPr>
      <w:r w:rsidRPr="00E605CD">
        <w:rPr>
          <w:szCs w:val="24"/>
          <w:lang w:val="sk-SK"/>
        </w:rPr>
        <w:t>bezodkladne oznamuje každú zmenu zdravotného stavu dieťaťa alebo zmenu odporúčaného stravovacieho režimu.</w:t>
      </w:r>
    </w:p>
    <w:p w14:paraId="47203D10" w14:textId="77777777" w:rsidR="00E605CD" w:rsidRPr="00E605CD" w:rsidRDefault="00E605CD" w:rsidP="00E605CD">
      <w:pPr>
        <w:rPr>
          <w:szCs w:val="24"/>
          <w:lang w:val="sk-SK"/>
        </w:rPr>
      </w:pPr>
      <w:r w:rsidRPr="00E605CD">
        <w:rPr>
          <w:szCs w:val="24"/>
          <w:lang w:val="sk-SK"/>
        </w:rPr>
        <w:t>Donesenú stravu preberá poverený zamestnanec materskej školy alebo školskej jedálne. Pri manipulácii, skladovaní, ohreve a výdaji donášanej stravy sa postupuje v súlade so zásadami správnej hygienickej praxe a systémom HACCP tak, aby bola zabezpečená zdravotná bezpečnosť podávaných pokrmov.</w:t>
      </w:r>
    </w:p>
    <w:p w14:paraId="3AD37889" w14:textId="77777777" w:rsidR="00E605CD" w:rsidRPr="00E605CD" w:rsidRDefault="00E605CD" w:rsidP="00E605CD">
      <w:pPr>
        <w:rPr>
          <w:szCs w:val="24"/>
          <w:lang w:val="sk-SK"/>
        </w:rPr>
      </w:pPr>
      <w:r w:rsidRPr="00E605CD">
        <w:rPr>
          <w:szCs w:val="24"/>
          <w:lang w:val="sk-SK"/>
        </w:rPr>
        <w:t>Donesené pokrmy sa uchovávajú v určenej časti chladiaceho zariadenia podľa podmienok stanovených školskou jedálňou. Pred podaním dieťaťu sa strava zohrieva určeným spôsobom pri dodržaní stanovených hygienických a bezpečnostných postupov.</w:t>
      </w:r>
    </w:p>
    <w:p w14:paraId="5DC404EC" w14:textId="77777777" w:rsidR="00E605CD" w:rsidRPr="00E605CD" w:rsidRDefault="00E605CD" w:rsidP="00E605CD">
      <w:pPr>
        <w:rPr>
          <w:szCs w:val="24"/>
          <w:lang w:val="sk-SK"/>
        </w:rPr>
      </w:pPr>
      <w:r w:rsidRPr="00E605CD">
        <w:rPr>
          <w:szCs w:val="24"/>
          <w:lang w:val="sk-SK"/>
        </w:rPr>
        <w:t>Pri preberaní, skladovaní, ohrievaní a podávaní individuálne donášanej stravy nie je povolený vstup nepovolaných osôb do výrobných a skladovacích priestorov školskej jedálne.</w:t>
      </w:r>
    </w:p>
    <w:p w14:paraId="43FDB3D1" w14:textId="77777777" w:rsidR="00E605CD" w:rsidRPr="00E605CD" w:rsidRDefault="00E605CD" w:rsidP="00E605CD">
      <w:pPr>
        <w:rPr>
          <w:szCs w:val="24"/>
          <w:lang w:val="sk-SK"/>
        </w:rPr>
      </w:pPr>
      <w:r w:rsidRPr="00E605CD">
        <w:rPr>
          <w:szCs w:val="24"/>
          <w:lang w:val="sk-SK"/>
        </w:rPr>
        <w:t>Materská škola a školská jedáleň nezodpovedajú za kvalitu, zloženie a zdravotnú bezpečnosť stravy, ktorú zabezpečuje zákonný zástupca dieťaťa. Zodpovednosť za prípravu a bezpečnosť individuálne donesenej stravy nesie v plnom rozsahu zákonný zástupca.</w:t>
      </w:r>
    </w:p>
    <w:p w14:paraId="76E829D8" w14:textId="77777777" w:rsidR="00E605CD" w:rsidRPr="00E605CD" w:rsidRDefault="00E605CD" w:rsidP="00E605CD">
      <w:pPr>
        <w:rPr>
          <w:szCs w:val="24"/>
          <w:lang w:val="sk-SK"/>
        </w:rPr>
      </w:pPr>
      <w:r w:rsidRPr="00E605CD">
        <w:rPr>
          <w:szCs w:val="24"/>
          <w:lang w:val="sk-SK"/>
        </w:rPr>
        <w:t>Pri zabezpečovaní individuálne donášanej stravy je potrebné dodržiavať všetky hygienické, protiepidemiologické a organizačné opatrenia určené materskou školou a školskou jedálňou.</w:t>
      </w:r>
    </w:p>
    <w:p w14:paraId="439A4A44" w14:textId="77777777" w:rsidR="00E605CD" w:rsidRDefault="00E605CD" w:rsidP="00E605CD">
      <w:pPr>
        <w:rPr>
          <w:szCs w:val="24"/>
          <w:lang w:val="sk-SK"/>
        </w:rPr>
      </w:pPr>
      <w:r w:rsidRPr="00E605CD">
        <w:rPr>
          <w:szCs w:val="24"/>
          <w:lang w:val="sk-SK"/>
        </w:rPr>
        <w:t>Z dôvodu zabezpečenia hygieny, zdravotnej bezpečnosti a dodržiavania platných právnych predpisov nie je dovolené prinášať deťom do materskej školy vlastné jedlá, nápoje, ovocie, zeleninu ani domáce potravinárske výrobky, ak nejde o schválené individuálne stravovanie podľa tejto časti školského poriadku.</w:t>
      </w:r>
    </w:p>
    <w:p w14:paraId="111FE3DB" w14:textId="77777777" w:rsidR="002D580B" w:rsidRPr="00E605CD" w:rsidRDefault="002D580B" w:rsidP="00E605CD">
      <w:pPr>
        <w:spacing w:after="0" w:line="240" w:lineRule="auto"/>
        <w:rPr>
          <w:szCs w:val="24"/>
          <w:lang w:val="sk-SK"/>
        </w:rPr>
      </w:pPr>
    </w:p>
    <w:p w14:paraId="0F74F12C" w14:textId="77777777" w:rsidR="00A32565" w:rsidRPr="00392BAE" w:rsidRDefault="002D580B" w:rsidP="00A32565">
      <w:pPr>
        <w:pStyle w:val="Nadpis2"/>
        <w:spacing w:before="0"/>
        <w:rPr>
          <w:rFonts w:ascii="Arial" w:hAnsi="Arial" w:cs="Arial"/>
          <w:color w:val="0070C0"/>
          <w:sz w:val="24"/>
          <w:szCs w:val="24"/>
          <w:lang w:val="sk-SK"/>
        </w:rPr>
      </w:pPr>
      <w:bookmarkStart w:id="64" w:name="_Toc238333759"/>
      <w:r w:rsidRPr="00392BAE">
        <w:rPr>
          <w:rFonts w:ascii="Arial" w:eastAsia="Arial" w:hAnsi="Arial" w:cs="Arial"/>
          <w:color w:val="0070C0"/>
          <w:sz w:val="24"/>
        </w:rPr>
        <w:t>7.10 Občerstvenie počas spoločných podujatí materskej školy</w:t>
      </w:r>
      <w:bookmarkEnd w:id="64"/>
    </w:p>
    <w:p w14:paraId="1454E9B2" w14:textId="77777777" w:rsidR="002D580B" w:rsidRPr="002D580B" w:rsidRDefault="002D580B" w:rsidP="00A32565">
      <w:pPr>
        <w:spacing w:after="0" w:line="240" w:lineRule="auto"/>
        <w:rPr>
          <w:b/>
          <w:bCs/>
          <w:color w:val="0070C0"/>
          <w:szCs w:val="24"/>
          <w:lang w:val="sk-SK"/>
        </w:rPr>
      </w:pPr>
    </w:p>
    <w:p w14:paraId="18961ACC" w14:textId="77777777" w:rsidR="00A32565" w:rsidRPr="00A32565" w:rsidRDefault="00A32565" w:rsidP="00A32565">
      <w:pPr>
        <w:rPr>
          <w:szCs w:val="24"/>
          <w:lang w:val="sk-SK"/>
        </w:rPr>
      </w:pPr>
      <w:r w:rsidRPr="00A32565">
        <w:rPr>
          <w:szCs w:val="24"/>
          <w:lang w:val="sk-SK"/>
        </w:rPr>
        <w:t>Počas spoločných podujatí materskej školy, na ktorých sa zúčastňujú deti, zákonní zástupcovia a zamestnanci školy, môže byť po dohode s materskou školou umožnené priniesť občerstvenie zabezpečené zákonnými zástupcami.</w:t>
      </w:r>
    </w:p>
    <w:p w14:paraId="518EC260" w14:textId="77777777" w:rsidR="00A32565" w:rsidRPr="00A32565" w:rsidRDefault="00A32565" w:rsidP="00A32565">
      <w:pPr>
        <w:rPr>
          <w:szCs w:val="24"/>
          <w:lang w:val="sk-SK"/>
        </w:rPr>
      </w:pPr>
      <w:r w:rsidRPr="00A32565">
        <w:rPr>
          <w:szCs w:val="24"/>
          <w:lang w:val="sk-SK"/>
        </w:rPr>
        <w:lastRenderedPageBreak/>
        <w:t>Ide najmä o triedne alebo školské podujatia, tvorivé dielne, besiedky, slávnosti, rozlúčky, tematické stretnutia alebo iné komunitné aktivity organizované materskou školou.</w:t>
      </w:r>
    </w:p>
    <w:p w14:paraId="6CC3B48A" w14:textId="77777777" w:rsidR="00A32565" w:rsidRPr="00A32565" w:rsidRDefault="00A32565" w:rsidP="00A32565">
      <w:pPr>
        <w:rPr>
          <w:szCs w:val="24"/>
          <w:lang w:val="sk-SK"/>
        </w:rPr>
      </w:pPr>
      <w:r w:rsidRPr="00A32565">
        <w:rPr>
          <w:szCs w:val="24"/>
          <w:lang w:val="sk-SK"/>
        </w:rPr>
        <w:t>Občerstvenie prinesené zákonnými zástupcami je určené výlučne na konkrétne spoločné podujatie a nenahrádza školské stravovanie zabezpečované školskou jedálňou.</w:t>
      </w:r>
    </w:p>
    <w:p w14:paraId="2AF1FFE8" w14:textId="77777777" w:rsidR="00A32565" w:rsidRPr="00A32565" w:rsidRDefault="00A32565" w:rsidP="00A32565">
      <w:pPr>
        <w:rPr>
          <w:szCs w:val="24"/>
          <w:lang w:val="sk-SK"/>
        </w:rPr>
      </w:pPr>
      <w:r w:rsidRPr="00A32565">
        <w:rPr>
          <w:szCs w:val="24"/>
          <w:lang w:val="sk-SK"/>
        </w:rPr>
        <w:t>Zákonný zástupca, ktorý občerstvenie prinesie, zodpovedá za jeho pôvod, kvalitu, čerstvosť, zdravotnú bezpečnosť, hygienickú nezávadnosť, vhodnosť pre deti predškolského veku, správne skladovanie a prepravu.</w:t>
      </w:r>
    </w:p>
    <w:p w14:paraId="20F31ECE" w14:textId="77777777" w:rsidR="00A32565" w:rsidRPr="00A32565" w:rsidRDefault="00A32565" w:rsidP="00A32565">
      <w:pPr>
        <w:rPr>
          <w:szCs w:val="24"/>
          <w:lang w:val="sk-SK"/>
        </w:rPr>
      </w:pPr>
      <w:r w:rsidRPr="00A32565">
        <w:rPr>
          <w:szCs w:val="24"/>
          <w:lang w:val="sk-SK"/>
        </w:rPr>
        <w:t>Materská škola môže odmietnuť prevziať alebo podávať občerstvenie, ktoré nebolo vopred dohodnuté, nie je vhodné pre deti, nie je hygienicky zabezpečené alebo pri ktorom vzniknú pochybnosti o jeho zdravotnej bezpečnosti.</w:t>
      </w:r>
    </w:p>
    <w:p w14:paraId="29F18F2B" w14:textId="77777777" w:rsidR="00A32565" w:rsidRPr="00A32565" w:rsidRDefault="00A32565" w:rsidP="00A32565">
      <w:pPr>
        <w:rPr>
          <w:szCs w:val="24"/>
          <w:lang w:val="sk-SK"/>
        </w:rPr>
      </w:pPr>
      <w:r w:rsidRPr="00A32565">
        <w:rPr>
          <w:szCs w:val="24"/>
          <w:lang w:val="sk-SK"/>
        </w:rPr>
        <w:t>Pri poskytovaní občerstvenia sa prihliada na zdravotné obmedzenia detí, najmä potravinové alergie, intolerancie a iné lekársky potvrdené obmedzenia.</w:t>
      </w:r>
    </w:p>
    <w:p w14:paraId="330E1F4B" w14:textId="77777777" w:rsidR="00A32565" w:rsidRDefault="00A32565" w:rsidP="00A32565">
      <w:pPr>
        <w:rPr>
          <w:szCs w:val="24"/>
          <w:lang w:val="sk-SK"/>
        </w:rPr>
      </w:pPr>
      <w:r w:rsidRPr="00A32565">
        <w:rPr>
          <w:szCs w:val="24"/>
          <w:lang w:val="sk-SK"/>
        </w:rPr>
        <w:t>Zákonní zástupcovia sú povinní rešpektovať pokyny materskej školy týkajúce sa druhu, spôsobu prinesenia, uskladnenia a podávania občerstvenia.</w:t>
      </w:r>
    </w:p>
    <w:p w14:paraId="3FD33C57" w14:textId="77777777" w:rsidR="002D580B" w:rsidRPr="00A32565" w:rsidRDefault="002D580B" w:rsidP="00A32565">
      <w:pPr>
        <w:spacing w:after="0" w:line="240" w:lineRule="auto"/>
        <w:rPr>
          <w:szCs w:val="24"/>
          <w:lang w:val="sk-SK"/>
        </w:rPr>
      </w:pPr>
    </w:p>
    <w:p w14:paraId="25BEA302" w14:textId="77777777" w:rsidR="00C31871" w:rsidRPr="00392BAE" w:rsidRDefault="002D580B" w:rsidP="00C31871">
      <w:pPr>
        <w:pStyle w:val="Nadpis2"/>
        <w:spacing w:before="0"/>
        <w:rPr>
          <w:rFonts w:ascii="Arial" w:hAnsi="Arial" w:cs="Arial"/>
          <w:color w:val="0070C0"/>
          <w:sz w:val="24"/>
          <w:szCs w:val="24"/>
          <w:lang w:val="sk-SK"/>
        </w:rPr>
      </w:pPr>
      <w:bookmarkStart w:id="65" w:name="_Toc238333760"/>
      <w:r w:rsidRPr="00392BAE">
        <w:rPr>
          <w:rFonts w:ascii="Arial" w:eastAsia="Arial" w:hAnsi="Arial" w:cs="Arial"/>
          <w:color w:val="0070C0"/>
          <w:sz w:val="24"/>
        </w:rPr>
        <w:t>7.11 Úhrada príspevkov za školské stravovanie</w:t>
      </w:r>
      <w:bookmarkEnd w:id="65"/>
    </w:p>
    <w:p w14:paraId="1D804F8E" w14:textId="77777777" w:rsidR="002D580B" w:rsidRPr="002D580B" w:rsidRDefault="002D580B" w:rsidP="00C31871">
      <w:pPr>
        <w:spacing w:after="0" w:line="240" w:lineRule="auto"/>
        <w:rPr>
          <w:b/>
          <w:bCs/>
          <w:color w:val="0070C0"/>
          <w:szCs w:val="24"/>
          <w:lang w:val="sk-SK"/>
        </w:rPr>
      </w:pPr>
    </w:p>
    <w:p w14:paraId="5E78CD88" w14:textId="77777777" w:rsidR="00C31871" w:rsidRPr="00C31871" w:rsidRDefault="00C31871" w:rsidP="00C31871">
      <w:pPr>
        <w:rPr>
          <w:szCs w:val="24"/>
          <w:lang w:val="sk-SK"/>
        </w:rPr>
      </w:pPr>
      <w:r w:rsidRPr="00C31871">
        <w:rPr>
          <w:szCs w:val="24"/>
          <w:lang w:val="sk-SK"/>
        </w:rPr>
        <w:t>Školské stravovanie sa poskytuje za čiastočnú úhradu nákladov. Výšku príspevku na stravovanie,  výšku príspevku na režijné náklady a podmienky úhrady určuje zriaďovateľ všeobecne záväzným nariadením.</w:t>
      </w:r>
    </w:p>
    <w:p w14:paraId="5B71B72B" w14:textId="77777777" w:rsidR="00C31871" w:rsidRPr="00C31871" w:rsidRDefault="00C31871" w:rsidP="00C31871">
      <w:pPr>
        <w:rPr>
          <w:szCs w:val="24"/>
          <w:lang w:val="sk-SK"/>
        </w:rPr>
      </w:pPr>
      <w:r w:rsidRPr="00C31871">
        <w:rPr>
          <w:szCs w:val="24"/>
          <w:lang w:val="sk-SK"/>
        </w:rPr>
        <w:t>Zákonný zástupca je povinný uhrádzať príspevok za školské stravovanie riadne, včas a podľa pokynov školskej jedálne.</w:t>
      </w:r>
    </w:p>
    <w:p w14:paraId="348CC184" w14:textId="77777777" w:rsidR="00C31871" w:rsidRPr="00C31871" w:rsidRDefault="00C31871" w:rsidP="00C31871">
      <w:pPr>
        <w:rPr>
          <w:szCs w:val="24"/>
          <w:lang w:val="sk-SK"/>
        </w:rPr>
      </w:pPr>
      <w:r w:rsidRPr="00C31871">
        <w:rPr>
          <w:szCs w:val="24"/>
          <w:lang w:val="sk-SK"/>
        </w:rPr>
        <w:t>Úhrada sa realizuje spravidla bezhotovostným prevodom na účet určený školskou jedálňou. Pri platbe je zákonný zástupca povinný uvádzať pridelený variabilný symbol alebo iný identifikačný údaj, aby bolo možné platbu správne priradiť.</w:t>
      </w:r>
    </w:p>
    <w:p w14:paraId="16E8B714" w14:textId="77777777" w:rsidR="00C31871" w:rsidRPr="00C31871" w:rsidRDefault="00C31871" w:rsidP="00C31871">
      <w:pPr>
        <w:rPr>
          <w:szCs w:val="24"/>
          <w:lang w:val="sk-SK"/>
        </w:rPr>
      </w:pPr>
      <w:r w:rsidRPr="00C31871">
        <w:rPr>
          <w:szCs w:val="24"/>
          <w:lang w:val="sk-SK"/>
        </w:rPr>
        <w:t>Školská jedáleň poskytne zákonnému zástupcovi potrebné platobné údaje, najmä číslo účtu, variabilný symbol, výšku príspevku, termín splatnosti a ďalšie pokyny k úhrade.</w:t>
      </w:r>
    </w:p>
    <w:p w14:paraId="78C430BC" w14:textId="77777777" w:rsidR="00C31871" w:rsidRPr="00C31871" w:rsidRDefault="00C31871" w:rsidP="00C31871">
      <w:pPr>
        <w:rPr>
          <w:szCs w:val="24"/>
          <w:lang w:val="sk-SK"/>
        </w:rPr>
      </w:pPr>
      <w:r w:rsidRPr="00C31871">
        <w:rPr>
          <w:szCs w:val="24"/>
          <w:lang w:val="sk-SK"/>
        </w:rPr>
        <w:t>Ak dieťa nebude prítomné v materskej škole, zákonný zástupca je povinný odhlásiť dieťa zo stravy spôsobom a v termíne určenom školskou jedálňou alebo materskou školou.</w:t>
      </w:r>
    </w:p>
    <w:p w14:paraId="198E9E86" w14:textId="77777777" w:rsidR="00C31871" w:rsidRPr="00C31871" w:rsidRDefault="00C31871" w:rsidP="00C31871">
      <w:pPr>
        <w:rPr>
          <w:szCs w:val="24"/>
          <w:lang w:val="sk-SK"/>
        </w:rPr>
      </w:pPr>
      <w:r w:rsidRPr="00C31871">
        <w:rPr>
          <w:szCs w:val="24"/>
          <w:lang w:val="sk-SK"/>
        </w:rPr>
        <w:t>Ak zákonný zástupca dieťa zo stravy včas neodhlási, strava sa považuje za objednanú a zákonný zástupca je povinný ju uhradiť podľa podmienok školskej jedálne.</w:t>
      </w:r>
    </w:p>
    <w:p w14:paraId="154AD82A" w14:textId="34FA9830" w:rsidR="002D580B" w:rsidRDefault="00C31871" w:rsidP="00392BAE">
      <w:pPr>
        <w:rPr>
          <w:szCs w:val="24"/>
          <w:lang w:val="sk-SK"/>
        </w:rPr>
      </w:pPr>
      <w:r w:rsidRPr="00C31871">
        <w:rPr>
          <w:szCs w:val="24"/>
          <w:lang w:val="sk-SK"/>
        </w:rPr>
        <w:lastRenderedPageBreak/>
        <w:t>Ak zákonný zástupca neuhradí príspevok za školské stravovanie alebo režijné náklady v určenom termíne, školská jedáleň ho na túto skutočnosť upozorní. Pri pretrvávajúcom nedoplatku sa ďalší postup rieši v súčinnosti s materskou školou a zriaďovateľom podľa platných právnych predpisov a vnútorných pravidiel školy.</w:t>
      </w:r>
    </w:p>
    <w:p w14:paraId="5576DA18" w14:textId="77777777" w:rsidR="00DA05DC" w:rsidRDefault="00DA05DC" w:rsidP="00F95945">
      <w:pPr>
        <w:spacing w:after="0" w:line="240" w:lineRule="auto"/>
        <w:rPr>
          <w:szCs w:val="24"/>
          <w:lang w:val="sk-SK"/>
        </w:rPr>
      </w:pPr>
    </w:p>
    <w:p w14:paraId="7353935A" w14:textId="77777777" w:rsidR="00F95945" w:rsidRPr="00392BAE" w:rsidRDefault="002D580B" w:rsidP="00F95945">
      <w:pPr>
        <w:pStyle w:val="Nadpis2"/>
        <w:spacing w:before="0"/>
        <w:rPr>
          <w:rFonts w:ascii="Arial" w:hAnsi="Arial" w:cs="Arial"/>
          <w:color w:val="0070C0"/>
          <w:sz w:val="24"/>
          <w:szCs w:val="24"/>
          <w:lang w:val="sk-SK"/>
        </w:rPr>
      </w:pPr>
      <w:bookmarkStart w:id="66" w:name="_Toc238333761"/>
      <w:r w:rsidRPr="00392BAE">
        <w:rPr>
          <w:rFonts w:ascii="Arial" w:eastAsia="Arial" w:hAnsi="Arial" w:cs="Arial"/>
          <w:color w:val="0070C0"/>
          <w:sz w:val="24"/>
        </w:rPr>
        <w:t>7.12 Pobyt vonku</w:t>
      </w:r>
      <w:bookmarkEnd w:id="66"/>
    </w:p>
    <w:p w14:paraId="6848EA90" w14:textId="77777777" w:rsidR="002D580B" w:rsidRPr="002D580B" w:rsidRDefault="002D580B" w:rsidP="00F95945">
      <w:pPr>
        <w:spacing w:after="0" w:line="240" w:lineRule="auto"/>
        <w:rPr>
          <w:b/>
          <w:bCs/>
          <w:color w:val="0070C0"/>
          <w:szCs w:val="24"/>
          <w:lang w:val="sk-SK"/>
        </w:rPr>
      </w:pPr>
    </w:p>
    <w:p w14:paraId="505B94B7" w14:textId="77777777" w:rsidR="00F95945" w:rsidRDefault="0029764D" w:rsidP="00F95945">
      <w:pPr>
        <w:rPr>
          <w:szCs w:val="24"/>
          <w:lang w:val="sk-SK"/>
        </w:rPr>
      </w:pPr>
      <w:r w:rsidRPr="0029764D">
        <w:rPr>
          <w:szCs w:val="24"/>
          <w:lang w:val="sk-SK"/>
        </w:rPr>
        <w:t>Pobyt vonku je pravidelnou súčasťou denného režimu materskej školy. Realizuje sa spravidla každý deň, s prihliadnutím na vek detí, ich zdravotný stav, aktuálne poveternostné podmienky, kvalitu ovzdušia, bezpečnosť detí a organizačné podmienky materskej školy.</w:t>
      </w:r>
    </w:p>
    <w:p w14:paraId="64651ABA" w14:textId="77777777" w:rsidR="00F95945" w:rsidRDefault="0029764D" w:rsidP="00F95945">
      <w:pPr>
        <w:rPr>
          <w:szCs w:val="24"/>
          <w:lang w:val="sk-SK"/>
        </w:rPr>
      </w:pPr>
      <w:r w:rsidRPr="0029764D">
        <w:rPr>
          <w:szCs w:val="24"/>
          <w:lang w:val="sk-SK"/>
        </w:rPr>
        <w:t>Pobyt vonku sa uskutočňuje v areáli materskej školy, na školskom dvore, detskom ihrisku, formou vychádzok do blízkeho okolia, prípadne formou iných primeraných pohybových, relaxačných, poznávacích a environmentálnych aktivít. Je zameraný najmä na rozvoj pohybových schopností detí, upevňovanie zdravého životného štýlu, pozorovanie prírody, rozvíjanie environmentálneho povedomia a získavanie praktických skúseností z okolitého prostredia.</w:t>
      </w:r>
    </w:p>
    <w:p w14:paraId="15BF4124" w14:textId="77777777" w:rsidR="0029764D" w:rsidRPr="00F95945" w:rsidRDefault="0029764D" w:rsidP="00F95945">
      <w:pPr>
        <w:rPr>
          <w:szCs w:val="24"/>
          <w:lang w:val="sk-SK"/>
        </w:rPr>
      </w:pPr>
      <w:r w:rsidRPr="0029764D">
        <w:rPr>
          <w:szCs w:val="24"/>
          <w:lang w:val="sk-SK"/>
        </w:rPr>
        <w:t>Pri pobyte vonku pedagogickí zamestnanci zabezpečujú bezpečnosť a ochranu zdravia detí, vykonávajú nad nimi stály dohľad a organizujú činnosti primerane veku, schopnostiam a aktuálnemu stavu detí. Pred odchodom von skontrolujú pripravenosť detí, vhodnosť oblečenia a obuvi, počet detí a bezpečnosť priestoru alebo trasy.Pri vychádzkach mimo areálu materskej školy sa deti presúvajú organizovane, spravidla vo dvojiciach, pod dohľadom pedagogických zamestnancov. Z dôvodu zvýšenia bezpečnosti a viditeľnosti používajú deti reflexné vesty. Pedagogickí zamestnanci dbaú na dodržiavanie pravidiel cestnej premávky a pri prechádzaní cez cestnú komunikáciu používajú bezpečnostný terčík.</w:t>
      </w:r>
    </w:p>
    <w:p w14:paraId="6532C74F" w14:textId="77777777" w:rsidR="0029764D" w:rsidRPr="0029764D" w:rsidRDefault="0029764D" w:rsidP="0029764D">
      <w:pPr>
        <w:rPr>
          <w:szCs w:val="24"/>
          <w:lang w:val="sk-SK"/>
        </w:rPr>
      </w:pPr>
      <w:r w:rsidRPr="0029764D">
        <w:rPr>
          <w:szCs w:val="24"/>
          <w:lang w:val="sk-SK"/>
        </w:rPr>
        <w:t>Počas dní s vysokými teplotami sa pobyt vonku organizuje s prihliadnutím na aktuálne poveternostné podmienky, odporúčania príslušných orgánov verejného zdravotníctva a informácie zverejňované v médiách. V prípade horúčav sa pobyt vonku skracuje, presúva na ranné hodiny, realizuje sa prevažne v tieni a zabezpečuje sa pravidelný pitný režim.</w:t>
      </w:r>
    </w:p>
    <w:p w14:paraId="68151B9B" w14:textId="77777777" w:rsidR="0029764D" w:rsidRPr="0029764D" w:rsidRDefault="0029764D" w:rsidP="0029764D">
      <w:pPr>
        <w:rPr>
          <w:szCs w:val="24"/>
          <w:lang w:val="sk-SK"/>
        </w:rPr>
      </w:pPr>
      <w:r w:rsidRPr="0029764D">
        <w:rPr>
          <w:szCs w:val="24"/>
          <w:lang w:val="sk-SK"/>
        </w:rPr>
        <w:t>Pobyt vonku sa môže primerane skrátiť alebo neuskutočniť pri nepriaznivých alebo zdraviu rizikových podmienkach, najmä pri silnom vetre, búrke, intenzívnom daždi, poľadovici, silnom mraze</w:t>
      </w:r>
      <w:r>
        <w:rPr>
          <w:szCs w:val="24"/>
          <w:lang w:val="sk-SK"/>
        </w:rPr>
        <w:t xml:space="preserve"> -10°C</w:t>
      </w:r>
      <w:r w:rsidRPr="0029764D">
        <w:rPr>
          <w:szCs w:val="24"/>
          <w:lang w:val="sk-SK"/>
        </w:rPr>
        <w:t>, vysokej teplote, zhoršenej kvalite ovzdušia alebo pri iných okolnostiach, ktoré by mohli ohroziť bezpečnosť a zdravie detí.</w:t>
      </w:r>
    </w:p>
    <w:p w14:paraId="0CD0F775" w14:textId="77777777" w:rsidR="0029764D" w:rsidRDefault="0029764D" w:rsidP="0029764D">
      <w:pPr>
        <w:rPr>
          <w:szCs w:val="24"/>
          <w:lang w:val="sk-SK"/>
        </w:rPr>
      </w:pPr>
      <w:r w:rsidRPr="0029764D">
        <w:rPr>
          <w:szCs w:val="24"/>
          <w:lang w:val="sk-SK"/>
        </w:rPr>
        <w:t>Zákonný zástupca je povinný zabezpečiť dieťaťu vhodné oblečenie a obuv primerané ročnému obdobiu, počasiu a plánovaným aktivitám, aby sa dieťa mohlo bezpečne a plnohodnotne zúčastňovať pobytu vonku.</w:t>
      </w:r>
    </w:p>
    <w:p w14:paraId="47B1F76E" w14:textId="77777777" w:rsidR="00C973AE" w:rsidRPr="00C973AE" w:rsidRDefault="00C973AE" w:rsidP="00C973AE">
      <w:pPr>
        <w:spacing w:after="0" w:line="240" w:lineRule="auto"/>
        <w:rPr>
          <w:lang w:val="sk-SK"/>
        </w:rPr>
      </w:pPr>
    </w:p>
    <w:p w14:paraId="116E0C15" w14:textId="77777777" w:rsidR="00E449F2" w:rsidRPr="00392BAE" w:rsidRDefault="00C973AE" w:rsidP="00E449F2">
      <w:pPr>
        <w:pStyle w:val="Nadpis2"/>
        <w:spacing w:before="0"/>
        <w:rPr>
          <w:rFonts w:ascii="Arial" w:hAnsi="Arial" w:cs="Arial"/>
          <w:color w:val="0070C0"/>
          <w:sz w:val="24"/>
          <w:szCs w:val="24"/>
          <w:lang w:val="sk-SK"/>
        </w:rPr>
      </w:pPr>
      <w:bookmarkStart w:id="67" w:name="_Toc238333762"/>
      <w:r w:rsidRPr="00392BAE">
        <w:rPr>
          <w:rFonts w:ascii="Arial" w:eastAsia="Arial" w:hAnsi="Arial" w:cs="Arial"/>
          <w:color w:val="0070C0"/>
          <w:sz w:val="24"/>
        </w:rPr>
        <w:t>7.13 Školský podporný tím</w:t>
      </w:r>
      <w:bookmarkEnd w:id="67"/>
    </w:p>
    <w:p w14:paraId="45D2424B" w14:textId="77777777" w:rsidR="00C973AE" w:rsidRPr="00C973AE" w:rsidRDefault="00C973AE" w:rsidP="00E449F2">
      <w:pPr>
        <w:spacing w:after="0" w:line="240" w:lineRule="auto"/>
        <w:rPr>
          <w:b/>
          <w:bCs/>
          <w:color w:val="0070C0"/>
          <w:szCs w:val="24"/>
          <w:lang w:val="sk-SK"/>
        </w:rPr>
      </w:pPr>
    </w:p>
    <w:p w14:paraId="2E4607B8" w14:textId="77777777" w:rsidR="00E449F2" w:rsidRPr="00E449F2" w:rsidRDefault="00E449F2" w:rsidP="00E449F2">
      <w:pPr>
        <w:rPr>
          <w:szCs w:val="24"/>
          <w:lang w:val="sk-SK"/>
        </w:rPr>
      </w:pPr>
      <w:r w:rsidRPr="00E449F2">
        <w:rPr>
          <w:szCs w:val="24"/>
          <w:lang w:val="sk-SK"/>
        </w:rPr>
        <w:t>V materskej škole môže pôsobiť školský podporný tím, ktorý sa podieľa na vytváraní inkluzívneho, bezpečného a podnetného prostredia pre všetky deti. Jeho činnosť je zameraná najmä na podporu detí, ktoré potrebujú pomoc pri začlenení do kolektívu, pri adaptácii, komunikácii, sociálnom správaní, sebaobsluhe, pohybových činnostiach alebo pri prekonávaní prekážok vo výchove a vzdelávaní.</w:t>
      </w:r>
    </w:p>
    <w:p w14:paraId="4FA2FAD4" w14:textId="77777777" w:rsidR="00E449F2" w:rsidRPr="00E449F2" w:rsidRDefault="00E449F2" w:rsidP="00E449F2">
      <w:pPr>
        <w:rPr>
          <w:szCs w:val="24"/>
          <w:lang w:val="sk-SK"/>
        </w:rPr>
      </w:pPr>
      <w:r w:rsidRPr="00E449F2">
        <w:rPr>
          <w:szCs w:val="24"/>
          <w:lang w:val="sk-SK"/>
        </w:rPr>
        <w:t>Školský podporný tím môže tvoriť školský špeciálny pedagóg, pedagogickí asistenti, učitelia materskej školy, odborní zamestnanci školy, prípadne ďalší zamestnanci školy podľa potrieb detí a možností materskej školy. Na činnosti školského podporného tímu sa môžu podieľať aj odborní zamestnanci zariadenia poradenstva a prevencie alebo ďalší odborníci, s ktorými materská škola spolupracuje.</w:t>
      </w:r>
    </w:p>
    <w:p w14:paraId="3A7D80D1" w14:textId="77777777" w:rsidR="00E449F2" w:rsidRPr="00E449F2" w:rsidRDefault="00E449F2" w:rsidP="00E449F2">
      <w:pPr>
        <w:rPr>
          <w:szCs w:val="24"/>
          <w:lang w:val="sk-SK"/>
        </w:rPr>
      </w:pPr>
      <w:r w:rsidRPr="00E449F2">
        <w:rPr>
          <w:szCs w:val="24"/>
          <w:lang w:val="sk-SK"/>
        </w:rPr>
        <w:t>Zloženie školského podporného tímu určuje riaditeľka materskej školy vo vnútornom predpise po prerokovaní v pedagogickej rade, ak je školský podporný tím v materskej škole vytvorený.</w:t>
      </w:r>
    </w:p>
    <w:p w14:paraId="7BC397AE" w14:textId="77777777" w:rsidR="00E449F2" w:rsidRPr="00E449F2" w:rsidRDefault="00E449F2" w:rsidP="00E449F2">
      <w:pPr>
        <w:rPr>
          <w:szCs w:val="24"/>
          <w:lang w:val="sk-SK"/>
        </w:rPr>
      </w:pPr>
      <w:r w:rsidRPr="00E449F2">
        <w:rPr>
          <w:szCs w:val="24"/>
          <w:lang w:val="sk-SK"/>
        </w:rPr>
        <w:t>Úlohou školského podporného tímu je najmä:</w:t>
      </w:r>
    </w:p>
    <w:p w14:paraId="199EF289" w14:textId="77777777" w:rsidR="00E449F2" w:rsidRPr="00E449F2" w:rsidRDefault="00E449F2" w:rsidP="00E449F2">
      <w:pPr>
        <w:numPr>
          <w:ilvl w:val="0"/>
          <w:numId w:val="115"/>
        </w:numPr>
        <w:rPr>
          <w:szCs w:val="24"/>
          <w:lang w:val="sk-SK"/>
        </w:rPr>
      </w:pPr>
      <w:r w:rsidRPr="00E449F2">
        <w:rPr>
          <w:szCs w:val="24"/>
          <w:lang w:val="sk-SK"/>
        </w:rPr>
        <w:t>podporovať inkluzívne vzdelávanie v podmienkach materskej školy,</w:t>
      </w:r>
    </w:p>
    <w:p w14:paraId="01CB4339" w14:textId="77777777" w:rsidR="00E449F2" w:rsidRPr="00E449F2" w:rsidRDefault="00E449F2" w:rsidP="00E449F2">
      <w:pPr>
        <w:numPr>
          <w:ilvl w:val="0"/>
          <w:numId w:val="115"/>
        </w:numPr>
        <w:rPr>
          <w:szCs w:val="24"/>
          <w:lang w:val="sk-SK"/>
        </w:rPr>
      </w:pPr>
      <w:r w:rsidRPr="00E449F2">
        <w:rPr>
          <w:szCs w:val="24"/>
          <w:lang w:val="sk-SK"/>
        </w:rPr>
        <w:t>spolupracovať pri nastavovaní podporných opatrení pre deti,</w:t>
      </w:r>
    </w:p>
    <w:p w14:paraId="6DDE7FD3" w14:textId="77777777" w:rsidR="00E449F2" w:rsidRPr="00E449F2" w:rsidRDefault="00E449F2" w:rsidP="00E449F2">
      <w:pPr>
        <w:numPr>
          <w:ilvl w:val="0"/>
          <w:numId w:val="115"/>
        </w:numPr>
        <w:rPr>
          <w:szCs w:val="24"/>
          <w:lang w:val="sk-SK"/>
        </w:rPr>
      </w:pPr>
      <w:r w:rsidRPr="00E449F2">
        <w:rPr>
          <w:szCs w:val="24"/>
          <w:lang w:val="sk-SK"/>
        </w:rPr>
        <w:t>poskytovať metodickú podporu pedagogickým zamestnancom,</w:t>
      </w:r>
    </w:p>
    <w:p w14:paraId="0BDAC29C" w14:textId="77777777" w:rsidR="00E449F2" w:rsidRPr="00E449F2" w:rsidRDefault="00E449F2" w:rsidP="00E449F2">
      <w:pPr>
        <w:numPr>
          <w:ilvl w:val="0"/>
          <w:numId w:val="115"/>
        </w:numPr>
        <w:rPr>
          <w:szCs w:val="24"/>
          <w:lang w:val="sk-SK"/>
        </w:rPr>
      </w:pPr>
      <w:r w:rsidRPr="00E449F2">
        <w:rPr>
          <w:szCs w:val="24"/>
          <w:lang w:val="sk-SK"/>
        </w:rPr>
        <w:t>spolupracovať so zákonnými zástupcami detí,</w:t>
      </w:r>
    </w:p>
    <w:p w14:paraId="626895F0" w14:textId="77777777" w:rsidR="00E449F2" w:rsidRPr="00E449F2" w:rsidRDefault="00E449F2" w:rsidP="00E449F2">
      <w:pPr>
        <w:numPr>
          <w:ilvl w:val="0"/>
          <w:numId w:val="115"/>
        </w:numPr>
        <w:rPr>
          <w:szCs w:val="24"/>
          <w:lang w:val="sk-SK"/>
        </w:rPr>
      </w:pPr>
      <w:r w:rsidRPr="00E449F2">
        <w:rPr>
          <w:szCs w:val="24"/>
          <w:lang w:val="sk-SK"/>
        </w:rPr>
        <w:t>spolupracovať so zariadeniami poradenstva a prevencie,</w:t>
      </w:r>
    </w:p>
    <w:p w14:paraId="614D0C06" w14:textId="77777777" w:rsidR="00E449F2" w:rsidRPr="00E449F2" w:rsidRDefault="00E449F2" w:rsidP="00E449F2">
      <w:pPr>
        <w:numPr>
          <w:ilvl w:val="0"/>
          <w:numId w:val="115"/>
        </w:numPr>
        <w:rPr>
          <w:szCs w:val="24"/>
          <w:lang w:val="sk-SK"/>
        </w:rPr>
      </w:pPr>
      <w:r w:rsidRPr="00E449F2">
        <w:rPr>
          <w:szCs w:val="24"/>
          <w:lang w:val="sk-SK"/>
        </w:rPr>
        <w:t>podieľať sa na riešení adaptačných, výchovných, komunikačných, sociálnych alebo zdravotných ťažkostí detí,</w:t>
      </w:r>
    </w:p>
    <w:p w14:paraId="63D33B56" w14:textId="77777777" w:rsidR="00E449F2" w:rsidRPr="00E449F2" w:rsidRDefault="00E449F2" w:rsidP="00E449F2">
      <w:pPr>
        <w:numPr>
          <w:ilvl w:val="0"/>
          <w:numId w:val="115"/>
        </w:numPr>
        <w:rPr>
          <w:szCs w:val="24"/>
          <w:lang w:val="sk-SK"/>
        </w:rPr>
      </w:pPr>
      <w:r w:rsidRPr="00E449F2">
        <w:rPr>
          <w:szCs w:val="24"/>
          <w:lang w:val="sk-SK"/>
        </w:rPr>
        <w:t>sledovať potreby detí a navrhovať primerané formy podpory,</w:t>
      </w:r>
    </w:p>
    <w:p w14:paraId="3998476E" w14:textId="77777777" w:rsidR="00E449F2" w:rsidRPr="00E449F2" w:rsidRDefault="00E449F2" w:rsidP="00E449F2">
      <w:pPr>
        <w:numPr>
          <w:ilvl w:val="0"/>
          <w:numId w:val="115"/>
        </w:numPr>
        <w:rPr>
          <w:szCs w:val="24"/>
          <w:lang w:val="sk-SK"/>
        </w:rPr>
      </w:pPr>
      <w:r w:rsidRPr="00E449F2">
        <w:rPr>
          <w:szCs w:val="24"/>
          <w:lang w:val="sk-SK"/>
        </w:rPr>
        <w:t>podieľať sa na tvorbe alebo úprave podmienok výchovno-vzdelávacieho procesu,</w:t>
      </w:r>
    </w:p>
    <w:p w14:paraId="21F92419" w14:textId="77777777" w:rsidR="00E449F2" w:rsidRPr="00E449F2" w:rsidRDefault="00E449F2" w:rsidP="00E449F2">
      <w:pPr>
        <w:numPr>
          <w:ilvl w:val="0"/>
          <w:numId w:val="115"/>
        </w:numPr>
        <w:rPr>
          <w:szCs w:val="24"/>
          <w:lang w:val="sk-SK"/>
        </w:rPr>
      </w:pPr>
      <w:r w:rsidRPr="00E449F2">
        <w:rPr>
          <w:szCs w:val="24"/>
          <w:lang w:val="sk-SK"/>
        </w:rPr>
        <w:t>prispievať k prevencii rizikového správania, sociálneho vylúčenia a neúspešného začlenenia dieťaťa do kolektívu,</w:t>
      </w:r>
    </w:p>
    <w:p w14:paraId="6DEAA474" w14:textId="77777777" w:rsidR="00E449F2" w:rsidRPr="00E449F2" w:rsidRDefault="00E449F2" w:rsidP="00E449F2">
      <w:pPr>
        <w:numPr>
          <w:ilvl w:val="0"/>
          <w:numId w:val="115"/>
        </w:numPr>
        <w:rPr>
          <w:szCs w:val="24"/>
          <w:lang w:val="sk-SK"/>
        </w:rPr>
      </w:pPr>
      <w:r w:rsidRPr="00E449F2">
        <w:rPr>
          <w:szCs w:val="24"/>
          <w:lang w:val="sk-SK"/>
        </w:rPr>
        <w:t>spolupracovať pri tvorbe a uplatňovaní školského vzdelávacieho programu.</w:t>
      </w:r>
    </w:p>
    <w:p w14:paraId="5DB3DA05" w14:textId="77777777" w:rsidR="00E449F2" w:rsidRPr="00E449F2" w:rsidRDefault="00E449F2" w:rsidP="00E449F2">
      <w:pPr>
        <w:rPr>
          <w:szCs w:val="24"/>
          <w:lang w:val="sk-SK"/>
        </w:rPr>
      </w:pPr>
      <w:r w:rsidRPr="00E449F2">
        <w:rPr>
          <w:szCs w:val="24"/>
          <w:lang w:val="sk-SK"/>
        </w:rPr>
        <w:t>Školský podporný tím neposudzuje dieťa izolovane, ale v kontexte jeho potrieb, možností, rodinného prostredia, zdravotného stavu, správania v kolektíve a podmienok materskej školy. Pri svojej činnosti vychádza z pedagogického pozorovania, pedagogickej diagnostiky, odporúčaní zariadenia poradenstva a prevencie, odporúčaní lekárov a z komunikácie so zákonnými zástupcami.</w:t>
      </w:r>
    </w:p>
    <w:p w14:paraId="57BFD099" w14:textId="77777777" w:rsidR="00E449F2" w:rsidRPr="00E449F2" w:rsidRDefault="00E449F2" w:rsidP="00E449F2">
      <w:pPr>
        <w:rPr>
          <w:szCs w:val="24"/>
          <w:lang w:val="sk-SK"/>
        </w:rPr>
      </w:pPr>
      <w:r w:rsidRPr="00E449F2">
        <w:rPr>
          <w:szCs w:val="24"/>
          <w:lang w:val="sk-SK"/>
        </w:rPr>
        <w:lastRenderedPageBreak/>
        <w:t>Pri poskytovaní podpory dieťaťu školský podporný tím navrhuje také opatrenia, ktoré umožnia dieťaťu primerane sa zapájať do života triedy a zároveň rešpektujú jeho individuálne potreby, bezpečnosť, dôstojnosť a práva ostatných detí. Podpora môže mať formu úpravy organizácie činností, individuálneho prístupu, vizuálnej podpory, komunikačnej podpory, úpravy prostredia, spolupráce s pedagogickým asistentom, podpory sebaobslužných činností alebo iných primeraných opatrení podľa potrieb dieťaťa.</w:t>
      </w:r>
    </w:p>
    <w:p w14:paraId="74B2752A" w14:textId="77777777" w:rsidR="00E449F2" w:rsidRPr="00E449F2" w:rsidRDefault="00E449F2" w:rsidP="00E449F2">
      <w:pPr>
        <w:rPr>
          <w:szCs w:val="24"/>
          <w:lang w:val="sk-SK"/>
        </w:rPr>
      </w:pPr>
      <w:r w:rsidRPr="00E449F2">
        <w:rPr>
          <w:szCs w:val="24"/>
          <w:lang w:val="sk-SK"/>
        </w:rPr>
        <w:t>Školský podporný tím spolupracuje so zákonným zástupcom dieťaťa. Zákonný zástupca je povinný poskytovať materskej škole pravdivé a úplné informácie o zdravotnom stave dieťaťa, jeho špeciálnych výchovno-vzdelávacích potrebách, odporúčaniach odborníkov a ďalších skutočnostiach, ktoré môžu mať vplyv na bezpečný pobyt dieťaťa v materskej škole a na priebeh výchovy a vzdelávania.</w:t>
      </w:r>
    </w:p>
    <w:p w14:paraId="7D45C88F" w14:textId="77777777" w:rsidR="00E449F2" w:rsidRPr="00E449F2" w:rsidRDefault="00E449F2" w:rsidP="00E449F2">
      <w:pPr>
        <w:rPr>
          <w:szCs w:val="24"/>
          <w:lang w:val="sk-SK"/>
        </w:rPr>
      </w:pPr>
      <w:r w:rsidRPr="00E449F2">
        <w:rPr>
          <w:szCs w:val="24"/>
          <w:lang w:val="sk-SK"/>
        </w:rPr>
        <w:t>Ak zákonný zástupca neposkytne škole potrebnú súčinnosť, neposkytne dôležité informácie alebo zamlčí skutočnosti významné pre výchovu, vzdelávanie, zdravie alebo bezpečnosť dieťaťa, môže to sťažiť nastavenie primeraných podporných opatrení a bezpečné začlenenie dieťaťa do kolektívu.</w:t>
      </w:r>
    </w:p>
    <w:p w14:paraId="792C2356" w14:textId="77777777" w:rsidR="00E449F2" w:rsidRPr="00E449F2" w:rsidRDefault="00E449F2" w:rsidP="00E449F2">
      <w:pPr>
        <w:rPr>
          <w:szCs w:val="24"/>
          <w:lang w:val="sk-SK"/>
        </w:rPr>
      </w:pPr>
      <w:r w:rsidRPr="00E449F2">
        <w:rPr>
          <w:szCs w:val="24"/>
          <w:lang w:val="sk-SK"/>
        </w:rPr>
        <w:t>Členovia školského podporného tímu sú povinní zachovávať mlčanlivosť o skutočnostiach, ktoré sa dozvedeli pri výkone svojej činnosti, a chrániť osobné údaje detí a zákonných zástupcov v súlade s platnými právnymi predpismi.</w:t>
      </w:r>
    </w:p>
    <w:p w14:paraId="2D549128" w14:textId="77777777" w:rsidR="00E449F2" w:rsidRDefault="00E449F2" w:rsidP="00E449F2">
      <w:pPr>
        <w:rPr>
          <w:szCs w:val="24"/>
          <w:lang w:val="sk-SK"/>
        </w:rPr>
      </w:pPr>
      <w:r w:rsidRPr="00E449F2">
        <w:rPr>
          <w:szCs w:val="24"/>
          <w:lang w:val="sk-SK"/>
        </w:rPr>
        <w:t>Cieľom školského podporného tímu je podporiť dieťa tak, aby sa mohlo v čo najväčšej možnej miere zapájať do výchovno-vzdelávacej činnosti v materskej škole, rozvíjať svoje schopnosti a zručnosti a cítiť sa v prostredí školy bezpečne, prijato a rešpektované.</w:t>
      </w:r>
    </w:p>
    <w:p w14:paraId="1CFC610E" w14:textId="77777777" w:rsidR="00DA05DC" w:rsidRPr="00E449F2" w:rsidRDefault="00DA05DC" w:rsidP="00C04CB3">
      <w:pPr>
        <w:spacing w:after="0"/>
        <w:rPr>
          <w:szCs w:val="24"/>
          <w:lang w:val="sk-SK"/>
        </w:rPr>
      </w:pPr>
    </w:p>
    <w:p w14:paraId="20516933" w14:textId="77777777" w:rsidR="0029764D" w:rsidRPr="00392BAE" w:rsidRDefault="00E449F2" w:rsidP="0029764D">
      <w:pPr>
        <w:pStyle w:val="Nadpis2"/>
        <w:spacing w:before="0"/>
        <w:rPr>
          <w:rFonts w:ascii="Arial" w:eastAsia="Arial" w:hAnsi="Arial" w:cs="Arial"/>
          <w:color w:val="0070C0"/>
          <w:sz w:val="24"/>
        </w:rPr>
      </w:pPr>
      <w:bookmarkStart w:id="68" w:name="_Toc238333763"/>
      <w:r w:rsidRPr="00392BAE">
        <w:rPr>
          <w:rFonts w:ascii="Arial" w:eastAsia="Arial" w:hAnsi="Arial" w:cs="Arial"/>
          <w:color w:val="0070C0"/>
          <w:sz w:val="24"/>
        </w:rPr>
        <w:t>7.14 Spolupráca školského špeciálneho pedagoga a asistenta s deťmi</w:t>
      </w:r>
      <w:bookmarkEnd w:id="68"/>
    </w:p>
    <w:p w14:paraId="1661AD0E" w14:textId="77777777" w:rsidR="00DA05DC" w:rsidRPr="00DA05DC" w:rsidRDefault="00DA05DC" w:rsidP="00C04CB3">
      <w:pPr>
        <w:spacing w:after="0"/>
      </w:pPr>
    </w:p>
    <w:p w14:paraId="6E3D8FCF" w14:textId="77777777" w:rsidR="00E449F2" w:rsidRPr="00E449F2" w:rsidRDefault="00E449F2" w:rsidP="00E449F2">
      <w:pPr>
        <w:rPr>
          <w:szCs w:val="24"/>
          <w:lang w:val="sk-SK"/>
        </w:rPr>
      </w:pPr>
      <w:r w:rsidRPr="00E449F2">
        <w:rPr>
          <w:b/>
          <w:bCs/>
          <w:szCs w:val="24"/>
          <w:lang w:val="sk-SK"/>
        </w:rPr>
        <w:t xml:space="preserve">Školský špeciálny </w:t>
      </w:r>
      <w:r w:rsidRPr="00E449F2">
        <w:rPr>
          <w:szCs w:val="24"/>
          <w:lang w:val="sk-SK"/>
        </w:rPr>
        <w:t>pedagóg v materskej škole poskytuje odbornú podporu deťom, ktoré potrebujú pomoc pri rozvíjaní komunikačných, sociálnych, poznávacích, motorických alebo sebaobslužných zručností. V spolupráci s učiteľkami sleduje potreby detí, navrhuje primerané podporné opatrenia, konzultuje vhodné stratégie výchovno-vzdelávacej činnosti a podľa potreby spolupracuje so zákonnými zástupcami a zariadeniami poradenstva a prevencie. Jeho činnosť smeruje k tomu, aby sa dieťa mohlo čo najprirodzenejšie zapájať do života triedy a rozvíjať svoj potenciál v bezpečnom a rešpektujúcom prostredí.</w:t>
      </w:r>
    </w:p>
    <w:p w14:paraId="4AC2E093" w14:textId="77777777" w:rsidR="00E449F2" w:rsidRDefault="00E449F2" w:rsidP="00E449F2">
      <w:pPr>
        <w:rPr>
          <w:szCs w:val="24"/>
          <w:lang w:val="sk-SK"/>
        </w:rPr>
      </w:pPr>
      <w:r w:rsidRPr="00E449F2">
        <w:rPr>
          <w:b/>
          <w:bCs/>
          <w:szCs w:val="24"/>
          <w:lang w:val="sk-SK"/>
        </w:rPr>
        <w:t xml:space="preserve">Pedagogický asistent </w:t>
      </w:r>
      <w:r w:rsidRPr="00E449F2">
        <w:rPr>
          <w:szCs w:val="24"/>
          <w:lang w:val="sk-SK"/>
        </w:rPr>
        <w:t xml:space="preserve">poskytuje dieťaťu podporu pri každodenných činnostiach v materskej škole podľa jeho individuálnych potrieb a podľa pokynov učiteľky alebo školského špeciálneho pedagóga. Pomáha pri adaptácii dieťaťa, komunikácii, sebaobsluhe, pohybe, orientácii v priestore, zapájaní sa do hier, vzdelávacích aktivít </w:t>
      </w:r>
      <w:r w:rsidRPr="00E449F2">
        <w:rPr>
          <w:szCs w:val="24"/>
          <w:lang w:val="sk-SK"/>
        </w:rPr>
        <w:lastRenderedPageBreak/>
        <w:t>a činností triedy. Podpora pedagogického asistenta nenahrádza činnosť učiteľky, ale dopĺňa ju tak, aby dieťa mohlo byť v čo najväčšej miere samostatné, aktívne a začlenené do kolektívu ostatných detí.</w:t>
      </w:r>
    </w:p>
    <w:p w14:paraId="312E424B" w14:textId="77777777" w:rsidR="00C973AE" w:rsidRDefault="00C973AE" w:rsidP="00E449F2">
      <w:pPr>
        <w:spacing w:after="0" w:line="240" w:lineRule="auto"/>
        <w:rPr>
          <w:szCs w:val="24"/>
          <w:lang w:val="sk-SK"/>
        </w:rPr>
      </w:pPr>
    </w:p>
    <w:p w14:paraId="2A6328F6" w14:textId="77777777" w:rsidR="00DA05DC" w:rsidRPr="00F74900" w:rsidRDefault="00C973AE" w:rsidP="00C973AE">
      <w:pPr>
        <w:pStyle w:val="Nadpis1"/>
        <w:spacing w:before="0"/>
        <w:jc w:val="center"/>
        <w:rPr>
          <w:rFonts w:ascii="Arial" w:eastAsia="Arial" w:hAnsi="Arial" w:cs="Arial"/>
          <w:color w:val="0070C0"/>
          <w:sz w:val="24"/>
        </w:rPr>
      </w:pPr>
      <w:bookmarkStart w:id="69" w:name="_Toc238333764"/>
      <w:r w:rsidRPr="00F74900">
        <w:rPr>
          <w:rFonts w:ascii="Arial" w:eastAsia="Arial" w:hAnsi="Arial" w:cs="Arial"/>
          <w:color w:val="0070C0"/>
          <w:sz w:val="24"/>
        </w:rPr>
        <w:t xml:space="preserve">Článok VIII. </w:t>
      </w:r>
    </w:p>
    <w:bookmarkEnd w:id="69"/>
    <w:p w14:paraId="046C5707" w14:textId="1F0C9478" w:rsidR="00166D14" w:rsidRPr="00F74900" w:rsidRDefault="00DA05DC" w:rsidP="00166D14">
      <w:pPr>
        <w:rPr>
          <w:b/>
          <w:bCs/>
          <w:color w:val="0070C0"/>
          <w:szCs w:val="24"/>
          <w:lang w:val="sk-SK"/>
        </w:rPr>
      </w:pPr>
      <w:r w:rsidRPr="00F74900">
        <w:rPr>
          <w:b/>
          <w:bCs/>
          <w:color w:val="0070C0"/>
          <w:szCs w:val="24"/>
          <w:lang w:val="sk-SK"/>
        </w:rPr>
        <w:t>Podmienky na zaistenie bezpečnosti a ochrany zdravia detí a ich ochrany pred prejavmi rizikového správania, diskrimináciou alebo násilím</w:t>
      </w:r>
    </w:p>
    <w:p w14:paraId="4B5354A6" w14:textId="77777777" w:rsidR="00C973AE" w:rsidRPr="00C973AE" w:rsidRDefault="00C973AE" w:rsidP="00166D14">
      <w:pPr>
        <w:spacing w:after="0" w:line="240" w:lineRule="auto"/>
        <w:rPr>
          <w:b/>
          <w:bCs/>
          <w:color w:val="0070C0"/>
          <w:szCs w:val="24"/>
          <w:lang w:val="sk-SK"/>
        </w:rPr>
      </w:pPr>
    </w:p>
    <w:p w14:paraId="56E34B7B" w14:textId="77777777" w:rsidR="00166D14" w:rsidRPr="00166D14" w:rsidRDefault="00166D14" w:rsidP="00166D14">
      <w:pPr>
        <w:rPr>
          <w:szCs w:val="24"/>
          <w:lang w:val="sk-SK"/>
        </w:rPr>
      </w:pPr>
      <w:r w:rsidRPr="00166D14">
        <w:rPr>
          <w:szCs w:val="24"/>
          <w:lang w:val="sk-SK"/>
        </w:rPr>
        <w:t>Materská škola vytvára podmienky na bezpečný pobyt detí, ochranu ich zdravia a podporu priaznivej sociálnej klímy. Pri všetkých činnostiach postupuje tak, aby bola zabezpečená ochrana života a zdravia detí, rešpektovanie ich dôstojnosti, práv a individuálnych potrieb.</w:t>
      </w:r>
    </w:p>
    <w:p w14:paraId="68D38C17" w14:textId="77777777" w:rsidR="00166D14" w:rsidRPr="00166D14" w:rsidRDefault="00166D14" w:rsidP="00166D14">
      <w:pPr>
        <w:rPr>
          <w:szCs w:val="24"/>
          <w:lang w:val="sk-SK"/>
        </w:rPr>
      </w:pPr>
      <w:r w:rsidRPr="00166D14">
        <w:rPr>
          <w:szCs w:val="24"/>
          <w:lang w:val="sk-SK"/>
        </w:rPr>
        <w:t>Za bezpečnosť detí počas pobytu v materskej škole zodpovedajú pedagogickí zamestnanci od momentu osobného prevzatia dieťaťa od zákonného zástupcu alebo ním písomne poverenej osoby až do jeho osobného odovzdania zákonnému zástupcovi alebo poverenej osobe. Dieťa nesmie byť ponechané bez dozoru v šatni, na chodbe, v triede, v areáli školy ani pred budovou materskej školy.</w:t>
      </w:r>
    </w:p>
    <w:p w14:paraId="16B24977" w14:textId="77777777" w:rsidR="00166D14" w:rsidRPr="00166D14" w:rsidRDefault="00166D14" w:rsidP="00166D14">
      <w:pPr>
        <w:rPr>
          <w:szCs w:val="24"/>
          <w:lang w:val="sk-SK"/>
        </w:rPr>
      </w:pPr>
      <w:r w:rsidRPr="00166D14">
        <w:rPr>
          <w:szCs w:val="24"/>
          <w:lang w:val="sk-SK"/>
        </w:rPr>
        <w:t>Pedagogickí zamestnanci zabezpečujú primeraný dohľad nad deťmi počas všetkých organizačných foriem dňa, najmä pri hrách a činnostiach podľa výberu detí, zdravotnom cvičení, výchovno-vzdelávacích aktivitách, pobyte vonku, stravovaní, hygienických činnostiach, odpočinku, presunoch v budove školy a počas školských podujatí.</w:t>
      </w:r>
    </w:p>
    <w:p w14:paraId="50B91E6A" w14:textId="77777777" w:rsidR="00166D14" w:rsidRPr="00166D14" w:rsidRDefault="00166D14" w:rsidP="00166D14">
      <w:pPr>
        <w:rPr>
          <w:szCs w:val="24"/>
          <w:lang w:val="sk-SK"/>
        </w:rPr>
      </w:pPr>
      <w:r w:rsidRPr="00166D14">
        <w:rPr>
          <w:szCs w:val="24"/>
          <w:lang w:val="sk-SK"/>
        </w:rPr>
        <w:t>Materská škola dbá na pravidelné poučovanie detí primerane ich veku a rozumovej vyspelosti o bezpečnom správaní v triede, šatni, umyvárni, jedálni, na školskom dvore, pri vychádzkach, výletoch, exkurziách a pri kontakte s cudzími osobami. Deti sú vedené k dodržiavaniu pravidiel triedy, ohľaduplnosti, spolupráci, vzájomnému rešpektu a nenásilnému riešeniu konfliktov.</w:t>
      </w:r>
    </w:p>
    <w:p w14:paraId="68D0AD95" w14:textId="77777777" w:rsidR="00166D14" w:rsidRPr="00166D14" w:rsidRDefault="00166D14" w:rsidP="00166D14">
      <w:pPr>
        <w:rPr>
          <w:szCs w:val="24"/>
          <w:lang w:val="sk-SK"/>
        </w:rPr>
      </w:pPr>
      <w:r w:rsidRPr="00166D14">
        <w:rPr>
          <w:szCs w:val="24"/>
          <w:lang w:val="sk-SK"/>
        </w:rPr>
        <w:t>Zamestnanci materskej školy sú povinní priebežne sledovať zdravotný stav detí a venovať pozornosť prejavom choroby, úrazu, nepohody, strachu, zanedbávania, násilia alebo iného ohrozenia dieťaťa. Ak sa u dieťaťa počas dňa prejavia príznaky ochorenia alebo zhoršenia zdravotného stavu, materská škola bezodkladne informuje zákonného zástupcu a zabezpečí dieťaťu primeraný dohľad do jeho prevzatia.</w:t>
      </w:r>
    </w:p>
    <w:p w14:paraId="28A02E9B" w14:textId="77777777" w:rsidR="00166D14" w:rsidRPr="00166D14" w:rsidRDefault="00166D14" w:rsidP="00166D14">
      <w:pPr>
        <w:rPr>
          <w:szCs w:val="24"/>
          <w:lang w:val="sk-SK"/>
        </w:rPr>
      </w:pPr>
      <w:r w:rsidRPr="00166D14">
        <w:rPr>
          <w:szCs w:val="24"/>
          <w:lang w:val="sk-SK"/>
        </w:rPr>
        <w:t>Materská škola zabezpečuje ochranu detí pred diskrimináciou, segregáciou, šikanovaním, fyzickým alebo psychickým násilím, ponižovaním, zosmiešňovaním, zanedbávaním a inými formami rizikového správania. V prostredí školy sa nepripúšťa žiadne konanie, ktoré by zasahovalo do dôstojnosti dieťaťa, ohrozovalo jeho bezpečnosť alebo narúšalo jeho priaznivý osobnostný vývin.</w:t>
      </w:r>
    </w:p>
    <w:p w14:paraId="2428C55B" w14:textId="77777777" w:rsidR="00166D14" w:rsidRPr="00166D14" w:rsidRDefault="00166D14" w:rsidP="00166D14">
      <w:pPr>
        <w:rPr>
          <w:szCs w:val="24"/>
          <w:lang w:val="sk-SK"/>
        </w:rPr>
      </w:pPr>
      <w:r w:rsidRPr="00166D14">
        <w:rPr>
          <w:szCs w:val="24"/>
          <w:lang w:val="sk-SK"/>
        </w:rPr>
        <w:lastRenderedPageBreak/>
        <w:t>Pri podozrení na rizikové správanie, diskrimináciu, násilie, zanedbávanie alebo iné ohrozenie dieťaťa postupuje materská škola citlivo, odborne a bezodkladne. Situáciu rieši v spolupráci so zákonným zástupcom, školským podporným tímom, zariadením poradenstva a prevencie, zriaďovateľom, orgánom sociálnoprávnej ochrany detí a sociálnej kurately alebo ďalšími príslušnými orgánmi podľa povahy a závažnosti veci.</w:t>
      </w:r>
    </w:p>
    <w:p w14:paraId="4B27EDC1" w14:textId="77777777" w:rsidR="00166D14" w:rsidRPr="00166D14" w:rsidRDefault="00166D14" w:rsidP="00166D14">
      <w:pPr>
        <w:rPr>
          <w:szCs w:val="24"/>
          <w:lang w:val="sk-SK"/>
        </w:rPr>
      </w:pPr>
      <w:r w:rsidRPr="00166D14">
        <w:rPr>
          <w:szCs w:val="24"/>
          <w:lang w:val="sk-SK"/>
        </w:rPr>
        <w:t>Zákonný zástupca je povinný informovať materskú školu o zdravotnom stave dieťaťa, alergiách, obmedzeniach, užívaní liekov, zmenách zdravotnej spôsobilosti, osobitných potrebách dieťaťa a ďalších skutočnostiach, ktoré môžu mať vplyv na bezpečnosť dieťaťa alebo ostatných detí. Zamlčanie závažných skutočností môže ohroziť bezpečný pobyt dieťaťa v materskej škole a sťažiť nastavenie primeraných podmienok výchovy a vzdelávania.</w:t>
      </w:r>
    </w:p>
    <w:p w14:paraId="55D8D9B5" w14:textId="77777777" w:rsidR="00166D14" w:rsidRPr="00166D14" w:rsidRDefault="00166D14" w:rsidP="00166D14">
      <w:pPr>
        <w:rPr>
          <w:szCs w:val="24"/>
          <w:lang w:val="sk-SK"/>
        </w:rPr>
      </w:pPr>
      <w:r w:rsidRPr="00166D14">
        <w:rPr>
          <w:szCs w:val="24"/>
          <w:lang w:val="sk-SK"/>
        </w:rPr>
        <w:t>Materská škola venuje pozornosť prevencii úrazov, dodržiavaniu hygienických pravidiel, bezpečnosti pri manipulácii s pomôckami, hračkami a materiálom, bezpečnosti pri pohybe v interiéri a exteriéri školy a pravidelnej kontrole priestorov, zariadení a vybavenia školy. Zistené nedostatky zamestnanci bezodkladne oznámia riaditeľke materskej školy alebo poverenej osobe.</w:t>
      </w:r>
    </w:p>
    <w:p w14:paraId="7B24D15D" w14:textId="77777777" w:rsidR="00166D14" w:rsidRDefault="00166D14" w:rsidP="00166D14">
      <w:pPr>
        <w:rPr>
          <w:szCs w:val="24"/>
          <w:lang w:val="sk-SK"/>
        </w:rPr>
      </w:pPr>
      <w:r w:rsidRPr="00166D14">
        <w:rPr>
          <w:szCs w:val="24"/>
          <w:lang w:val="sk-SK"/>
        </w:rPr>
        <w:t>Všetci zamestnanci materskej školy sú povinní konať tak, aby chránili zdravie, bezpečnosť, dôstojnosť a najlepší záujem dieťaťa. Ochrana detí pred rizikovým správaním, diskrimináciou a násilím je spoločnou zodpovednosťou školy, zákonných zástupcov a všetkých osôb, ktoré sa podieľajú na výchove a vzdelávaní detí.</w:t>
      </w:r>
    </w:p>
    <w:p w14:paraId="4E80CA1B" w14:textId="77777777" w:rsidR="00C973AE" w:rsidRPr="00166D14" w:rsidRDefault="00C973AE" w:rsidP="00166D14">
      <w:pPr>
        <w:spacing w:after="0" w:line="240" w:lineRule="auto"/>
        <w:rPr>
          <w:szCs w:val="24"/>
          <w:lang w:val="sk-SK"/>
        </w:rPr>
      </w:pPr>
    </w:p>
    <w:p w14:paraId="3DD6483F" w14:textId="77777777" w:rsidR="00120770" w:rsidRPr="00F74900" w:rsidRDefault="00C973AE" w:rsidP="00120770">
      <w:pPr>
        <w:pStyle w:val="Nadpis2"/>
        <w:spacing w:before="0"/>
        <w:rPr>
          <w:rFonts w:ascii="Arial" w:hAnsi="Arial" w:cs="Arial"/>
          <w:color w:val="0070C0"/>
          <w:sz w:val="24"/>
          <w:szCs w:val="24"/>
          <w:lang w:val="sk-SK"/>
        </w:rPr>
      </w:pPr>
      <w:bookmarkStart w:id="70" w:name="_Toc238333765"/>
      <w:r w:rsidRPr="00F74900">
        <w:rPr>
          <w:rFonts w:ascii="Arial" w:eastAsia="Arial" w:hAnsi="Arial" w:cs="Arial"/>
          <w:color w:val="0070C0"/>
          <w:sz w:val="24"/>
        </w:rPr>
        <w:t>8.1 Organizácia bezpečnosti pri spájaní a rozdeľovaní tried</w:t>
      </w:r>
      <w:bookmarkEnd w:id="70"/>
    </w:p>
    <w:p w14:paraId="609E7BF1" w14:textId="77777777" w:rsidR="00C973AE" w:rsidRPr="00C973AE" w:rsidRDefault="00C973AE" w:rsidP="00120770">
      <w:pPr>
        <w:spacing w:after="0" w:line="240" w:lineRule="auto"/>
        <w:rPr>
          <w:b/>
          <w:bCs/>
          <w:color w:val="0070C0"/>
          <w:szCs w:val="24"/>
          <w:lang w:val="sk-SK"/>
        </w:rPr>
      </w:pPr>
    </w:p>
    <w:p w14:paraId="3B05AB56" w14:textId="77777777" w:rsidR="00120770" w:rsidRPr="00120770" w:rsidRDefault="00120770" w:rsidP="00120770">
      <w:pPr>
        <w:rPr>
          <w:szCs w:val="24"/>
          <w:lang w:val="sk-SK"/>
        </w:rPr>
      </w:pPr>
      <w:r w:rsidRPr="00120770">
        <w:rPr>
          <w:szCs w:val="24"/>
          <w:lang w:val="sk-SK"/>
        </w:rPr>
        <w:t>Spájanie a rozdeľovanie tried v materskej škole sa uskutočňuje podľa aktuálneho počtu prítomných detí, personálnych možností, prevádzkových podmienok a s prihliadnutím na zaistenie bezpečnosti a ochrany zdravia detí. O organizácii spájania a rozdeľovania tried rozhoduje riaditeľka materskej školy alebo ňou poverený pedagogický zamestnanec.</w:t>
      </w:r>
    </w:p>
    <w:p w14:paraId="638AD376" w14:textId="77777777" w:rsidR="00120770" w:rsidRPr="00120770" w:rsidRDefault="00120770" w:rsidP="00120770">
      <w:pPr>
        <w:rPr>
          <w:szCs w:val="24"/>
          <w:lang w:val="sk-SK"/>
        </w:rPr>
      </w:pPr>
      <w:r w:rsidRPr="00120770">
        <w:rPr>
          <w:szCs w:val="24"/>
          <w:lang w:val="sk-SK"/>
        </w:rPr>
        <w:t>Triedy sa môžu spájať najmä v čase rannej a popoludňajšej prevádzky, pri zníženom počte detí, počas neprítomnosti pedagogických zamestnancov, počas školských prázdnin alebo z iných závažných organizačných dôvodov. Pri spájaní tried sa prihliada na vek detí, ich individuálne potreby, adaptačné ťažkosti, zdravotný stav, špeciálne výchovno-vzdelávacie potreby a aktuálnu situáciu v triedach.</w:t>
      </w:r>
    </w:p>
    <w:p w14:paraId="5FDF522C" w14:textId="77777777" w:rsidR="00120770" w:rsidRPr="00120770" w:rsidRDefault="00120770" w:rsidP="00120770">
      <w:pPr>
        <w:rPr>
          <w:szCs w:val="24"/>
          <w:lang w:val="sk-SK"/>
        </w:rPr>
      </w:pPr>
      <w:r w:rsidRPr="00120770">
        <w:rPr>
          <w:szCs w:val="24"/>
          <w:lang w:val="sk-SK"/>
        </w:rPr>
        <w:t xml:space="preserve">Pedagogickí zamestnanci zabezpečia, aby boli deti pri presune do spojenej triedy pod stálym dohľadom. Dieťa nesmie byť počas presunu, v šatni, na chodbe ani v triede ponechané bez dozoru. </w:t>
      </w:r>
      <w:r w:rsidRPr="00120770">
        <w:rPr>
          <w:szCs w:val="24"/>
        </w:rPr>
        <w:t xml:space="preserve">Pri odovzdávaní detí medzi pedagogickými zamestnancami sa zabezpečí preukázateľné odovzdanie počtu detí a menného zoznamu odovzdávaných detí zápisom do určeného zošita. Súčasne sa odovzdajú aj </w:t>
      </w:r>
      <w:r w:rsidRPr="00120770">
        <w:rPr>
          <w:szCs w:val="24"/>
        </w:rPr>
        <w:lastRenderedPageBreak/>
        <w:t>informácie o skutočnostiach dôležitých pre bezpečnosť detí, ich zdravotný stav alebo osobitné potreby.</w:t>
      </w:r>
    </w:p>
    <w:p w14:paraId="156048F0" w14:textId="77777777" w:rsidR="00120770" w:rsidRPr="00120770" w:rsidRDefault="00120770" w:rsidP="00120770">
      <w:pPr>
        <w:rPr>
          <w:szCs w:val="24"/>
          <w:lang w:val="sk-SK"/>
        </w:rPr>
      </w:pPr>
      <w:r w:rsidRPr="00120770">
        <w:rPr>
          <w:szCs w:val="24"/>
          <w:lang w:val="sk-SK"/>
        </w:rPr>
        <w:t>Pri spájaní tried je pedagogický zamestnanec povinný mať prehľad o všetkých deťoch, ktoré prevzal do svojej starostlivosti. Zodpovedá za ich bezpečnosť, organizáciu činností a primerané začlenenie do skupiny až do ich odovzdania ďalšiemu pedagogickému zamestnancovi alebo zákonnému zástupcovi, prípadne ním písomne poverenej osobe.</w:t>
      </w:r>
    </w:p>
    <w:p w14:paraId="29DAE8B2" w14:textId="77777777" w:rsidR="00120770" w:rsidRPr="00120770" w:rsidRDefault="00120770" w:rsidP="00120770">
      <w:pPr>
        <w:rPr>
          <w:szCs w:val="24"/>
          <w:lang w:val="sk-SK"/>
        </w:rPr>
      </w:pPr>
      <w:r w:rsidRPr="00120770">
        <w:rPr>
          <w:szCs w:val="24"/>
          <w:lang w:val="sk-SK"/>
        </w:rPr>
        <w:t>Ak sa triedy spájajú po popoludňajšom odpočinku, zamestnanci materskej školy zabezpečia, aby si každé dieťa používalo vlastnú posteľnú bielizeň a osobné veci. Pri premiestňovaní detí a ich vecí sa dbá na dodržiavanie hygienických zásad, bezpečný pohyb detí a poriadok v priestoroch školy.</w:t>
      </w:r>
    </w:p>
    <w:p w14:paraId="4E1DAF68" w14:textId="77777777" w:rsidR="00120770" w:rsidRPr="00120770" w:rsidRDefault="00120770" w:rsidP="00120770">
      <w:pPr>
        <w:rPr>
          <w:szCs w:val="24"/>
          <w:lang w:val="sk-SK"/>
        </w:rPr>
      </w:pPr>
      <w:r w:rsidRPr="00120770">
        <w:rPr>
          <w:szCs w:val="24"/>
          <w:lang w:val="sk-SK"/>
        </w:rPr>
        <w:t>Zákonní zástupcovia sú o aktuálnom spájaní tried a umiestnení detí informovaní spôsobom určeným materskou školou, najmä oznamom v priestoroch školy alebo prostredníctvom dohodnutého komunikačného kanála. Pri preberaní dieťaťa zákonný zástupca rešpektuje aktuálnu organizáciu prevádzky a pokyny zamestnancov materskej školy.</w:t>
      </w:r>
    </w:p>
    <w:p w14:paraId="63DF1234" w14:textId="77777777" w:rsidR="00166D14" w:rsidRDefault="00120770" w:rsidP="00166D14">
      <w:pPr>
        <w:rPr>
          <w:szCs w:val="24"/>
          <w:lang w:val="sk-SK"/>
        </w:rPr>
      </w:pPr>
      <w:r w:rsidRPr="00120770">
        <w:rPr>
          <w:szCs w:val="24"/>
          <w:lang w:val="sk-SK"/>
        </w:rPr>
        <w:t>Spájanie a rozdeľovanie tried sa organizuje tak, aby nebola narušená bezpečnosť detí, plynulosť prevádzky materskej školy a kvalita výchovno-vzdelávacej činnosti.</w:t>
      </w:r>
    </w:p>
    <w:p w14:paraId="7FCA4488" w14:textId="77777777" w:rsidR="00C973AE" w:rsidRPr="00166D14" w:rsidRDefault="00C973AE" w:rsidP="00166D14">
      <w:pPr>
        <w:spacing w:after="0" w:line="240" w:lineRule="auto"/>
        <w:rPr>
          <w:szCs w:val="24"/>
          <w:lang w:val="sk-SK"/>
        </w:rPr>
      </w:pPr>
    </w:p>
    <w:p w14:paraId="0DB407FA" w14:textId="77777777" w:rsidR="0076302A" w:rsidRPr="00F74900" w:rsidRDefault="00C973AE" w:rsidP="0076302A">
      <w:pPr>
        <w:pStyle w:val="Nadpis2"/>
        <w:spacing w:before="0"/>
        <w:rPr>
          <w:rFonts w:ascii="Arial" w:hAnsi="Arial" w:cs="Arial"/>
          <w:color w:val="0070C0"/>
          <w:sz w:val="24"/>
          <w:szCs w:val="24"/>
          <w:lang w:val="sk-SK"/>
        </w:rPr>
      </w:pPr>
      <w:bookmarkStart w:id="71" w:name="_Toc238333766"/>
      <w:r w:rsidRPr="00F74900">
        <w:rPr>
          <w:rFonts w:ascii="Arial" w:eastAsia="Arial" w:hAnsi="Arial" w:cs="Arial"/>
          <w:color w:val="0070C0"/>
          <w:sz w:val="24"/>
        </w:rPr>
        <w:t>8.2 Organizovanie výletov a exkurzií</w:t>
      </w:r>
      <w:bookmarkEnd w:id="71"/>
    </w:p>
    <w:p w14:paraId="4EA2AAF5" w14:textId="77777777" w:rsidR="00C973AE" w:rsidRPr="00C973AE" w:rsidRDefault="00C973AE" w:rsidP="0076302A">
      <w:pPr>
        <w:spacing w:after="0" w:line="240" w:lineRule="auto"/>
        <w:rPr>
          <w:b/>
          <w:bCs/>
          <w:color w:val="0070C0"/>
          <w:szCs w:val="24"/>
          <w:lang w:val="sk-SK"/>
        </w:rPr>
      </w:pPr>
    </w:p>
    <w:p w14:paraId="51854821" w14:textId="77777777" w:rsidR="0076302A" w:rsidRPr="0076302A" w:rsidRDefault="0076302A" w:rsidP="0076302A">
      <w:pPr>
        <w:rPr>
          <w:szCs w:val="24"/>
          <w:lang w:val="sk-SK"/>
        </w:rPr>
      </w:pPr>
      <w:r w:rsidRPr="0076302A">
        <w:rPr>
          <w:szCs w:val="24"/>
          <w:lang w:val="sk-SK"/>
        </w:rPr>
        <w:t>Materská škola môže organizovať výlety, exkurzie a ďalšie aktivity mimo priestorov materskej školy, ak sú v súlade so Školským vzdelávacím programom, plánom práce školy, vekovými osobitosťami detí, ich zdravotným stavom, bezpečnostnými, hygienickými a organizačnými podmienkami.</w:t>
      </w:r>
    </w:p>
    <w:p w14:paraId="012CECA3" w14:textId="77777777" w:rsidR="0076302A" w:rsidRPr="0076302A" w:rsidRDefault="0076302A" w:rsidP="0076302A">
      <w:pPr>
        <w:rPr>
          <w:szCs w:val="24"/>
          <w:lang w:val="sk-SK"/>
        </w:rPr>
      </w:pPr>
      <w:r w:rsidRPr="0076302A">
        <w:rPr>
          <w:szCs w:val="24"/>
          <w:lang w:val="sk-SK"/>
        </w:rPr>
        <w:t>Výlet alebo exkurzia sa organizuje najviac na jeden deň. Pri ich plánovaní sa prihliada najmä na bezpečnosť detí, primeranosť programu, dĺžku presunu, poveternostné podmienky, fyziologické potreby detí, možnosť oddychu, zabezpečenie pitného režimu, stravovania a teplého obeda.</w:t>
      </w:r>
    </w:p>
    <w:p w14:paraId="337EEA1B" w14:textId="77777777" w:rsidR="0076302A" w:rsidRPr="0076302A" w:rsidRDefault="0076302A" w:rsidP="0076302A">
      <w:pPr>
        <w:rPr>
          <w:szCs w:val="24"/>
          <w:lang w:val="sk-SK"/>
        </w:rPr>
      </w:pPr>
      <w:r w:rsidRPr="0076302A">
        <w:rPr>
          <w:szCs w:val="24"/>
          <w:lang w:val="sk-SK"/>
        </w:rPr>
        <w:t>Výlet alebo exkurziu schvaľuje riaditeľka materskej školy. Aktivita sa môže uskutočniť len po dohode so zriaďovateľom a na základe informovaného súhlasu zákonného zástupcu dieťaťa. Bez informovaného súhlasu zákonného zástupcu sa dieťa výletu alebo exkurzie nezúčastní; materská škola podľa svojich možností zabezpečí jeho výchovu a vzdelávanie v materskej škole.</w:t>
      </w:r>
    </w:p>
    <w:p w14:paraId="26E7CCD4" w14:textId="77777777" w:rsidR="0076302A" w:rsidRDefault="0076302A" w:rsidP="0076302A">
      <w:pPr>
        <w:rPr>
          <w:szCs w:val="24"/>
          <w:lang w:val="sk-SK"/>
        </w:rPr>
      </w:pPr>
      <w:r w:rsidRPr="0076302A">
        <w:rPr>
          <w:szCs w:val="24"/>
          <w:lang w:val="sk-SK"/>
        </w:rPr>
        <w:t xml:space="preserve">Zákonní zástupcovia sú pred uskutočnením výletu alebo exkurzie vopred oboznámení najmä s cieľom a programom aktivity, miestom konania, dátumom, časom odchodu a príchodu, spôsobom dopravy, organizačnými pokynmi, potrebným </w:t>
      </w:r>
      <w:r w:rsidRPr="0076302A">
        <w:rPr>
          <w:szCs w:val="24"/>
          <w:lang w:val="sk-SK"/>
        </w:rPr>
        <w:lastRenderedPageBreak/>
        <w:t>vybavením dieťaťa, spôsobom stravovania, výškou prípadného poplatku a menami zodpovedných pedagogických zamestnancov.</w:t>
      </w:r>
    </w:p>
    <w:p w14:paraId="25A996C7" w14:textId="77777777" w:rsidR="00A219D7" w:rsidRPr="0076302A" w:rsidRDefault="00A219D7" w:rsidP="0076302A">
      <w:pPr>
        <w:rPr>
          <w:szCs w:val="24"/>
          <w:lang w:val="sk-SK"/>
        </w:rPr>
      </w:pPr>
      <w:r w:rsidRPr="00A219D7">
        <w:rPr>
          <w:szCs w:val="24"/>
        </w:rPr>
        <w:t>Výletu alebo exkurzie sa dieťa môže zúčastniť len na základe vopred udeleného informovaného súhlasu zákonného zástupcu. Informovaný súhlas obsahuje najmä názov a cieľ aktivity, dátum a miesto konania, čas odchodu a predpokladaného návratu, spôsob dopravy, organizačné pokyny, spôsob zabezpečenia stravovania a pitného režimu, informáciu o pedagogickom dozore, prípadné finančné náklady a poučenie o bezpečnostných podmienkach. Zákonný zástupca svojim podpisom potvrdzuje, že bol s organizáciou a podmienkami výletu alebo exkurzie oboznámený a súhlasí s účasťou dieťaťa na danej aktivite.</w:t>
      </w:r>
    </w:p>
    <w:p w14:paraId="760A237F" w14:textId="77777777" w:rsidR="0076302A" w:rsidRPr="0076302A" w:rsidRDefault="0076302A" w:rsidP="0076302A">
      <w:pPr>
        <w:rPr>
          <w:szCs w:val="24"/>
          <w:lang w:val="sk-SK"/>
        </w:rPr>
      </w:pPr>
      <w:r w:rsidRPr="0076302A">
        <w:rPr>
          <w:szCs w:val="24"/>
          <w:lang w:val="sk-SK"/>
        </w:rPr>
        <w:t>Pred uskutočnením výletu alebo exkurzie pedagogický zamestnanec poverený riaditeľkou materskej školy organizačne zabezpečí prípravu a priebeh aktivity. Súčasťou prípravy je najmä:</w:t>
      </w:r>
    </w:p>
    <w:p w14:paraId="7E00C777" w14:textId="77777777" w:rsidR="0076302A" w:rsidRPr="0076302A" w:rsidRDefault="0076302A" w:rsidP="0076302A">
      <w:pPr>
        <w:numPr>
          <w:ilvl w:val="0"/>
          <w:numId w:val="116"/>
        </w:numPr>
        <w:rPr>
          <w:szCs w:val="24"/>
          <w:lang w:val="sk-SK"/>
        </w:rPr>
      </w:pPr>
      <w:r w:rsidRPr="0076302A">
        <w:rPr>
          <w:szCs w:val="24"/>
          <w:lang w:val="sk-SK"/>
        </w:rPr>
        <w:t>spracovanie organizačného zabezpečenia výletu alebo exkurzie,</w:t>
      </w:r>
    </w:p>
    <w:p w14:paraId="7EF12048" w14:textId="77777777" w:rsidR="0076302A" w:rsidRPr="0076302A" w:rsidRDefault="0076302A" w:rsidP="0076302A">
      <w:pPr>
        <w:numPr>
          <w:ilvl w:val="0"/>
          <w:numId w:val="116"/>
        </w:numPr>
        <w:rPr>
          <w:szCs w:val="24"/>
          <w:lang w:val="sk-SK"/>
        </w:rPr>
      </w:pPr>
      <w:r w:rsidRPr="0076302A">
        <w:rPr>
          <w:szCs w:val="24"/>
          <w:lang w:val="sk-SK"/>
        </w:rPr>
        <w:t>určenie miesta, cieľa, trasy a časového harmonogramu,</w:t>
      </w:r>
    </w:p>
    <w:p w14:paraId="03705455" w14:textId="77777777" w:rsidR="0076302A" w:rsidRPr="0076302A" w:rsidRDefault="0076302A" w:rsidP="0076302A">
      <w:pPr>
        <w:numPr>
          <w:ilvl w:val="0"/>
          <w:numId w:val="116"/>
        </w:numPr>
        <w:rPr>
          <w:szCs w:val="24"/>
          <w:lang w:val="sk-SK"/>
        </w:rPr>
      </w:pPr>
      <w:r w:rsidRPr="0076302A">
        <w:rPr>
          <w:szCs w:val="24"/>
          <w:lang w:val="sk-SK"/>
        </w:rPr>
        <w:t>určenie zodpovedných pedagogických zamestnancov a ďalších sprevádzajúcich osôb,</w:t>
      </w:r>
    </w:p>
    <w:p w14:paraId="07600332" w14:textId="77777777" w:rsidR="0076302A" w:rsidRPr="0076302A" w:rsidRDefault="0076302A" w:rsidP="0076302A">
      <w:pPr>
        <w:numPr>
          <w:ilvl w:val="0"/>
          <w:numId w:val="116"/>
        </w:numPr>
        <w:rPr>
          <w:szCs w:val="24"/>
          <w:lang w:val="sk-SK"/>
        </w:rPr>
      </w:pPr>
      <w:r w:rsidRPr="0076302A">
        <w:rPr>
          <w:szCs w:val="24"/>
          <w:lang w:val="sk-SK"/>
        </w:rPr>
        <w:t>zabezpečenie primeraného dozoru nad deťmi,</w:t>
      </w:r>
    </w:p>
    <w:p w14:paraId="09673F21" w14:textId="77777777" w:rsidR="0076302A" w:rsidRPr="0076302A" w:rsidRDefault="0076302A" w:rsidP="0076302A">
      <w:pPr>
        <w:numPr>
          <w:ilvl w:val="0"/>
          <w:numId w:val="116"/>
        </w:numPr>
        <w:rPr>
          <w:szCs w:val="24"/>
          <w:lang w:val="sk-SK"/>
        </w:rPr>
      </w:pPr>
      <w:r w:rsidRPr="0076302A">
        <w:rPr>
          <w:szCs w:val="24"/>
          <w:lang w:val="sk-SK"/>
        </w:rPr>
        <w:t>zabezpečenie stravovania, pitného režimu a hygienických potrieb detí,</w:t>
      </w:r>
    </w:p>
    <w:p w14:paraId="58ED7DAC" w14:textId="77777777" w:rsidR="0076302A" w:rsidRPr="0076302A" w:rsidRDefault="0076302A" w:rsidP="0076302A">
      <w:pPr>
        <w:numPr>
          <w:ilvl w:val="0"/>
          <w:numId w:val="116"/>
        </w:numPr>
        <w:rPr>
          <w:szCs w:val="24"/>
          <w:lang w:val="sk-SK"/>
        </w:rPr>
      </w:pPr>
      <w:r w:rsidRPr="0076302A">
        <w:rPr>
          <w:szCs w:val="24"/>
          <w:lang w:val="sk-SK"/>
        </w:rPr>
        <w:t>preverenie bezpečnosti miesta konania a dopravného zabezpečenia,</w:t>
      </w:r>
    </w:p>
    <w:p w14:paraId="29FB2187" w14:textId="77777777" w:rsidR="0076302A" w:rsidRPr="0076302A" w:rsidRDefault="0076302A" w:rsidP="0076302A">
      <w:pPr>
        <w:numPr>
          <w:ilvl w:val="0"/>
          <w:numId w:val="116"/>
        </w:numPr>
        <w:rPr>
          <w:szCs w:val="24"/>
          <w:lang w:val="sk-SK"/>
        </w:rPr>
      </w:pPr>
      <w:r w:rsidRPr="0076302A">
        <w:rPr>
          <w:szCs w:val="24"/>
          <w:lang w:val="sk-SK"/>
        </w:rPr>
        <w:t>poučenie zúčastnených dospelých osôb o bezpečnosti a ochrane zdravia,</w:t>
      </w:r>
    </w:p>
    <w:p w14:paraId="2241FD0E" w14:textId="77777777" w:rsidR="0076302A" w:rsidRPr="0076302A" w:rsidRDefault="0076302A" w:rsidP="0076302A">
      <w:pPr>
        <w:numPr>
          <w:ilvl w:val="0"/>
          <w:numId w:val="116"/>
        </w:numPr>
        <w:rPr>
          <w:szCs w:val="24"/>
          <w:lang w:val="sk-SK"/>
        </w:rPr>
      </w:pPr>
      <w:r w:rsidRPr="0076302A">
        <w:rPr>
          <w:szCs w:val="24"/>
          <w:lang w:val="sk-SK"/>
        </w:rPr>
        <w:t>primerané poučenie detí o bezpečnom správaní pred odchodom a počas aktivity,</w:t>
      </w:r>
    </w:p>
    <w:p w14:paraId="5895C0BA" w14:textId="77777777" w:rsidR="0076302A" w:rsidRPr="0076302A" w:rsidRDefault="0076302A" w:rsidP="0076302A">
      <w:pPr>
        <w:numPr>
          <w:ilvl w:val="0"/>
          <w:numId w:val="116"/>
        </w:numPr>
        <w:rPr>
          <w:szCs w:val="24"/>
          <w:lang w:val="sk-SK"/>
        </w:rPr>
      </w:pPr>
      <w:r w:rsidRPr="0076302A">
        <w:rPr>
          <w:szCs w:val="24"/>
          <w:lang w:val="sk-SK"/>
        </w:rPr>
        <w:t>zabezpečenie kontaktov na zákonných zástupcov detí.</w:t>
      </w:r>
    </w:p>
    <w:p w14:paraId="040F73B8" w14:textId="77777777" w:rsidR="0076302A" w:rsidRPr="0076302A" w:rsidRDefault="0076302A" w:rsidP="0076302A">
      <w:pPr>
        <w:rPr>
          <w:szCs w:val="24"/>
          <w:lang w:val="sk-SK"/>
        </w:rPr>
      </w:pPr>
      <w:r w:rsidRPr="0076302A">
        <w:rPr>
          <w:szCs w:val="24"/>
          <w:lang w:val="sk-SK"/>
        </w:rPr>
        <w:t>O organizačnom zabezpečení výletu alebo exkurzie sa vyhotoví písomný záznam. Záznam obsahuje najmä názov a cieľ aktivity, dátum a miesto konania, trasu, čas odchodu a návratu, spôsob dopravy, počet zúčastnených detí, zoznam sprevádzajúcich osôb, poučenie zúčastnených plnoletých osôb o bezpečnosti a ochrane zdravia, podpis povereného pedagogického zamestnanca a podpisy všetkých plnoletých zúčastnených osôb.</w:t>
      </w:r>
    </w:p>
    <w:p w14:paraId="5FD70CA5" w14:textId="77777777" w:rsidR="0076302A" w:rsidRPr="0076302A" w:rsidRDefault="0076302A" w:rsidP="0076302A">
      <w:pPr>
        <w:rPr>
          <w:szCs w:val="24"/>
          <w:lang w:val="sk-SK"/>
        </w:rPr>
      </w:pPr>
      <w:r w:rsidRPr="0076302A">
        <w:rPr>
          <w:szCs w:val="24"/>
          <w:lang w:val="sk-SK"/>
        </w:rPr>
        <w:t>Pri výlete alebo exkurzii sa zabezpečujú najmenej dvaja pedagogickí zamestnanci a jedna poverená plnoletá osoba na počet detí podľa platných právnych predpisov. Riaditeľka materskej školy môže podľa náročnosti aktivity, veku detí, počtu detí, zdravotného stavu detí, prítomnosti detí so špeciálnymi výchovno-vzdelávacími potrebami, spôsobu dopravy alebo charakteru prostredia určiť aj vyšší počet sprevádzajúcich osôb.</w:t>
      </w:r>
    </w:p>
    <w:p w14:paraId="580CF5A0" w14:textId="77777777" w:rsidR="0076302A" w:rsidRPr="0076302A" w:rsidRDefault="0076302A" w:rsidP="0076302A">
      <w:pPr>
        <w:rPr>
          <w:szCs w:val="24"/>
          <w:lang w:val="sk-SK"/>
        </w:rPr>
      </w:pPr>
      <w:r w:rsidRPr="0076302A">
        <w:rPr>
          <w:szCs w:val="24"/>
          <w:lang w:val="sk-SK"/>
        </w:rPr>
        <w:lastRenderedPageBreak/>
        <w:t>Za bezpečnosť a ochranu zdravia detí počas výletu alebo exkurzie zodpovedajú určení pedagogickí zamestnanci od prevzatia detí až do ich odovzdania zákonným zástupcom alebo nimi písomne povereným osobám. Pedagogickí zamestnanci sú povinní mať neustály prehľad o počte detí, pravidelne deti prepočítavať, sledovať ich zdravotný stav, správanie a zabezpečiť, aby sa deti nevzďaľovali od skupiny.</w:t>
      </w:r>
    </w:p>
    <w:p w14:paraId="0437D33F" w14:textId="77777777" w:rsidR="0076302A" w:rsidRPr="0076302A" w:rsidRDefault="0076302A" w:rsidP="0076302A">
      <w:pPr>
        <w:rPr>
          <w:szCs w:val="24"/>
          <w:lang w:val="sk-SK"/>
        </w:rPr>
      </w:pPr>
      <w:r w:rsidRPr="0076302A">
        <w:rPr>
          <w:szCs w:val="24"/>
          <w:lang w:val="sk-SK"/>
        </w:rPr>
        <w:t>Deti sa počas presunov pohybujú organizovane, podľa pokynov pedagogických zamestnancov. Pri vychádzkach, presunoch po chodníkoch a pri prechádzaní cez cestnú komunikáciu pedagogickí zamestnanci dbajú na dodržiavanie pravidiel cestnej premávky. Z dôvodu zvýšenia bezpečnosti a viditeľnosti používajú deti reflexné vesty a pedagogickí zamestnanci pri prechádzaní cez cestnú komunikáciu používajú bezpečnostný terčík.</w:t>
      </w:r>
    </w:p>
    <w:p w14:paraId="6CAFBC60" w14:textId="77777777" w:rsidR="0076302A" w:rsidRPr="0076302A" w:rsidRDefault="0076302A" w:rsidP="0076302A">
      <w:pPr>
        <w:rPr>
          <w:szCs w:val="24"/>
          <w:lang w:val="sk-SK"/>
        </w:rPr>
      </w:pPr>
      <w:r w:rsidRPr="0076302A">
        <w:rPr>
          <w:szCs w:val="24"/>
          <w:lang w:val="sk-SK"/>
        </w:rPr>
        <w:t>Ak sa na výlet alebo exkurziu využíva dopravný prostriedok, materská škola dbá na primeranosť a bezpečnosť dopravy. Deti nastupujú a vystupujú len na bezpečnom mieste a pod dohľadom pedagogických zamestnancov. Počas prepravy sú deti vedené k pokojnému a bezpečnému správaniu.</w:t>
      </w:r>
    </w:p>
    <w:p w14:paraId="2CDA9A53" w14:textId="77777777" w:rsidR="0076302A" w:rsidRPr="0076302A" w:rsidRDefault="0076302A" w:rsidP="0076302A">
      <w:pPr>
        <w:rPr>
          <w:szCs w:val="24"/>
          <w:lang w:val="sk-SK"/>
        </w:rPr>
      </w:pPr>
      <w:r w:rsidRPr="0076302A">
        <w:rPr>
          <w:szCs w:val="24"/>
          <w:lang w:val="sk-SK"/>
        </w:rPr>
        <w:t>Zákonný zástupca je povinný zabezpečiť dieťaťu vhodné oblečenie, obuv a vybavenie podľa pokynov materskej školy. Zároveň je povinný informovať pedagogického zamestnanca o skutočnostiach, ktoré môžu mať vplyv na bezpečnosť alebo zdravotný stav dieťaťa počas výletu alebo exkurzie, najmä o alergiách, zdravotných obmedzeniach, nevoľnosti pri cestovaní alebo iných osobitostiach dieťaťa.</w:t>
      </w:r>
    </w:p>
    <w:p w14:paraId="595F27E9" w14:textId="77777777" w:rsidR="0076302A" w:rsidRPr="0076302A" w:rsidRDefault="0076302A" w:rsidP="0076302A">
      <w:pPr>
        <w:rPr>
          <w:szCs w:val="24"/>
          <w:lang w:val="sk-SK"/>
        </w:rPr>
      </w:pPr>
      <w:r w:rsidRPr="0076302A">
        <w:rPr>
          <w:szCs w:val="24"/>
          <w:lang w:val="sk-SK"/>
        </w:rPr>
        <w:t>Materská škola nezabezpečuje podávanie liekov dieťaťu, ak nejde o postup dohodnutý vopred v súlade s vnútornými pravidlami školy a odporúčaním lekára. Ak si zdravotný stav dieťaťa vyžaduje osobitný režim, riaditeľka materskej školy posúdi možnosť účasti dieťaťa na výlete alebo exkurzii individuálne, v spolupráci so zákonným zástupcom a podľa povahy aktivity.</w:t>
      </w:r>
    </w:p>
    <w:p w14:paraId="328AF39B" w14:textId="77777777" w:rsidR="0076302A" w:rsidRPr="0076302A" w:rsidRDefault="0076302A" w:rsidP="0076302A">
      <w:pPr>
        <w:rPr>
          <w:szCs w:val="24"/>
          <w:lang w:val="sk-SK"/>
        </w:rPr>
      </w:pPr>
      <w:r w:rsidRPr="0076302A">
        <w:rPr>
          <w:szCs w:val="24"/>
          <w:lang w:val="sk-SK"/>
        </w:rPr>
        <w:t>Výlet alebo exkurzia sa neuskutoční, prípadne sa jej program upraví, ak by poveternostné podmienky, dopravná situácia, zdravotné alebo bezpečnostné riziká, organizačné prekážky alebo iné nepredvídané okolnosti mohli ohroziť bezpečnosť a zdravie detí. O zmene alebo zrušení aktivity materská škola bezodkladne informuje zákonných zástupcov.</w:t>
      </w:r>
    </w:p>
    <w:p w14:paraId="17B0529C" w14:textId="77777777" w:rsidR="0076302A" w:rsidRPr="0076302A" w:rsidRDefault="0076302A" w:rsidP="0076302A">
      <w:pPr>
        <w:rPr>
          <w:szCs w:val="24"/>
          <w:lang w:val="sk-SK"/>
        </w:rPr>
      </w:pPr>
      <w:r w:rsidRPr="0076302A">
        <w:rPr>
          <w:szCs w:val="24"/>
          <w:lang w:val="sk-SK"/>
        </w:rPr>
        <w:t>V prípade úrazu, náhleho zhoršenia zdravotného stavu dieťaťa alebo inej mimoriadnej udalosti pedagogickí zamestnanci bezodkladne zabezpečia potrebnú pomoc, informujú riaditeľku materskej školy a zákonného zástupcu dieťaťa a postupujú podľa vnútorných pravidiel školy na riešenie úrazov a mimoriadnych udalostí.</w:t>
      </w:r>
    </w:p>
    <w:p w14:paraId="625DE138" w14:textId="77777777" w:rsidR="0076302A" w:rsidRDefault="0076302A" w:rsidP="0076302A">
      <w:pPr>
        <w:rPr>
          <w:szCs w:val="24"/>
          <w:lang w:val="sk-SK"/>
        </w:rPr>
      </w:pPr>
      <w:r w:rsidRPr="0076302A">
        <w:rPr>
          <w:szCs w:val="24"/>
          <w:lang w:val="sk-SK"/>
        </w:rPr>
        <w:t xml:space="preserve">Po ukončení výletu alebo exkurzie pedagogickí zamestnanci odovzdajú deti zákonným zástupcom alebo nimi písomne povereným osobám. Aktivita sa podľa </w:t>
      </w:r>
      <w:r w:rsidRPr="0076302A">
        <w:rPr>
          <w:szCs w:val="24"/>
          <w:lang w:val="sk-SK"/>
        </w:rPr>
        <w:lastRenderedPageBreak/>
        <w:t>potreby vyhodnotí z hľadiska organizačného zabezpečenia, bezpečnosti, priebehu a prínosu pre výchovno-vzdelávaciu činnosť.</w:t>
      </w:r>
    </w:p>
    <w:p w14:paraId="4696042D" w14:textId="77777777" w:rsidR="00C973AE" w:rsidRPr="0076302A" w:rsidRDefault="00C973AE" w:rsidP="0076302A">
      <w:pPr>
        <w:spacing w:after="0" w:line="240" w:lineRule="auto"/>
        <w:rPr>
          <w:szCs w:val="24"/>
          <w:lang w:val="sk-SK"/>
        </w:rPr>
      </w:pPr>
    </w:p>
    <w:p w14:paraId="042AFC3B" w14:textId="77777777" w:rsidR="00A219D7" w:rsidRPr="00F74900" w:rsidRDefault="00C973AE" w:rsidP="00A219D7">
      <w:pPr>
        <w:pStyle w:val="Nadpis2"/>
        <w:spacing w:before="0"/>
        <w:rPr>
          <w:rFonts w:ascii="Arial" w:hAnsi="Arial" w:cs="Arial"/>
          <w:color w:val="0070C0"/>
          <w:sz w:val="24"/>
          <w:szCs w:val="24"/>
          <w:lang w:val="sk-SK"/>
        </w:rPr>
      </w:pPr>
      <w:bookmarkStart w:id="72" w:name="_Toc238333767"/>
      <w:r w:rsidRPr="00F74900">
        <w:rPr>
          <w:rFonts w:ascii="Arial" w:eastAsia="Arial" w:hAnsi="Arial" w:cs="Arial"/>
          <w:color w:val="0070C0"/>
          <w:sz w:val="24"/>
        </w:rPr>
        <w:t>8.3 Postup pri zistení dôvodného podozrenia na výskyt rizikového správania dieťaťa počas individuálneho vzdelávania</w:t>
      </w:r>
      <w:bookmarkEnd w:id="72"/>
    </w:p>
    <w:p w14:paraId="001B1AA9" w14:textId="77777777" w:rsidR="00C973AE" w:rsidRPr="00C973AE" w:rsidRDefault="00C973AE" w:rsidP="00A219D7">
      <w:pPr>
        <w:spacing w:after="0" w:line="240" w:lineRule="auto"/>
        <w:rPr>
          <w:b/>
          <w:bCs/>
          <w:color w:val="0070C0"/>
          <w:szCs w:val="24"/>
          <w:lang w:val="sk-SK"/>
        </w:rPr>
      </w:pPr>
    </w:p>
    <w:p w14:paraId="2ADA73DA" w14:textId="77777777" w:rsidR="005667C0" w:rsidRPr="005667C0" w:rsidRDefault="005667C0" w:rsidP="005667C0">
      <w:pPr>
        <w:rPr>
          <w:szCs w:val="24"/>
          <w:lang w:val="sk-SK"/>
        </w:rPr>
      </w:pPr>
      <w:r w:rsidRPr="005667C0">
        <w:rPr>
          <w:szCs w:val="24"/>
          <w:lang w:val="sk-SK"/>
        </w:rPr>
        <w:t>Ak pedagogický zamestnanec pri posúdení rozvoja vedomostí, zručností a kompetencií dieťaťa, ktorému bolo povolené individuálne vzdelávanie na žiadosť zákonného zástupcu, zistí dôvodné podozrenie na výskyt rizikového správania dieťaťa, ktoré môže ohroziť jeho bezpečnosť alebo zdravie, bezodkladne o tejto skutočnosti informuje riaditeľku materskej školy.</w:t>
      </w:r>
    </w:p>
    <w:p w14:paraId="199B3D5A" w14:textId="77777777" w:rsidR="005667C0" w:rsidRPr="005667C0" w:rsidRDefault="005667C0" w:rsidP="005667C0">
      <w:pPr>
        <w:rPr>
          <w:szCs w:val="24"/>
          <w:lang w:val="sk-SK"/>
        </w:rPr>
      </w:pPr>
      <w:r w:rsidRPr="005667C0">
        <w:rPr>
          <w:szCs w:val="24"/>
          <w:lang w:val="sk-SK"/>
        </w:rPr>
        <w:t>Riaditeľka materskej školy následne oboznámi zákonného zástupcu so zistenými skutočnosťami a navrhne mu vykonanie odbornej činnosti v zariadení poradenstva a prevencie. Cieľom odborného posúdenia je zistiť potreby dieťaťa a odporučiť vhodný postup podpory v jeho ďalšom vzdelávaní a osobnostnom rozvoji.</w:t>
      </w:r>
    </w:p>
    <w:p w14:paraId="738D6EAC" w14:textId="77777777" w:rsidR="005667C0" w:rsidRPr="005667C0" w:rsidRDefault="005667C0" w:rsidP="005667C0">
      <w:pPr>
        <w:rPr>
          <w:szCs w:val="24"/>
          <w:lang w:val="sk-SK"/>
        </w:rPr>
      </w:pPr>
      <w:r w:rsidRPr="005667C0">
        <w:rPr>
          <w:szCs w:val="24"/>
          <w:lang w:val="sk-SK"/>
        </w:rPr>
        <w:t>Zákonný zástupca je povinný poskytnúť materskej škole potrebnú súčinnosť a informovať ju o vykonaní odbornej činnosti v zariadení poradenstva a prevencie. Ak zákonný zástupca do troch mesiacov neinformuje materskú školu o vykonaní odbornej činnosti, riaditeľka materskej školy oznámi túto skutočnosť príslušnému orgánu sociálnoprávnej ochrany detí a sociálnej kurately.</w:t>
      </w:r>
    </w:p>
    <w:p w14:paraId="13DBB98B" w14:textId="77777777" w:rsidR="005667C0" w:rsidRPr="005667C0" w:rsidRDefault="005667C0" w:rsidP="005667C0">
      <w:pPr>
        <w:rPr>
          <w:szCs w:val="24"/>
          <w:lang w:val="sk-SK"/>
        </w:rPr>
      </w:pPr>
      <w:r w:rsidRPr="005667C0">
        <w:rPr>
          <w:szCs w:val="24"/>
          <w:lang w:val="sk-SK"/>
        </w:rPr>
        <w:t>Materská škola vedie o zistených skutočnostiach primeranú písomnú dokumentáciu. Súčasťou dokumentácie sú najmä záznamy z posúdenia dieťaťa, záznamy o komunikácii so zákonným zástupcom, návrhy odporúčaných opatrení, prijaté opatrenia, prípadná komunikácia so zariadením poradenstva a prevencie alebo s príslušným orgánom sociálnoprávnej ochrany detí a sociálnej kurately. Dokumentácia sa vedie v súlade s pravidlami ochrany osobných údajov a so zásadou ochrany najlepšieho záujmu dieťaťa.</w:t>
      </w:r>
    </w:p>
    <w:p w14:paraId="6F69C31D" w14:textId="77777777" w:rsidR="005667C0" w:rsidRPr="005667C0" w:rsidRDefault="005667C0" w:rsidP="005667C0">
      <w:pPr>
        <w:rPr>
          <w:szCs w:val="24"/>
          <w:lang w:val="sk-SK"/>
        </w:rPr>
      </w:pPr>
      <w:r w:rsidRPr="005667C0">
        <w:rPr>
          <w:szCs w:val="24"/>
          <w:lang w:val="sk-SK"/>
        </w:rPr>
        <w:t>Materská škola postupuje pri riešení takýchto situácií citlivo, odborne a s dôrazom na najlepší záujem dieťaťa, ochranu jeho zdravia, bezpečnosti a dôstojnosti.</w:t>
      </w:r>
    </w:p>
    <w:p w14:paraId="476F2386" w14:textId="77777777" w:rsidR="005667C0" w:rsidRPr="0029764D" w:rsidRDefault="005667C0" w:rsidP="0029764D">
      <w:pPr>
        <w:spacing w:after="0" w:line="240" w:lineRule="auto"/>
        <w:rPr>
          <w:szCs w:val="24"/>
          <w:lang w:val="sk-SK"/>
        </w:rPr>
      </w:pPr>
    </w:p>
    <w:p w14:paraId="0DB2AC6A" w14:textId="77777777" w:rsidR="005667C0" w:rsidRPr="00F74900" w:rsidRDefault="00C973AE" w:rsidP="005667C0">
      <w:pPr>
        <w:pStyle w:val="Nadpis2"/>
        <w:spacing w:before="0"/>
        <w:rPr>
          <w:rFonts w:ascii="Arial" w:eastAsia="Arial" w:hAnsi="Arial" w:cs="Arial"/>
          <w:color w:val="0070C0"/>
          <w:sz w:val="24"/>
        </w:rPr>
      </w:pPr>
      <w:bookmarkStart w:id="73" w:name="_Toc238333768"/>
      <w:r w:rsidRPr="00F74900">
        <w:rPr>
          <w:rFonts w:ascii="Arial" w:eastAsia="Arial" w:hAnsi="Arial" w:cs="Arial"/>
          <w:color w:val="0070C0"/>
          <w:sz w:val="24"/>
        </w:rPr>
        <w:t>8.4 Postup materskej školy pri zistení opakovaných prejavov rizikového správania dieťaťa</w:t>
      </w:r>
      <w:bookmarkEnd w:id="73"/>
    </w:p>
    <w:p w14:paraId="6844E82B" w14:textId="77777777" w:rsidR="00DA05DC" w:rsidRPr="00DA05DC" w:rsidRDefault="00DA05DC" w:rsidP="00C04CB3">
      <w:pPr>
        <w:spacing w:after="0"/>
      </w:pPr>
    </w:p>
    <w:p w14:paraId="1A8D2518" w14:textId="77777777" w:rsidR="005667C0" w:rsidRPr="005667C0" w:rsidRDefault="005667C0" w:rsidP="005667C0">
      <w:pPr>
        <w:rPr>
          <w:szCs w:val="24"/>
          <w:lang w:val="sk-SK"/>
        </w:rPr>
      </w:pPr>
      <w:r w:rsidRPr="005667C0">
        <w:rPr>
          <w:szCs w:val="24"/>
          <w:lang w:val="sk-SK"/>
        </w:rPr>
        <w:t xml:space="preserve">Ak sa u dieťaťa opakovane prejavuje rizikové správanie, ktoré narúša bezpečnosť, zdravie, dôstojnosť alebo priaznivú sociálnu klímu v triede, materská škola postupuje odborne, primerane veku dieťaťa a s dôrazom na jeho najlepší záujem. Za rizikové správanie sa považujú najmä opakované prejavy fyzickej alebo verbálnej agresivity, ubližovanie sebe alebo iným deťom, ničenie vecí, úteky z triedy alebo z určeného </w:t>
      </w:r>
      <w:r w:rsidRPr="005667C0">
        <w:rPr>
          <w:szCs w:val="24"/>
          <w:lang w:val="sk-SK"/>
        </w:rPr>
        <w:lastRenderedPageBreak/>
        <w:t>priestoru, výrazné nerešpektovanie bezpečnostných pravidiel, ohrozovanie seba alebo ostatných detí, prípadne iné správanie, ktoré vyžaduje zvýšenú pozornosť a odborné riešenie.</w:t>
      </w:r>
    </w:p>
    <w:p w14:paraId="33D4C13E" w14:textId="77777777" w:rsidR="005667C0" w:rsidRPr="005667C0" w:rsidRDefault="005667C0" w:rsidP="005667C0">
      <w:pPr>
        <w:rPr>
          <w:szCs w:val="24"/>
          <w:lang w:val="sk-SK"/>
        </w:rPr>
      </w:pPr>
      <w:r w:rsidRPr="005667C0">
        <w:rPr>
          <w:szCs w:val="24"/>
          <w:lang w:val="sk-SK"/>
        </w:rPr>
        <w:t>Pedagogický zamestnanec, ktorý opakované rizikové správanie zistí, situáciu bezodkladne rieši primeraným pedagogickým spôsobom, zabezpečí bezpečnosť dieťaťa a ostatných detí a informuje riaditeľku materskej školy. O vzniknutej situácii sa vyhotoví písomný záznam, v ktorom sa uvedie opis správania, okolnosti situácie, prijaté opatrenia a osoby, ktoré boli o veci informované.</w:t>
      </w:r>
    </w:p>
    <w:p w14:paraId="040631DB" w14:textId="77777777" w:rsidR="005667C0" w:rsidRPr="005667C0" w:rsidRDefault="005667C0" w:rsidP="005667C0">
      <w:pPr>
        <w:rPr>
          <w:szCs w:val="24"/>
          <w:lang w:val="sk-SK"/>
        </w:rPr>
      </w:pPr>
      <w:r w:rsidRPr="005667C0">
        <w:rPr>
          <w:szCs w:val="24"/>
          <w:lang w:val="sk-SK"/>
        </w:rPr>
        <w:t>Riaditeľka materskej školy alebo poverený pedagogický zamestnanec oboznámi zákonného zástupcu dieťaťa so zistenými skutočnosťami a prerokuje s ním ďalší postup. Cieľom komunikácie so zákonným zástupcom je hľadať také riešenia, ktoré podporia dieťa, pomôžu predchádzať opakovaniu rizikového správania a zároveň zabezpečia ochranu ostatných detí.</w:t>
      </w:r>
    </w:p>
    <w:p w14:paraId="7CB35939" w14:textId="77777777" w:rsidR="005667C0" w:rsidRPr="005667C0" w:rsidRDefault="005667C0" w:rsidP="005667C0">
      <w:pPr>
        <w:rPr>
          <w:szCs w:val="24"/>
          <w:lang w:val="sk-SK"/>
        </w:rPr>
      </w:pPr>
      <w:r w:rsidRPr="005667C0">
        <w:rPr>
          <w:szCs w:val="24"/>
          <w:lang w:val="sk-SK"/>
        </w:rPr>
        <w:t>Materská škola podľa povahy a závažnosti prejavov prijíma primerané opatrenia, najmä zvýšený dohľad nad dieťaťom, úpravu organizácie činností, individuálny prístup, podporu pri zvládaní emócií, úpravu prostredia, spoluprácu so školským podporným tímom, školským špeciálnym pedagógom, pedagogickým asistentom alebo zariadením poradenstva a prevencie.</w:t>
      </w:r>
    </w:p>
    <w:p w14:paraId="0772E888" w14:textId="77777777" w:rsidR="005667C0" w:rsidRPr="005667C0" w:rsidRDefault="005667C0" w:rsidP="005667C0">
      <w:pPr>
        <w:rPr>
          <w:szCs w:val="24"/>
          <w:lang w:val="sk-SK"/>
        </w:rPr>
      </w:pPr>
      <w:r w:rsidRPr="005667C0">
        <w:rPr>
          <w:szCs w:val="24"/>
          <w:lang w:val="sk-SK"/>
        </w:rPr>
        <w:t>Ak sa rizikové správanie opakuje, zhoršuje alebo pretrváva napriek prijatým pedagogickým opatreniam, materská škola odporučí zákonnému zástupcovi odbornú konzultáciu alebo odborné vyšetrenie v zariadení poradenstva a prevencie, prípadne u iného odborníka podľa charakteru ťažkostí dieťaťa. Zákonný zástupca je povinný poskytnúť materskej škole potrebnú súčinnosť pri riešení situácie a pri nastavovaní primeraných podmienok výchovy a vzdelávania.</w:t>
      </w:r>
    </w:p>
    <w:p w14:paraId="5E4F5098" w14:textId="77777777" w:rsidR="005667C0" w:rsidRPr="005667C0" w:rsidRDefault="005667C0" w:rsidP="005667C0">
      <w:pPr>
        <w:rPr>
          <w:szCs w:val="24"/>
          <w:lang w:val="sk-SK"/>
        </w:rPr>
      </w:pPr>
      <w:r w:rsidRPr="005667C0">
        <w:rPr>
          <w:szCs w:val="24"/>
          <w:lang w:val="sk-SK"/>
        </w:rPr>
        <w:t>Ak zákonný zástupca neposkytuje potrebnú súčinnosť, odmieta spoluprácu, neinformuje školu o dôležitých skutočnostiach alebo bezdôvodne odmietne odporúčané odborné vyšetrenie, materská škola postupuje podľa závažnosti situácie v súlade s platnými právnymi predpismi. V odôvodnených prípadoch môže škola spolupracovať so zariadením poradenstva a prevencie, zriaďovateľom, orgánom sociálnoprávnej ochrany detí a sociálnej kurately alebo ďalšími príslušnými orgánmi.</w:t>
      </w:r>
    </w:p>
    <w:p w14:paraId="23D3B0FC" w14:textId="77777777" w:rsidR="005667C0" w:rsidRPr="005667C0" w:rsidRDefault="005667C0" w:rsidP="005667C0">
      <w:pPr>
        <w:rPr>
          <w:szCs w:val="24"/>
          <w:lang w:val="sk-SK"/>
        </w:rPr>
      </w:pPr>
      <w:r w:rsidRPr="005667C0">
        <w:rPr>
          <w:szCs w:val="24"/>
          <w:lang w:val="sk-SK"/>
        </w:rPr>
        <w:t>Ak rizikové správanie dieťaťa bezprostredne ohrozuje jeho zdravie alebo bezpečnosť, zdravie alebo bezpečnosť ostatných detí alebo zamestnancov školy, pedagogický zamestnanec okamžite zabezpečí primeranú ochranu detí, privolá pomoc ďalšieho zamestnanca školy a bezodkladne informuje riaditeľku materskej školy a zákonného zástupcu. V mimoriadnych prípadoch sa postupuje podľa povahy situácie aj v spolupráci so záchrannými zložkami alebo príslušnými orgánmi.</w:t>
      </w:r>
    </w:p>
    <w:p w14:paraId="0B397E41" w14:textId="77777777" w:rsidR="0089678A" w:rsidRPr="0089678A" w:rsidRDefault="005667C0" w:rsidP="005667C0">
      <w:pPr>
        <w:rPr>
          <w:szCs w:val="24"/>
          <w:lang w:val="sk-SK"/>
        </w:rPr>
      </w:pPr>
      <w:r w:rsidRPr="005667C0">
        <w:rPr>
          <w:szCs w:val="24"/>
          <w:lang w:val="sk-SK"/>
        </w:rPr>
        <w:t xml:space="preserve">Materská škola vedie o opakovaných prejavoch rizikového správania primeranú písomnú dokumentáciu. Súčasťou dokumentácie sú najmä záznamy o vzniknutých </w:t>
      </w:r>
      <w:r w:rsidRPr="005667C0">
        <w:rPr>
          <w:szCs w:val="24"/>
          <w:lang w:val="sk-SK"/>
        </w:rPr>
        <w:lastRenderedPageBreak/>
        <w:t xml:space="preserve">situáciách, komunikácii so zákonným zástupcom, odporúčaných a prijatých opatreniach, spolupráci so školským podporným tímom, poradenským zariadením alebo inými odborníkmi. </w:t>
      </w:r>
    </w:p>
    <w:p w14:paraId="37AD3AC3" w14:textId="77777777" w:rsidR="0089678A" w:rsidRPr="0089678A" w:rsidRDefault="0089678A" w:rsidP="0089678A">
      <w:pPr>
        <w:rPr>
          <w:szCs w:val="24"/>
          <w:lang w:val="sk-SK"/>
        </w:rPr>
      </w:pPr>
      <w:r w:rsidRPr="0089678A">
        <w:rPr>
          <w:szCs w:val="24"/>
          <w:lang w:val="sk-SK"/>
        </w:rPr>
        <w:t>Súčasťou písomnej dokumentácie môžu byť najmä:</w:t>
      </w:r>
    </w:p>
    <w:p w14:paraId="0BB418B2" w14:textId="77777777" w:rsidR="0089678A" w:rsidRPr="0089678A" w:rsidRDefault="0089678A" w:rsidP="0089678A">
      <w:pPr>
        <w:numPr>
          <w:ilvl w:val="0"/>
          <w:numId w:val="117"/>
        </w:numPr>
        <w:rPr>
          <w:szCs w:val="24"/>
          <w:lang w:val="sk-SK"/>
        </w:rPr>
      </w:pPr>
      <w:r w:rsidRPr="0089678A">
        <w:rPr>
          <w:szCs w:val="24"/>
          <w:lang w:val="sk-SK"/>
        </w:rPr>
        <w:t>záznam o vzniknutej situácii,</w:t>
      </w:r>
    </w:p>
    <w:p w14:paraId="17240D94" w14:textId="77777777" w:rsidR="0089678A" w:rsidRPr="0089678A" w:rsidRDefault="0089678A" w:rsidP="0089678A">
      <w:pPr>
        <w:numPr>
          <w:ilvl w:val="0"/>
          <w:numId w:val="117"/>
        </w:numPr>
        <w:rPr>
          <w:szCs w:val="24"/>
          <w:lang w:val="sk-SK"/>
        </w:rPr>
      </w:pPr>
      <w:r w:rsidRPr="0089678A">
        <w:rPr>
          <w:szCs w:val="24"/>
          <w:lang w:val="sk-SK"/>
        </w:rPr>
        <w:t>opis prejavu rizikového správania,</w:t>
      </w:r>
    </w:p>
    <w:p w14:paraId="5D29A0FC" w14:textId="77777777" w:rsidR="0089678A" w:rsidRPr="0089678A" w:rsidRDefault="0089678A" w:rsidP="0089678A">
      <w:pPr>
        <w:numPr>
          <w:ilvl w:val="0"/>
          <w:numId w:val="117"/>
        </w:numPr>
        <w:rPr>
          <w:szCs w:val="24"/>
          <w:lang w:val="sk-SK"/>
        </w:rPr>
      </w:pPr>
      <w:r w:rsidRPr="0089678A">
        <w:rPr>
          <w:szCs w:val="24"/>
          <w:lang w:val="sk-SK"/>
        </w:rPr>
        <w:t>dátum, čas a miesto udalosti,</w:t>
      </w:r>
    </w:p>
    <w:p w14:paraId="2111C28F" w14:textId="77777777" w:rsidR="0089678A" w:rsidRPr="0089678A" w:rsidRDefault="0089678A" w:rsidP="0089678A">
      <w:pPr>
        <w:numPr>
          <w:ilvl w:val="0"/>
          <w:numId w:val="117"/>
        </w:numPr>
        <w:rPr>
          <w:szCs w:val="24"/>
          <w:lang w:val="sk-SK"/>
        </w:rPr>
      </w:pPr>
      <w:r w:rsidRPr="0089678A">
        <w:rPr>
          <w:szCs w:val="24"/>
          <w:lang w:val="sk-SK"/>
        </w:rPr>
        <w:t>mená prítomných zamestnancov,</w:t>
      </w:r>
    </w:p>
    <w:p w14:paraId="4161A7B7" w14:textId="77777777" w:rsidR="0089678A" w:rsidRPr="0089678A" w:rsidRDefault="0089678A" w:rsidP="0089678A">
      <w:pPr>
        <w:numPr>
          <w:ilvl w:val="0"/>
          <w:numId w:val="117"/>
        </w:numPr>
        <w:rPr>
          <w:szCs w:val="24"/>
          <w:lang w:val="sk-SK"/>
        </w:rPr>
      </w:pPr>
      <w:r w:rsidRPr="0089678A">
        <w:rPr>
          <w:szCs w:val="24"/>
          <w:lang w:val="sk-SK"/>
        </w:rPr>
        <w:t>prijaté okamžité opatrenia na zaistenie bezpečnosti,</w:t>
      </w:r>
    </w:p>
    <w:p w14:paraId="5A6BE10F" w14:textId="77777777" w:rsidR="0089678A" w:rsidRPr="0089678A" w:rsidRDefault="0089678A" w:rsidP="0089678A">
      <w:pPr>
        <w:numPr>
          <w:ilvl w:val="0"/>
          <w:numId w:val="117"/>
        </w:numPr>
        <w:rPr>
          <w:szCs w:val="24"/>
          <w:lang w:val="sk-SK"/>
        </w:rPr>
      </w:pPr>
      <w:r w:rsidRPr="0089678A">
        <w:rPr>
          <w:szCs w:val="24"/>
          <w:lang w:val="sk-SK"/>
        </w:rPr>
        <w:t>záznam o informovaní zákonného zástupcu,</w:t>
      </w:r>
    </w:p>
    <w:p w14:paraId="77A5E486" w14:textId="77777777" w:rsidR="0089678A" w:rsidRPr="0089678A" w:rsidRDefault="0089678A" w:rsidP="0089678A">
      <w:pPr>
        <w:numPr>
          <w:ilvl w:val="0"/>
          <w:numId w:val="117"/>
        </w:numPr>
        <w:rPr>
          <w:szCs w:val="24"/>
          <w:lang w:val="sk-SK"/>
        </w:rPr>
      </w:pPr>
      <w:r w:rsidRPr="0089678A">
        <w:rPr>
          <w:szCs w:val="24"/>
          <w:lang w:val="sk-SK"/>
        </w:rPr>
        <w:t>záznam z pohovoru alebo konzultácie so zákonným zástupcom,</w:t>
      </w:r>
    </w:p>
    <w:p w14:paraId="323CCDFC" w14:textId="77777777" w:rsidR="0089678A" w:rsidRPr="0089678A" w:rsidRDefault="0089678A" w:rsidP="0089678A">
      <w:pPr>
        <w:numPr>
          <w:ilvl w:val="0"/>
          <w:numId w:val="117"/>
        </w:numPr>
        <w:rPr>
          <w:szCs w:val="24"/>
          <w:lang w:val="sk-SK"/>
        </w:rPr>
      </w:pPr>
      <w:r w:rsidRPr="0089678A">
        <w:rPr>
          <w:szCs w:val="24"/>
          <w:lang w:val="sk-SK"/>
        </w:rPr>
        <w:t>odporúčané a prijaté podporné opatrenia,</w:t>
      </w:r>
    </w:p>
    <w:p w14:paraId="61B70633" w14:textId="77777777" w:rsidR="0089678A" w:rsidRPr="0089678A" w:rsidRDefault="0089678A" w:rsidP="0089678A">
      <w:pPr>
        <w:numPr>
          <w:ilvl w:val="0"/>
          <w:numId w:val="117"/>
        </w:numPr>
        <w:rPr>
          <w:szCs w:val="24"/>
          <w:lang w:val="sk-SK"/>
        </w:rPr>
      </w:pPr>
      <w:r w:rsidRPr="0089678A">
        <w:rPr>
          <w:szCs w:val="24"/>
          <w:lang w:val="sk-SK"/>
        </w:rPr>
        <w:t>záznamy zo spolupráce so školským podporným tímom,</w:t>
      </w:r>
    </w:p>
    <w:p w14:paraId="4575C192" w14:textId="77777777" w:rsidR="0089678A" w:rsidRPr="0089678A" w:rsidRDefault="0089678A" w:rsidP="0089678A">
      <w:pPr>
        <w:numPr>
          <w:ilvl w:val="0"/>
          <w:numId w:val="117"/>
        </w:numPr>
        <w:rPr>
          <w:szCs w:val="24"/>
          <w:lang w:val="sk-SK"/>
        </w:rPr>
      </w:pPr>
      <w:r w:rsidRPr="0089678A">
        <w:rPr>
          <w:szCs w:val="24"/>
          <w:lang w:val="sk-SK"/>
        </w:rPr>
        <w:t>odporúčania zariadenia poradenstva a prevencie alebo iných odborníkov,</w:t>
      </w:r>
    </w:p>
    <w:p w14:paraId="518FDF38" w14:textId="77777777" w:rsidR="0089678A" w:rsidRPr="0089678A" w:rsidRDefault="0089678A" w:rsidP="0089678A">
      <w:pPr>
        <w:numPr>
          <w:ilvl w:val="0"/>
          <w:numId w:val="117"/>
        </w:numPr>
        <w:rPr>
          <w:szCs w:val="24"/>
          <w:lang w:val="sk-SK"/>
        </w:rPr>
      </w:pPr>
      <w:r w:rsidRPr="0089678A">
        <w:rPr>
          <w:szCs w:val="24"/>
          <w:lang w:val="sk-SK"/>
        </w:rPr>
        <w:t>záznam o vyhodnotení účinnosti prijatých opatrení,</w:t>
      </w:r>
    </w:p>
    <w:p w14:paraId="177357BD" w14:textId="77777777" w:rsidR="0089678A" w:rsidRPr="0089678A" w:rsidRDefault="0089678A" w:rsidP="005667C0">
      <w:pPr>
        <w:numPr>
          <w:ilvl w:val="0"/>
          <w:numId w:val="117"/>
        </w:numPr>
        <w:rPr>
          <w:szCs w:val="24"/>
          <w:lang w:val="sk-SK"/>
        </w:rPr>
      </w:pPr>
      <w:r w:rsidRPr="0089678A">
        <w:rPr>
          <w:szCs w:val="24"/>
          <w:lang w:val="sk-SK"/>
        </w:rPr>
        <w:t>ďalšia súvisiaca dokumentácia podľa povahy situácie.</w:t>
      </w:r>
    </w:p>
    <w:p w14:paraId="3EF9B2D2" w14:textId="77777777" w:rsidR="005667C0" w:rsidRPr="005667C0" w:rsidRDefault="005667C0" w:rsidP="005667C0">
      <w:pPr>
        <w:rPr>
          <w:szCs w:val="24"/>
          <w:lang w:val="sk-SK"/>
        </w:rPr>
      </w:pPr>
      <w:r w:rsidRPr="005667C0">
        <w:rPr>
          <w:szCs w:val="24"/>
          <w:lang w:val="sk-SK"/>
        </w:rPr>
        <w:t>Dokumentácia sa vedie v súlade s ochranou osobných údajov a so zásadou ochrany najlepšieho záujmu dieťaťa.</w:t>
      </w:r>
    </w:p>
    <w:p w14:paraId="0C4DEEDF" w14:textId="77777777" w:rsidR="005667C0" w:rsidRPr="005667C0" w:rsidRDefault="005667C0" w:rsidP="005667C0">
      <w:pPr>
        <w:rPr>
          <w:szCs w:val="24"/>
          <w:lang w:val="sk-SK"/>
        </w:rPr>
      </w:pPr>
      <w:r w:rsidRPr="005667C0">
        <w:rPr>
          <w:szCs w:val="24"/>
          <w:lang w:val="sk-SK"/>
        </w:rPr>
        <w:t>Cieľom postupu materskej školy nie je dieťa sankcionovať, ale včas identifikovať príčiny rizikového správania, nastaviť primeranú podporu, chrániť bezpečnosť všetkých detí a vytvárať priaznivé podmienky na pokojný a bezpečný priebeh výchovno-vzdelávacej činnosti.</w:t>
      </w:r>
    </w:p>
    <w:p w14:paraId="24D1868E" w14:textId="77777777" w:rsidR="0087555E" w:rsidRPr="005667C0" w:rsidRDefault="0087555E" w:rsidP="001F5A74">
      <w:pPr>
        <w:spacing w:after="0" w:line="240" w:lineRule="auto"/>
        <w:rPr>
          <w:szCs w:val="24"/>
        </w:rPr>
      </w:pPr>
    </w:p>
    <w:p w14:paraId="1523A924" w14:textId="77777777" w:rsidR="0058575F" w:rsidRPr="00F74900" w:rsidRDefault="00C973AE" w:rsidP="0058575F">
      <w:pPr>
        <w:pStyle w:val="Nadpis2"/>
        <w:spacing w:before="0"/>
        <w:rPr>
          <w:rFonts w:ascii="Arial" w:hAnsi="Arial" w:cs="Arial"/>
          <w:color w:val="0070C0"/>
          <w:sz w:val="24"/>
          <w:szCs w:val="24"/>
          <w:lang w:val="sk-SK"/>
        </w:rPr>
      </w:pPr>
      <w:bookmarkStart w:id="74" w:name="_Toc238333769"/>
      <w:r w:rsidRPr="00F74900">
        <w:rPr>
          <w:rFonts w:ascii="Arial" w:eastAsia="Arial" w:hAnsi="Arial" w:cs="Arial"/>
          <w:color w:val="0070C0"/>
          <w:sz w:val="24"/>
        </w:rPr>
        <w:t>8.5 Bezpečnosť a ochrana zdravia pri školských úrazoch</w:t>
      </w:r>
      <w:bookmarkEnd w:id="74"/>
    </w:p>
    <w:p w14:paraId="141C7C5C" w14:textId="77777777" w:rsidR="00B917A5" w:rsidRPr="00C973AE" w:rsidRDefault="00B917A5" w:rsidP="0058575F">
      <w:pPr>
        <w:spacing w:after="0" w:line="240" w:lineRule="auto"/>
        <w:rPr>
          <w:b/>
          <w:bCs/>
          <w:color w:val="0070C0"/>
          <w:szCs w:val="24"/>
          <w:lang w:val="sk-SK"/>
        </w:rPr>
      </w:pPr>
    </w:p>
    <w:p w14:paraId="23DB8454" w14:textId="77777777" w:rsidR="0058575F" w:rsidRPr="0058575F" w:rsidRDefault="0058575F" w:rsidP="0058575F">
      <w:pPr>
        <w:rPr>
          <w:szCs w:val="24"/>
          <w:lang w:val="sk-SK"/>
        </w:rPr>
      </w:pPr>
      <w:r w:rsidRPr="0058575F">
        <w:rPr>
          <w:szCs w:val="24"/>
          <w:lang w:val="sk-SK"/>
        </w:rPr>
        <w:t>Materská škola vytvára podmienky na predchádzanie školským úrazom a na ochranu zdravia detí počas celého pobytu v materskej škole, pri činnostiach organizovaných školou, počas pobytu vonku, vychádzok, výletov, exkurzií, kultúrnych, športových a ďalších školských podujatí.</w:t>
      </w:r>
    </w:p>
    <w:p w14:paraId="3770591E" w14:textId="77777777" w:rsidR="0058575F" w:rsidRPr="0058575F" w:rsidRDefault="0058575F" w:rsidP="0058575F">
      <w:pPr>
        <w:rPr>
          <w:szCs w:val="24"/>
          <w:lang w:val="sk-SK"/>
        </w:rPr>
      </w:pPr>
      <w:r w:rsidRPr="0058575F">
        <w:rPr>
          <w:szCs w:val="24"/>
          <w:lang w:val="sk-SK"/>
        </w:rPr>
        <w:t>Za bezpečnosť detí zodpovedajú pedagogickí zamestnanci od momentu osobného prevzatia dieťaťa od zákonného zástupcu alebo ním písomne poverenej osoby až do jeho osobného odovzdania zákonnému zástupcovi alebo poverenej osobe.</w:t>
      </w:r>
    </w:p>
    <w:p w14:paraId="6C179C20" w14:textId="77777777" w:rsidR="0058575F" w:rsidRPr="0058575F" w:rsidRDefault="0058575F" w:rsidP="0058575F">
      <w:pPr>
        <w:rPr>
          <w:szCs w:val="24"/>
          <w:lang w:val="sk-SK"/>
        </w:rPr>
      </w:pPr>
      <w:r w:rsidRPr="0058575F">
        <w:rPr>
          <w:szCs w:val="24"/>
          <w:lang w:val="sk-SK"/>
        </w:rPr>
        <w:t xml:space="preserve">Ak dôjde k úrazu dieťaťa, zamestnanec materskej školy bezodkladne zabezpečí dieťaťu primeranú prvú pomoc. Podľa závažnosti úrazu zabezpečí privolanie rýchlej </w:t>
      </w:r>
      <w:r w:rsidRPr="0058575F">
        <w:rPr>
          <w:szCs w:val="24"/>
          <w:lang w:val="sk-SK"/>
        </w:rPr>
        <w:lastRenderedPageBreak/>
        <w:t>zdravotnej pomoci, informuje riaditeľku materskej školy a zákonného zástupcu dieťaťa. Pri závažnom úraze sa dieťa nenecháva bez dozoru až do jeho prevzatia zákonným zástupcom, zdravotníckym pracovníkom alebo inou oprávnenou osobou.</w:t>
      </w:r>
    </w:p>
    <w:p w14:paraId="60CD7BB9" w14:textId="77777777" w:rsidR="0058575F" w:rsidRPr="0058575F" w:rsidRDefault="0058575F" w:rsidP="0058575F">
      <w:pPr>
        <w:rPr>
          <w:szCs w:val="24"/>
          <w:lang w:val="sk-SK"/>
        </w:rPr>
      </w:pPr>
      <w:r w:rsidRPr="0058575F">
        <w:rPr>
          <w:szCs w:val="24"/>
          <w:lang w:val="sk-SK"/>
        </w:rPr>
        <w:t>Každý školský úraz sa bezodkladne oznámi riaditeľke materskej školy alebo ňou poverenému zamestnancovi. Pedagogický zamestnanec, ktorý vykonával dozor v čase vzniku úrazu, je povinný zistiť okolnosti úrazu, zabezpečiť svedkov, prijať nevyhnutné opatrenia na ochranu dieťaťa a ostatných detí a zabezpečiť zapísanie úrazu do knihy evidencie úrazov.</w:t>
      </w:r>
    </w:p>
    <w:p w14:paraId="46104B0A" w14:textId="77777777" w:rsidR="0058575F" w:rsidRPr="0058575F" w:rsidRDefault="0058575F" w:rsidP="0058575F">
      <w:pPr>
        <w:rPr>
          <w:szCs w:val="24"/>
          <w:lang w:val="sk-SK"/>
        </w:rPr>
      </w:pPr>
      <w:r w:rsidRPr="0058575F">
        <w:rPr>
          <w:szCs w:val="24"/>
          <w:lang w:val="sk-SK"/>
        </w:rPr>
        <w:t>Materská škola vedie knihu evidencie úrazov, v ktorej sa evidujú registrované aj neregistrované školské úrazy. Evidencia slúži na zaznamenanie okolností úrazu, prijatých opatrení a ako podklad na vyhotovenie záznamu o registrovanom školskom úraze, ak sa následky úrazu prejavia neskôr.</w:t>
      </w:r>
    </w:p>
    <w:p w14:paraId="7A1B8882" w14:textId="77777777" w:rsidR="0058575F" w:rsidRPr="0058575F" w:rsidRDefault="0058575F" w:rsidP="0058575F">
      <w:pPr>
        <w:rPr>
          <w:szCs w:val="24"/>
          <w:lang w:val="sk-SK"/>
        </w:rPr>
      </w:pPr>
      <w:r w:rsidRPr="0058575F">
        <w:rPr>
          <w:szCs w:val="24"/>
          <w:lang w:val="sk-SK"/>
        </w:rPr>
        <w:t>Do knihy evidencie úrazov sa zapisuje najmä:</w:t>
      </w:r>
    </w:p>
    <w:p w14:paraId="0D50E72E" w14:textId="77777777" w:rsidR="0058575F" w:rsidRPr="0058575F" w:rsidRDefault="0058575F" w:rsidP="0058575F">
      <w:pPr>
        <w:numPr>
          <w:ilvl w:val="0"/>
          <w:numId w:val="118"/>
        </w:numPr>
        <w:rPr>
          <w:szCs w:val="24"/>
          <w:lang w:val="sk-SK"/>
        </w:rPr>
      </w:pPr>
      <w:r w:rsidRPr="0058575F">
        <w:rPr>
          <w:szCs w:val="24"/>
          <w:lang w:val="sk-SK"/>
        </w:rPr>
        <w:t>poradové číslo úrazu,</w:t>
      </w:r>
    </w:p>
    <w:p w14:paraId="73C17E3D" w14:textId="77777777" w:rsidR="0058575F" w:rsidRPr="0058575F" w:rsidRDefault="0058575F" w:rsidP="0058575F">
      <w:pPr>
        <w:numPr>
          <w:ilvl w:val="0"/>
          <w:numId w:val="118"/>
        </w:numPr>
        <w:rPr>
          <w:szCs w:val="24"/>
          <w:lang w:val="sk-SK"/>
        </w:rPr>
      </w:pPr>
      <w:r w:rsidRPr="0058575F">
        <w:rPr>
          <w:szCs w:val="24"/>
          <w:lang w:val="sk-SK"/>
        </w:rPr>
        <w:t>meno a priezvisko dieťaťa,</w:t>
      </w:r>
    </w:p>
    <w:p w14:paraId="6114E2A5" w14:textId="77777777" w:rsidR="0058575F" w:rsidRPr="0058575F" w:rsidRDefault="0058575F" w:rsidP="0058575F">
      <w:pPr>
        <w:numPr>
          <w:ilvl w:val="0"/>
          <w:numId w:val="118"/>
        </w:numPr>
        <w:rPr>
          <w:szCs w:val="24"/>
          <w:lang w:val="sk-SK"/>
        </w:rPr>
      </w:pPr>
      <w:r w:rsidRPr="0058575F">
        <w:rPr>
          <w:szCs w:val="24"/>
          <w:lang w:val="sk-SK"/>
        </w:rPr>
        <w:t>dátum narodenia dieťaťa,</w:t>
      </w:r>
    </w:p>
    <w:p w14:paraId="7947B0C6" w14:textId="77777777" w:rsidR="0058575F" w:rsidRPr="0058575F" w:rsidRDefault="0058575F" w:rsidP="0058575F">
      <w:pPr>
        <w:numPr>
          <w:ilvl w:val="0"/>
          <w:numId w:val="118"/>
        </w:numPr>
        <w:rPr>
          <w:szCs w:val="24"/>
          <w:lang w:val="sk-SK"/>
        </w:rPr>
      </w:pPr>
      <w:r w:rsidRPr="0058575F">
        <w:rPr>
          <w:szCs w:val="24"/>
          <w:lang w:val="sk-SK"/>
        </w:rPr>
        <w:t>trieda, ktorú dieťa navštevuje,</w:t>
      </w:r>
    </w:p>
    <w:p w14:paraId="4E559E28" w14:textId="77777777" w:rsidR="0058575F" w:rsidRPr="0058575F" w:rsidRDefault="0058575F" w:rsidP="0058575F">
      <w:pPr>
        <w:numPr>
          <w:ilvl w:val="0"/>
          <w:numId w:val="118"/>
        </w:numPr>
        <w:rPr>
          <w:szCs w:val="24"/>
          <w:lang w:val="sk-SK"/>
        </w:rPr>
      </w:pPr>
      <w:r w:rsidRPr="0058575F">
        <w:rPr>
          <w:szCs w:val="24"/>
          <w:lang w:val="sk-SK"/>
        </w:rPr>
        <w:t>dátum a čas vzniku úrazu,</w:t>
      </w:r>
    </w:p>
    <w:p w14:paraId="45A132AE" w14:textId="77777777" w:rsidR="0058575F" w:rsidRPr="0058575F" w:rsidRDefault="0058575F" w:rsidP="0058575F">
      <w:pPr>
        <w:numPr>
          <w:ilvl w:val="0"/>
          <w:numId w:val="118"/>
        </w:numPr>
        <w:rPr>
          <w:szCs w:val="24"/>
          <w:lang w:val="sk-SK"/>
        </w:rPr>
      </w:pPr>
      <w:r w:rsidRPr="0058575F">
        <w:rPr>
          <w:szCs w:val="24"/>
          <w:lang w:val="sk-SK"/>
        </w:rPr>
        <w:t>miesto, kde k úrazu došlo,</w:t>
      </w:r>
    </w:p>
    <w:p w14:paraId="5422285C" w14:textId="77777777" w:rsidR="0058575F" w:rsidRPr="0058575F" w:rsidRDefault="0058575F" w:rsidP="0058575F">
      <w:pPr>
        <w:numPr>
          <w:ilvl w:val="0"/>
          <w:numId w:val="118"/>
        </w:numPr>
        <w:rPr>
          <w:szCs w:val="24"/>
          <w:lang w:val="sk-SK"/>
        </w:rPr>
      </w:pPr>
      <w:r w:rsidRPr="0058575F">
        <w:rPr>
          <w:szCs w:val="24"/>
          <w:lang w:val="sk-SK"/>
        </w:rPr>
        <w:t>charakter úrazu,</w:t>
      </w:r>
    </w:p>
    <w:p w14:paraId="3D732185" w14:textId="77777777" w:rsidR="0058575F" w:rsidRPr="0058575F" w:rsidRDefault="0058575F" w:rsidP="0058575F">
      <w:pPr>
        <w:numPr>
          <w:ilvl w:val="0"/>
          <w:numId w:val="118"/>
        </w:numPr>
        <w:rPr>
          <w:szCs w:val="24"/>
          <w:lang w:val="sk-SK"/>
        </w:rPr>
      </w:pPr>
      <w:r w:rsidRPr="0058575F">
        <w:rPr>
          <w:szCs w:val="24"/>
          <w:lang w:val="sk-SK"/>
        </w:rPr>
        <w:t>stručný opis udalosti a okolností, za ktorých k úrazu došlo,</w:t>
      </w:r>
    </w:p>
    <w:p w14:paraId="04D9CBD4" w14:textId="77777777" w:rsidR="0058575F" w:rsidRPr="0058575F" w:rsidRDefault="0058575F" w:rsidP="0058575F">
      <w:pPr>
        <w:numPr>
          <w:ilvl w:val="0"/>
          <w:numId w:val="118"/>
        </w:numPr>
        <w:rPr>
          <w:szCs w:val="24"/>
          <w:lang w:val="sk-SK"/>
        </w:rPr>
      </w:pPr>
      <w:r w:rsidRPr="0058575F">
        <w:rPr>
          <w:szCs w:val="24"/>
          <w:lang w:val="sk-SK"/>
        </w:rPr>
        <w:t>meno a priezvisko pedagogického zamestnanca, ktorý vykonával dozor,</w:t>
      </w:r>
    </w:p>
    <w:p w14:paraId="326D35B2" w14:textId="77777777" w:rsidR="0058575F" w:rsidRPr="0058575F" w:rsidRDefault="0058575F" w:rsidP="0058575F">
      <w:pPr>
        <w:numPr>
          <w:ilvl w:val="0"/>
          <w:numId w:val="118"/>
        </w:numPr>
        <w:rPr>
          <w:szCs w:val="24"/>
          <w:lang w:val="sk-SK"/>
        </w:rPr>
      </w:pPr>
      <w:r w:rsidRPr="0058575F">
        <w:rPr>
          <w:szCs w:val="24"/>
          <w:lang w:val="sk-SK"/>
        </w:rPr>
        <w:t>mená a priezviská svedkov úrazu, ak boli prítomní,</w:t>
      </w:r>
    </w:p>
    <w:p w14:paraId="22B1B18D" w14:textId="77777777" w:rsidR="0058575F" w:rsidRPr="0058575F" w:rsidRDefault="0058575F" w:rsidP="0058575F">
      <w:pPr>
        <w:numPr>
          <w:ilvl w:val="0"/>
          <w:numId w:val="118"/>
        </w:numPr>
        <w:rPr>
          <w:szCs w:val="24"/>
          <w:lang w:val="sk-SK"/>
        </w:rPr>
      </w:pPr>
      <w:r w:rsidRPr="0058575F">
        <w:rPr>
          <w:szCs w:val="24"/>
          <w:lang w:val="sk-SK"/>
        </w:rPr>
        <w:t>údaj o tom, či a kým bol úraz ošetrený,</w:t>
      </w:r>
    </w:p>
    <w:p w14:paraId="15F5376E" w14:textId="77777777" w:rsidR="0058575F" w:rsidRPr="0058575F" w:rsidRDefault="0058575F" w:rsidP="0058575F">
      <w:pPr>
        <w:numPr>
          <w:ilvl w:val="0"/>
          <w:numId w:val="118"/>
        </w:numPr>
        <w:rPr>
          <w:szCs w:val="24"/>
          <w:lang w:val="sk-SK"/>
        </w:rPr>
      </w:pPr>
      <w:r w:rsidRPr="0058575F">
        <w:rPr>
          <w:szCs w:val="24"/>
          <w:lang w:val="sk-SK"/>
        </w:rPr>
        <w:t>informácia o upovedomení zákonného zástupcu,</w:t>
      </w:r>
    </w:p>
    <w:p w14:paraId="7B5C3C31" w14:textId="77777777" w:rsidR="0058575F" w:rsidRPr="0058575F" w:rsidRDefault="0058575F" w:rsidP="0058575F">
      <w:pPr>
        <w:numPr>
          <w:ilvl w:val="0"/>
          <w:numId w:val="118"/>
        </w:numPr>
        <w:rPr>
          <w:szCs w:val="24"/>
          <w:lang w:val="sk-SK"/>
        </w:rPr>
      </w:pPr>
      <w:r w:rsidRPr="0058575F">
        <w:rPr>
          <w:szCs w:val="24"/>
          <w:lang w:val="sk-SK"/>
        </w:rPr>
        <w:t>prijaté opatrenia na predchádzanie obdobným úrazom,</w:t>
      </w:r>
    </w:p>
    <w:p w14:paraId="1C7E1DB6" w14:textId="77777777" w:rsidR="0058575F" w:rsidRPr="0058575F" w:rsidRDefault="0058575F" w:rsidP="0058575F">
      <w:pPr>
        <w:numPr>
          <w:ilvl w:val="0"/>
          <w:numId w:val="118"/>
        </w:numPr>
        <w:rPr>
          <w:szCs w:val="24"/>
          <w:lang w:val="sk-SK"/>
        </w:rPr>
      </w:pPr>
      <w:r w:rsidRPr="0058575F">
        <w:rPr>
          <w:szCs w:val="24"/>
          <w:lang w:val="sk-SK"/>
        </w:rPr>
        <w:t>dátum zápisu do evidencie,</w:t>
      </w:r>
    </w:p>
    <w:p w14:paraId="2D4696FA" w14:textId="77777777" w:rsidR="0058575F" w:rsidRPr="0058575F" w:rsidRDefault="0058575F" w:rsidP="0058575F">
      <w:pPr>
        <w:numPr>
          <w:ilvl w:val="0"/>
          <w:numId w:val="118"/>
        </w:numPr>
        <w:rPr>
          <w:szCs w:val="24"/>
          <w:lang w:val="sk-SK"/>
        </w:rPr>
      </w:pPr>
      <w:r w:rsidRPr="0058575F">
        <w:rPr>
          <w:szCs w:val="24"/>
          <w:lang w:val="sk-SK"/>
        </w:rPr>
        <w:t>meno a podpis zamestnanca, ktorý zápis vykonal.</w:t>
      </w:r>
    </w:p>
    <w:p w14:paraId="081AAFB8" w14:textId="77777777" w:rsidR="0058575F" w:rsidRPr="0058575F" w:rsidRDefault="0058575F" w:rsidP="0058575F">
      <w:pPr>
        <w:rPr>
          <w:szCs w:val="24"/>
          <w:lang w:val="sk-SK"/>
        </w:rPr>
      </w:pPr>
      <w:r w:rsidRPr="0058575F">
        <w:rPr>
          <w:szCs w:val="24"/>
          <w:lang w:val="sk-SK"/>
        </w:rPr>
        <w:t>Neregistrovaným školským úrazom je úraz, ktorý nespôsobí neprítomnosť dieťaťa v materskej škole alebo spôsobí neprítomnosť kratšiu ako štyri dni. Aj neregistrovaný školský úraz sa zapíše do knihy evidencie úrazov a zákonný zástupca je o ňom informovaný.</w:t>
      </w:r>
    </w:p>
    <w:p w14:paraId="02D3D07B" w14:textId="77777777" w:rsidR="0058575F" w:rsidRPr="0058575F" w:rsidRDefault="0058575F" w:rsidP="0058575F">
      <w:pPr>
        <w:rPr>
          <w:szCs w:val="24"/>
          <w:lang w:val="sk-SK"/>
        </w:rPr>
      </w:pPr>
      <w:r w:rsidRPr="0058575F">
        <w:rPr>
          <w:szCs w:val="24"/>
          <w:lang w:val="sk-SK"/>
        </w:rPr>
        <w:t xml:space="preserve">Registrovaným školským úrazom je úraz dieťaťa, ktorý vznikol pri výchovno-vzdelávacej činnosti, pri činnosti organizovanej materskou školou alebo v priamej </w:t>
      </w:r>
      <w:r w:rsidRPr="0058575F">
        <w:rPr>
          <w:szCs w:val="24"/>
          <w:lang w:val="sk-SK"/>
        </w:rPr>
        <w:lastRenderedPageBreak/>
        <w:t>súvislosti s ňou a ktorého dôsledkom je neprítomnosť dieťaťa v materskej škole na základe stanoviska ošetrujúceho lekára trvajúca viac ako tri dni, alebo smrť dieťaťa.</w:t>
      </w:r>
    </w:p>
    <w:p w14:paraId="12F1BFB9" w14:textId="77777777" w:rsidR="0058575F" w:rsidRPr="0058575F" w:rsidRDefault="0058575F" w:rsidP="0058575F">
      <w:pPr>
        <w:rPr>
          <w:szCs w:val="24"/>
          <w:lang w:val="sk-SK"/>
        </w:rPr>
      </w:pPr>
      <w:r w:rsidRPr="0058575F">
        <w:rPr>
          <w:szCs w:val="24"/>
          <w:lang w:val="sk-SK"/>
        </w:rPr>
        <w:t>Pri registrovanom školskom úraze materská škola vyhotoví záznam o registrovanom školskom úraze. Záznam spravidla spisuje pedagogický zamestnanec, ktorý vykonával dozor v čase vzniku úrazu. Ak to nie je možné, záznam vyhotoví triedny učiteľ dieťaťa alebo zamestnanec poverený riaditeľkou materskej školy.</w:t>
      </w:r>
    </w:p>
    <w:p w14:paraId="5F54E929" w14:textId="77777777" w:rsidR="0058575F" w:rsidRPr="0058575F" w:rsidRDefault="0058575F" w:rsidP="0058575F">
      <w:pPr>
        <w:rPr>
          <w:szCs w:val="24"/>
          <w:lang w:val="sk-SK"/>
        </w:rPr>
      </w:pPr>
      <w:r w:rsidRPr="0058575F">
        <w:rPr>
          <w:szCs w:val="24"/>
          <w:lang w:val="sk-SK"/>
        </w:rPr>
        <w:t>Záznam o registrovanom školskom úraze sa vyhotovuje bez zbytočného odkladu, najneskôr v lehote určenej platnými metodickými pokynmi. K spísaniu záznamu sa prizve zákonný zástupca dieťaťa. Záznam podpisuje zamestnanec, ktorý ho vyhotovil, riaditeľka materskej školy, zákonný zástupca dieťaťa a podľa možnosti aj svedkovia úrazu. Ak niektorá osoba odmietne záznam podpísať, táto skutočnosť sa v zázname uvedie.</w:t>
      </w:r>
    </w:p>
    <w:p w14:paraId="5781A947" w14:textId="77777777" w:rsidR="0058575F" w:rsidRPr="0058575F" w:rsidRDefault="0058575F" w:rsidP="0058575F">
      <w:pPr>
        <w:rPr>
          <w:szCs w:val="24"/>
          <w:lang w:val="sk-SK"/>
        </w:rPr>
      </w:pPr>
      <w:r w:rsidRPr="0058575F">
        <w:rPr>
          <w:szCs w:val="24"/>
          <w:lang w:val="sk-SK"/>
        </w:rPr>
        <w:t>Záznam o registrovanom školskom úraze obsahuje najmä:</w:t>
      </w:r>
    </w:p>
    <w:p w14:paraId="2447EB67" w14:textId="77777777" w:rsidR="0058575F" w:rsidRPr="0058575F" w:rsidRDefault="0058575F" w:rsidP="0058575F">
      <w:pPr>
        <w:numPr>
          <w:ilvl w:val="0"/>
          <w:numId w:val="119"/>
        </w:numPr>
        <w:rPr>
          <w:szCs w:val="24"/>
          <w:lang w:val="sk-SK"/>
        </w:rPr>
      </w:pPr>
      <w:r w:rsidRPr="0058575F">
        <w:rPr>
          <w:szCs w:val="24"/>
          <w:lang w:val="sk-SK"/>
        </w:rPr>
        <w:t>identifikačné údaje dieťaťa,</w:t>
      </w:r>
    </w:p>
    <w:p w14:paraId="761E8364" w14:textId="77777777" w:rsidR="0058575F" w:rsidRPr="0058575F" w:rsidRDefault="0058575F" w:rsidP="0058575F">
      <w:pPr>
        <w:numPr>
          <w:ilvl w:val="0"/>
          <w:numId w:val="119"/>
        </w:numPr>
        <w:rPr>
          <w:szCs w:val="24"/>
          <w:lang w:val="sk-SK"/>
        </w:rPr>
      </w:pPr>
      <w:r w:rsidRPr="0058575F">
        <w:rPr>
          <w:szCs w:val="24"/>
          <w:lang w:val="sk-SK"/>
        </w:rPr>
        <w:t>dátum, čas a miesto vzniku úrazu,</w:t>
      </w:r>
    </w:p>
    <w:p w14:paraId="0BA37D48" w14:textId="77777777" w:rsidR="0058575F" w:rsidRPr="0058575F" w:rsidRDefault="0058575F" w:rsidP="0058575F">
      <w:pPr>
        <w:numPr>
          <w:ilvl w:val="0"/>
          <w:numId w:val="119"/>
        </w:numPr>
        <w:rPr>
          <w:szCs w:val="24"/>
          <w:lang w:val="sk-SK"/>
        </w:rPr>
      </w:pPr>
      <w:r w:rsidRPr="0058575F">
        <w:rPr>
          <w:szCs w:val="24"/>
          <w:lang w:val="sk-SK"/>
        </w:rPr>
        <w:t>opis úrazu a poškodenia zdravia,</w:t>
      </w:r>
    </w:p>
    <w:p w14:paraId="1A09E0A4" w14:textId="77777777" w:rsidR="0058575F" w:rsidRPr="0058575F" w:rsidRDefault="0058575F" w:rsidP="0058575F">
      <w:pPr>
        <w:numPr>
          <w:ilvl w:val="0"/>
          <w:numId w:val="119"/>
        </w:numPr>
        <w:rPr>
          <w:szCs w:val="24"/>
          <w:lang w:val="sk-SK"/>
        </w:rPr>
      </w:pPr>
      <w:r w:rsidRPr="0058575F">
        <w:rPr>
          <w:szCs w:val="24"/>
          <w:lang w:val="sk-SK"/>
        </w:rPr>
        <w:t>opis udalosti, pri ktorej k úrazu došlo,</w:t>
      </w:r>
    </w:p>
    <w:p w14:paraId="07FBB0E0" w14:textId="77777777" w:rsidR="0058575F" w:rsidRPr="0058575F" w:rsidRDefault="0058575F" w:rsidP="0058575F">
      <w:pPr>
        <w:numPr>
          <w:ilvl w:val="0"/>
          <w:numId w:val="119"/>
        </w:numPr>
        <w:rPr>
          <w:szCs w:val="24"/>
          <w:lang w:val="sk-SK"/>
        </w:rPr>
      </w:pPr>
      <w:r w:rsidRPr="0058575F">
        <w:rPr>
          <w:szCs w:val="24"/>
          <w:lang w:val="sk-SK"/>
        </w:rPr>
        <w:t>príčiny a okolnosti vzniku úrazu,</w:t>
      </w:r>
    </w:p>
    <w:p w14:paraId="5DBD24D1" w14:textId="77777777" w:rsidR="0058575F" w:rsidRPr="0058575F" w:rsidRDefault="0058575F" w:rsidP="0058575F">
      <w:pPr>
        <w:numPr>
          <w:ilvl w:val="0"/>
          <w:numId w:val="119"/>
        </w:numPr>
        <w:rPr>
          <w:szCs w:val="24"/>
          <w:lang w:val="sk-SK"/>
        </w:rPr>
      </w:pPr>
      <w:r w:rsidRPr="0058575F">
        <w:rPr>
          <w:szCs w:val="24"/>
          <w:lang w:val="sk-SK"/>
        </w:rPr>
        <w:t>mená svedkov úrazu,</w:t>
      </w:r>
    </w:p>
    <w:p w14:paraId="3C3A3C8B" w14:textId="77777777" w:rsidR="0058575F" w:rsidRPr="0058575F" w:rsidRDefault="0058575F" w:rsidP="0058575F">
      <w:pPr>
        <w:numPr>
          <w:ilvl w:val="0"/>
          <w:numId w:val="119"/>
        </w:numPr>
        <w:rPr>
          <w:szCs w:val="24"/>
          <w:lang w:val="sk-SK"/>
        </w:rPr>
      </w:pPr>
      <w:r w:rsidRPr="0058575F">
        <w:rPr>
          <w:szCs w:val="24"/>
          <w:lang w:val="sk-SK"/>
        </w:rPr>
        <w:t>meno pedagogického zamestnanca, ktorý vykonával dozor,</w:t>
      </w:r>
    </w:p>
    <w:p w14:paraId="21317970" w14:textId="77777777" w:rsidR="0058575F" w:rsidRPr="0058575F" w:rsidRDefault="0058575F" w:rsidP="0058575F">
      <w:pPr>
        <w:numPr>
          <w:ilvl w:val="0"/>
          <w:numId w:val="119"/>
        </w:numPr>
        <w:rPr>
          <w:szCs w:val="24"/>
          <w:lang w:val="sk-SK"/>
        </w:rPr>
      </w:pPr>
      <w:r w:rsidRPr="0058575F">
        <w:rPr>
          <w:szCs w:val="24"/>
          <w:lang w:val="sk-SK"/>
        </w:rPr>
        <w:t>údaj o poskytnutí prvej pomoci a ošetrení,</w:t>
      </w:r>
    </w:p>
    <w:p w14:paraId="020C8878" w14:textId="77777777" w:rsidR="0058575F" w:rsidRPr="0058575F" w:rsidRDefault="0058575F" w:rsidP="0058575F">
      <w:pPr>
        <w:numPr>
          <w:ilvl w:val="0"/>
          <w:numId w:val="119"/>
        </w:numPr>
        <w:rPr>
          <w:szCs w:val="24"/>
          <w:lang w:val="sk-SK"/>
        </w:rPr>
      </w:pPr>
      <w:r w:rsidRPr="0058575F">
        <w:rPr>
          <w:szCs w:val="24"/>
          <w:lang w:val="sk-SK"/>
        </w:rPr>
        <w:t>informáciu o zdravotníckom zariadení, v ktorom bolo dieťa ošetrené,</w:t>
      </w:r>
    </w:p>
    <w:p w14:paraId="35DC21B6" w14:textId="77777777" w:rsidR="0058575F" w:rsidRPr="0058575F" w:rsidRDefault="0058575F" w:rsidP="0058575F">
      <w:pPr>
        <w:numPr>
          <w:ilvl w:val="0"/>
          <w:numId w:val="119"/>
        </w:numPr>
        <w:rPr>
          <w:szCs w:val="24"/>
          <w:lang w:val="sk-SK"/>
        </w:rPr>
      </w:pPr>
      <w:r w:rsidRPr="0058575F">
        <w:rPr>
          <w:szCs w:val="24"/>
          <w:lang w:val="sk-SK"/>
        </w:rPr>
        <w:t>počet dní neprítomnosti dieťaťa z dôvodu úrazu, ak je známy,</w:t>
      </w:r>
    </w:p>
    <w:p w14:paraId="59060CD9" w14:textId="77777777" w:rsidR="0058575F" w:rsidRPr="0058575F" w:rsidRDefault="0058575F" w:rsidP="0058575F">
      <w:pPr>
        <w:numPr>
          <w:ilvl w:val="0"/>
          <w:numId w:val="119"/>
        </w:numPr>
        <w:rPr>
          <w:szCs w:val="24"/>
          <w:lang w:val="sk-SK"/>
        </w:rPr>
      </w:pPr>
      <w:r w:rsidRPr="0058575F">
        <w:rPr>
          <w:szCs w:val="24"/>
          <w:lang w:val="sk-SK"/>
        </w:rPr>
        <w:t>prijaté alebo navrhované opatrenia na predchádzanie podobným úrazom,</w:t>
      </w:r>
    </w:p>
    <w:p w14:paraId="5827C77C" w14:textId="77777777" w:rsidR="0058575F" w:rsidRPr="0058575F" w:rsidRDefault="0058575F" w:rsidP="0058575F">
      <w:pPr>
        <w:numPr>
          <w:ilvl w:val="0"/>
          <w:numId w:val="119"/>
        </w:numPr>
        <w:rPr>
          <w:szCs w:val="24"/>
          <w:lang w:val="sk-SK"/>
        </w:rPr>
      </w:pPr>
      <w:r w:rsidRPr="0058575F">
        <w:rPr>
          <w:szCs w:val="24"/>
          <w:lang w:val="sk-SK"/>
        </w:rPr>
        <w:t>dátum vyhotovenia záznamu,</w:t>
      </w:r>
    </w:p>
    <w:p w14:paraId="091CB40C" w14:textId="77777777" w:rsidR="0058575F" w:rsidRPr="0058575F" w:rsidRDefault="0058575F" w:rsidP="0058575F">
      <w:pPr>
        <w:numPr>
          <w:ilvl w:val="0"/>
          <w:numId w:val="119"/>
        </w:numPr>
        <w:rPr>
          <w:szCs w:val="24"/>
          <w:lang w:val="sk-SK"/>
        </w:rPr>
      </w:pPr>
      <w:r w:rsidRPr="0058575F">
        <w:rPr>
          <w:szCs w:val="24"/>
          <w:lang w:val="sk-SK"/>
        </w:rPr>
        <w:t>podpisy zúčastnených osôb.</w:t>
      </w:r>
    </w:p>
    <w:p w14:paraId="2D33D53A" w14:textId="77777777" w:rsidR="0058575F" w:rsidRPr="0058575F" w:rsidRDefault="0058575F" w:rsidP="0058575F">
      <w:pPr>
        <w:rPr>
          <w:szCs w:val="24"/>
          <w:lang w:val="sk-SK"/>
        </w:rPr>
      </w:pPr>
      <w:r w:rsidRPr="0058575F">
        <w:rPr>
          <w:szCs w:val="24"/>
          <w:lang w:val="sk-SK"/>
        </w:rPr>
        <w:t>Jedno vyhotovenie alebo kópiu záznamu o registrovanom školskom úraze poskytne materská škola zákonnému zástupcovi dieťaťa. Zákonný zástupca potvrdí prevzatie záznamu podpisom.</w:t>
      </w:r>
    </w:p>
    <w:p w14:paraId="3887D3A2" w14:textId="77777777" w:rsidR="0058575F" w:rsidRPr="0058575F" w:rsidRDefault="0058575F" w:rsidP="0058575F">
      <w:pPr>
        <w:rPr>
          <w:szCs w:val="24"/>
          <w:lang w:val="sk-SK"/>
        </w:rPr>
      </w:pPr>
      <w:r>
        <w:t xml:space="preserve">Registrovaný školský úraz riaditeľka materskej školy zaeviduje v príslušnom informačnom systéme Ministerstva školstva Slovenskej republiky určenom na evidenciu školských úrazov podľa aktuálnych pokynov ministerstva školstva v zákonom stanovenej lehote Pri závažnom úraze, ťažkej ujme na zdraví alebo úmrtí </w:t>
      </w:r>
      <w:r>
        <w:lastRenderedPageBreak/>
        <w:t>dieťaťa postupuje materská škola bezodkladne podľa platných právnych predpisov a pokynov príslušných orgánov.</w:t>
      </w:r>
    </w:p>
    <w:p w14:paraId="4DCEC538" w14:textId="77777777" w:rsidR="0058575F" w:rsidRPr="0058575F" w:rsidRDefault="0058575F" w:rsidP="0058575F">
      <w:pPr>
        <w:rPr>
          <w:szCs w:val="24"/>
          <w:lang w:val="sk-SK"/>
        </w:rPr>
      </w:pPr>
      <w:r w:rsidRPr="0058575F">
        <w:rPr>
          <w:szCs w:val="24"/>
          <w:lang w:val="sk-SK"/>
        </w:rPr>
        <w:t>Materská škola vyšetrí okolnosti každého školského úrazu, zistí príčiny jeho vzniku a prijme primerané opatrenia, aby sa znížilo riziko opakovania podobnej udalosti. Prijaté opatrenia sa uvedú v príslušnej dokumentácii.</w:t>
      </w:r>
    </w:p>
    <w:p w14:paraId="1070C73E" w14:textId="77777777" w:rsidR="0058575F" w:rsidRDefault="0058575F" w:rsidP="0058575F">
      <w:pPr>
        <w:rPr>
          <w:szCs w:val="24"/>
          <w:lang w:val="sk-SK"/>
        </w:rPr>
      </w:pPr>
      <w:r w:rsidRPr="0058575F">
        <w:rPr>
          <w:szCs w:val="24"/>
          <w:lang w:val="sk-SK"/>
        </w:rPr>
        <w:t>Dokumentácia o školských úrazoch sa uchováva v súlade s registratúrnym poriadkom školy, pravidlami ochrany osobných údajov a platnými právnymi predpismi. Údaje o úrazoch sa spracúvajú výlučne na účely evidencie, riešenia úrazu, prijatia preventívnych opatrení a prípadného uplatnenia práv zákonného zástupcu dieťaťa.</w:t>
      </w:r>
    </w:p>
    <w:p w14:paraId="77D6EDF9" w14:textId="77777777" w:rsidR="00F74900" w:rsidRPr="0058575F" w:rsidRDefault="00F74900" w:rsidP="0058575F">
      <w:pPr>
        <w:rPr>
          <w:szCs w:val="24"/>
          <w:lang w:val="sk-SK"/>
        </w:rPr>
      </w:pPr>
    </w:p>
    <w:p w14:paraId="51985D74" w14:textId="77777777" w:rsidR="00C00DC8" w:rsidRPr="00F74900" w:rsidRDefault="00C00DC8" w:rsidP="00C00DC8">
      <w:pPr>
        <w:pStyle w:val="Nadpis2"/>
        <w:spacing w:before="0"/>
        <w:rPr>
          <w:rFonts w:ascii="Arial" w:eastAsia="Arial" w:hAnsi="Arial" w:cs="Arial"/>
          <w:color w:val="0070C0"/>
          <w:sz w:val="24"/>
        </w:rPr>
      </w:pPr>
      <w:bookmarkStart w:id="75" w:name="_Toc238333770"/>
      <w:r w:rsidRPr="00F74900">
        <w:rPr>
          <w:rFonts w:ascii="Arial" w:eastAsia="Arial" w:hAnsi="Arial" w:cs="Arial"/>
          <w:color w:val="0070C0"/>
          <w:sz w:val="24"/>
        </w:rPr>
        <w:t>8.6 Ochrana osobných údajov a zachovávanie mlčanlivosti zamestnancov</w:t>
      </w:r>
      <w:bookmarkEnd w:id="75"/>
    </w:p>
    <w:p w14:paraId="0834F61E" w14:textId="77777777" w:rsidR="00F74900" w:rsidRPr="00F74900" w:rsidRDefault="00F74900" w:rsidP="00C04CB3">
      <w:pPr>
        <w:spacing w:after="0"/>
      </w:pPr>
    </w:p>
    <w:p w14:paraId="5D46135D" w14:textId="77777777" w:rsidR="00C00DC8" w:rsidRPr="00C00DC8" w:rsidRDefault="00C00DC8" w:rsidP="00C00DC8">
      <w:pPr>
        <w:rPr>
          <w:szCs w:val="24"/>
          <w:lang w:val="sk-SK"/>
        </w:rPr>
      </w:pPr>
      <w:r w:rsidRPr="00C00DC8">
        <w:rPr>
          <w:szCs w:val="24"/>
          <w:lang w:val="sk-SK"/>
        </w:rPr>
        <w:t>Materská škola spracúva osobné údaje detí, zákonných zástupcov a zamestnancov v rozsahu potrebnom na zabezpečenie výchovy a vzdelávania, vedenie pedagogickej a ďalšej dokumentácie, plnenie zákonných povinností, ochranu života a zdravia detí, komunikáciu so zákonnými zástupcami a zabezpečenie prevádzky materskej školy.</w:t>
      </w:r>
    </w:p>
    <w:p w14:paraId="6461CA06" w14:textId="77777777" w:rsidR="00C00DC8" w:rsidRPr="00C00DC8" w:rsidRDefault="00C00DC8" w:rsidP="00C00DC8">
      <w:pPr>
        <w:rPr>
          <w:szCs w:val="24"/>
          <w:lang w:val="sk-SK"/>
        </w:rPr>
      </w:pPr>
      <w:r w:rsidRPr="00C00DC8">
        <w:rPr>
          <w:szCs w:val="24"/>
          <w:lang w:val="sk-SK"/>
        </w:rPr>
        <w:t>Zamestnanci materskej školy sú povinní chrániť osobné údaje, s ktorými prichádzajú do styku pri výkone svojej pracovnej činnosti. Sú povinní postupovať tak, aby nedošlo k neoprávnenému prístupu k osobným údajom, ich zverejneniu, strate, zneužitiu alebo sprístupneniu neoprávneným osobám.</w:t>
      </w:r>
    </w:p>
    <w:p w14:paraId="16902FF5" w14:textId="77777777" w:rsidR="00C00DC8" w:rsidRPr="00C00DC8" w:rsidRDefault="00C00DC8" w:rsidP="00C00DC8">
      <w:pPr>
        <w:rPr>
          <w:szCs w:val="24"/>
          <w:lang w:val="sk-SK"/>
        </w:rPr>
      </w:pPr>
      <w:r w:rsidRPr="00C00DC8">
        <w:rPr>
          <w:szCs w:val="24"/>
          <w:lang w:val="sk-SK"/>
        </w:rPr>
        <w:t>Zamestnanci zachovávajú mlčanlivosť o všetkých skutočnostiach, ktoré sa dozvedeli v súvislosti s výkonom práce, najmä o osobných, rodinných, zdravotných, sociálnych, výchovných a vzdelávacích okolnostiach detí a ich zákonných zástupcov. Povinnosť mlčanlivosti trvá aj po skončení pracovného pomeru alebo iného pracovnoprávneho vzťahu.</w:t>
      </w:r>
    </w:p>
    <w:p w14:paraId="348C936F" w14:textId="77777777" w:rsidR="00C00DC8" w:rsidRPr="00C00DC8" w:rsidRDefault="00C00DC8" w:rsidP="00C00DC8">
      <w:pPr>
        <w:rPr>
          <w:szCs w:val="24"/>
          <w:lang w:val="sk-SK"/>
        </w:rPr>
      </w:pPr>
      <w:r w:rsidRPr="00C00DC8">
        <w:rPr>
          <w:szCs w:val="24"/>
          <w:lang w:val="sk-SK"/>
        </w:rPr>
        <w:t>Informácie o dieťati sa poskytujú výlučne zákonnému zástupcovi, oprávnenej osobe alebo príslušnému orgánu v rozsahu ustanovenom právnymi predpismi. Zamestnanci neposkytujú informácie o dieťati iným rodičom, cudzím osobám ani neoprávneným subjektom.</w:t>
      </w:r>
    </w:p>
    <w:p w14:paraId="1000E377" w14:textId="77777777" w:rsidR="00C00DC8" w:rsidRPr="00C00DC8" w:rsidRDefault="00C00DC8" w:rsidP="00C00DC8">
      <w:pPr>
        <w:rPr>
          <w:szCs w:val="24"/>
          <w:lang w:val="sk-SK"/>
        </w:rPr>
      </w:pPr>
      <w:r w:rsidRPr="00C00DC8">
        <w:rPr>
          <w:szCs w:val="24"/>
          <w:lang w:val="sk-SK"/>
        </w:rPr>
        <w:t>Pedagogickí zamestnanci a ďalší zamestnanci školy pri komunikácii so zákonnými zástupcami dbajú na diskrétnosť. Informácie o dieťati, jeho zdravotnom stave, správaní, špeciálnych výchovno-vzdelávacích potrebách, rodinných pomeroch alebo prijatých podporných opatreniach sa neposkytujú verejne, na chodbách, v šatni, pred inými rodičmi alebo deťmi, ale primeraným a dôverným spôsobom.</w:t>
      </w:r>
    </w:p>
    <w:p w14:paraId="0D23136A" w14:textId="77777777" w:rsidR="00C00DC8" w:rsidRPr="00C00DC8" w:rsidRDefault="00C00DC8" w:rsidP="00C00DC8">
      <w:pPr>
        <w:rPr>
          <w:szCs w:val="24"/>
          <w:lang w:val="sk-SK"/>
        </w:rPr>
      </w:pPr>
      <w:r w:rsidRPr="00C00DC8">
        <w:rPr>
          <w:szCs w:val="24"/>
          <w:lang w:val="sk-SK"/>
        </w:rPr>
        <w:t xml:space="preserve">Dokumentácia obsahujúca osobné údaje sa uchováva tak, aby k nej nemali prístup neoprávnené osoby. Písomné dokumenty sa ukladajú na určenom mieste a </w:t>
      </w:r>
      <w:r w:rsidRPr="00C00DC8">
        <w:rPr>
          <w:szCs w:val="24"/>
          <w:lang w:val="sk-SK"/>
        </w:rPr>
        <w:lastRenderedPageBreak/>
        <w:t>elektronické údaje sa sprístupňujú len oprávneným zamestnancom v rozsahu potrebnom na výkon ich pracovných úloh.</w:t>
      </w:r>
    </w:p>
    <w:p w14:paraId="15AC926A" w14:textId="77777777" w:rsidR="00C00DC8" w:rsidRPr="00C00DC8" w:rsidRDefault="00C00DC8" w:rsidP="00C00DC8">
      <w:pPr>
        <w:rPr>
          <w:szCs w:val="24"/>
          <w:lang w:val="sk-SK"/>
        </w:rPr>
      </w:pPr>
      <w:r w:rsidRPr="00C00DC8">
        <w:rPr>
          <w:szCs w:val="24"/>
          <w:lang w:val="sk-SK"/>
        </w:rPr>
        <w:t>Zamestnanci sú povinní používať osobné údaje len na účel, na ktorý boli získané. Nie je prípustné vyhotovovať, kopírovať, fotografovať, odosielať alebo zverejňovať dokumenty, zoznamy, fotografie, zdravotné údaje alebo iné osobné údaje detí a zákonných zástupcov bez právneho dôvodu alebo bez príslušného súhlasu, ak sa súhlas vyžaduje.</w:t>
      </w:r>
    </w:p>
    <w:p w14:paraId="1879BC3C" w14:textId="77777777" w:rsidR="00C00DC8" w:rsidRPr="00C00DC8" w:rsidRDefault="00C00DC8" w:rsidP="00C00DC8">
      <w:pPr>
        <w:rPr>
          <w:szCs w:val="24"/>
          <w:lang w:val="sk-SK"/>
        </w:rPr>
      </w:pPr>
      <w:r w:rsidRPr="00C00DC8">
        <w:rPr>
          <w:szCs w:val="24"/>
          <w:lang w:val="sk-SK"/>
        </w:rPr>
        <w:t>Pri vyhotovovaní a používaní fotografií, videozáznamov a audiovizuálnych záznamov z činnosti materskej školy sa postupuje v súlade s pravidlami ochrany osobných údajov a s udelenými súhlasmi zákonných zástupcov. Zverejňovanie fotografií alebo záznamov detí je možné len v rozsahu, na ktorý bol udelený súhlas, alebo ak to umožňuje osobitný právny základ.</w:t>
      </w:r>
    </w:p>
    <w:p w14:paraId="11370777" w14:textId="77777777" w:rsidR="00C00DC8" w:rsidRPr="00C00DC8" w:rsidRDefault="00C00DC8" w:rsidP="00C00DC8">
      <w:pPr>
        <w:rPr>
          <w:szCs w:val="24"/>
          <w:lang w:val="sk-SK"/>
        </w:rPr>
      </w:pPr>
      <w:r w:rsidRPr="00C00DC8">
        <w:rPr>
          <w:szCs w:val="24"/>
          <w:lang w:val="sk-SK"/>
        </w:rPr>
        <w:t>Zamestnanci sú povinní bezodkladne oznámiť riaditeľke materskej školy každé podozrenie na porušenie ochrany osobných údajov, stratu dokumentácie, neoprávnené sprístupnenie údajov alebo inú udalosť, ktorá by mohla ohroziť dôvernosť, dostupnosť alebo správnosť osobných údajov.</w:t>
      </w:r>
    </w:p>
    <w:p w14:paraId="07262684" w14:textId="77777777" w:rsidR="00C00DC8" w:rsidRDefault="00C00DC8" w:rsidP="00C00DC8">
      <w:pPr>
        <w:rPr>
          <w:szCs w:val="24"/>
          <w:lang w:val="sk-SK"/>
        </w:rPr>
      </w:pPr>
      <w:r w:rsidRPr="00C00DC8">
        <w:rPr>
          <w:szCs w:val="24"/>
          <w:lang w:val="sk-SK"/>
        </w:rPr>
        <w:t>Porušenie povinnosti mlčanlivosti alebo neoprávnené nakladanie s osobnými údajmi sa považuje za závažné porušenie pracovnej disciplíny a môže mať pracovnoprávne, občianskoprávne alebo iné právne následky podľa povahy a závažnosti porušenia.</w:t>
      </w:r>
    </w:p>
    <w:p w14:paraId="3A97986B" w14:textId="77777777" w:rsidR="00C04CB3" w:rsidRPr="00C00DC8" w:rsidRDefault="00C04CB3" w:rsidP="00C04CB3">
      <w:pPr>
        <w:spacing w:after="0"/>
        <w:rPr>
          <w:szCs w:val="24"/>
          <w:lang w:val="sk-SK"/>
        </w:rPr>
      </w:pPr>
    </w:p>
    <w:p w14:paraId="5DA057F7" w14:textId="77777777" w:rsidR="00ED5F78" w:rsidRDefault="00ED5F78" w:rsidP="00ED5F78">
      <w:pPr>
        <w:pStyle w:val="Nadpis2"/>
        <w:spacing w:before="0"/>
        <w:rPr>
          <w:rFonts w:ascii="Arial" w:eastAsia="Arial" w:hAnsi="Arial" w:cs="Arial"/>
          <w:color w:val="0070C0"/>
          <w:sz w:val="24"/>
        </w:rPr>
      </w:pPr>
      <w:bookmarkStart w:id="76" w:name="_Toc238333771"/>
      <w:r w:rsidRPr="00F74900">
        <w:rPr>
          <w:rFonts w:ascii="Arial" w:eastAsia="Arial" w:hAnsi="Arial" w:cs="Arial"/>
          <w:color w:val="0070C0"/>
          <w:sz w:val="24"/>
        </w:rPr>
        <w:t>8.7 Ochrana detí pred rizikovým správaním</w:t>
      </w:r>
      <w:bookmarkEnd w:id="76"/>
    </w:p>
    <w:p w14:paraId="0F8CDB43" w14:textId="77777777" w:rsidR="00F74900" w:rsidRPr="00F74900" w:rsidRDefault="00F74900" w:rsidP="00C04CB3">
      <w:pPr>
        <w:spacing w:after="0"/>
      </w:pPr>
    </w:p>
    <w:p w14:paraId="6B5B798B" w14:textId="77777777" w:rsidR="00ED5F78" w:rsidRPr="00ED5F78" w:rsidRDefault="00ED5F78" w:rsidP="00ED5F78">
      <w:pPr>
        <w:rPr>
          <w:szCs w:val="24"/>
          <w:lang w:val="sk-SK"/>
        </w:rPr>
      </w:pPr>
      <w:r w:rsidRPr="00ED5F78">
        <w:rPr>
          <w:szCs w:val="24"/>
          <w:lang w:val="sk-SK"/>
        </w:rPr>
        <w:t>Materská škola vytvára bezpečné, podnetné a rešpektujúce prostredie, v ktorom sa predchádza prejavom rizikového správania a podporuje sa priaznivá sociálna klíma v triedach. Ochrana detí pred rizikovým správaním je súčasťou každodennej výchovno-vzdelávacej činnosti, vnútorného režimu školy, spolupráce so zákonnými zástupcami a práce pedagogických zamestnancov.</w:t>
      </w:r>
    </w:p>
    <w:p w14:paraId="2F52A908" w14:textId="77777777" w:rsidR="00ED5F78" w:rsidRPr="00ED5F78" w:rsidRDefault="00ED5F78" w:rsidP="00ED5F78">
      <w:pPr>
        <w:rPr>
          <w:szCs w:val="24"/>
          <w:lang w:val="sk-SK"/>
        </w:rPr>
      </w:pPr>
      <w:r w:rsidRPr="00ED5F78">
        <w:rPr>
          <w:szCs w:val="24"/>
          <w:lang w:val="sk-SK"/>
        </w:rPr>
        <w:t>Za rizikové správanie sa považujú najmä prejavy správania, ktoré môžu ohroziť bezpečnosť, zdravie, dôstojnosť, psychickú pohodu alebo priaznivý vývin dieťaťa, prípadne narúšajú bezpečné fungovanie kolektívu. Ide najmä o fyzickú alebo slovnú agresivitu, ubližovanie sebe alebo iným, opakované vyvolávanie konfliktov, zastrašovanie, ponižovanie, vylučovanie z kolektívu, ničenie vecí, úteky z dohľadu pedagogického zamestnanca, nerešpektovanie bezpečnostných pravidiel alebo iné správanie, ktoré si vyžaduje zvýšenú pozornosť a odborné riešenie.</w:t>
      </w:r>
    </w:p>
    <w:p w14:paraId="112B622A" w14:textId="77777777" w:rsidR="00ED5F78" w:rsidRPr="00ED5F78" w:rsidRDefault="00ED5F78" w:rsidP="00ED5F78">
      <w:pPr>
        <w:rPr>
          <w:szCs w:val="24"/>
          <w:lang w:val="sk-SK"/>
        </w:rPr>
      </w:pPr>
      <w:r w:rsidRPr="00ED5F78">
        <w:rPr>
          <w:szCs w:val="24"/>
          <w:lang w:val="sk-SK"/>
        </w:rPr>
        <w:t xml:space="preserve">Pedagogickí zamestnanci vedú deti primerane ich veku k rešpektovaniu pravidiel spolužitia, ohľaduplnosti, empatii, sebaovládaniu, primeranému vyjadrovaniu emócií, spolupráci a nenásilnému riešeniu konfliktov. Výchovno-vzdelávacia činnosť je </w:t>
      </w:r>
      <w:r w:rsidRPr="00ED5F78">
        <w:rPr>
          <w:szCs w:val="24"/>
          <w:lang w:val="sk-SK"/>
        </w:rPr>
        <w:lastRenderedPageBreak/>
        <w:t>zameraná aj na rozvoj prosociálneho správania, schopnosti požiadať o pomoc, pomenovať svoje potreby a rešpektovať potreby druhých.</w:t>
      </w:r>
    </w:p>
    <w:p w14:paraId="486198F5" w14:textId="77777777" w:rsidR="00ED5F78" w:rsidRPr="00ED5F78" w:rsidRDefault="00ED5F78" w:rsidP="00ED5F78">
      <w:pPr>
        <w:rPr>
          <w:szCs w:val="24"/>
          <w:lang w:val="sk-SK"/>
        </w:rPr>
      </w:pPr>
      <w:r w:rsidRPr="00ED5F78">
        <w:rPr>
          <w:szCs w:val="24"/>
          <w:lang w:val="sk-SK"/>
        </w:rPr>
        <w:t>Prevencia rizikového správania sa uskutočňuje najmä prostredníctvom každodenného pedagogického pôsobenia, komunitných kruhov, rozhovorov, hier, dramatizácie, príbehov, zážitkových aktivít, tvorby a dodržiavania pravidiel triedy, spolupráce s rodinou a podľa potreby aj s odborníkmi.</w:t>
      </w:r>
    </w:p>
    <w:p w14:paraId="6335D594" w14:textId="77777777" w:rsidR="00ED5F78" w:rsidRPr="00ED5F78" w:rsidRDefault="00ED5F78" w:rsidP="00ED5F78">
      <w:pPr>
        <w:rPr>
          <w:szCs w:val="24"/>
          <w:lang w:val="sk-SK"/>
        </w:rPr>
      </w:pPr>
      <w:r w:rsidRPr="00ED5F78">
        <w:rPr>
          <w:szCs w:val="24"/>
          <w:lang w:val="sk-SK"/>
        </w:rPr>
        <w:t>Ak pedagogický zamestnanec zistí prejavy rizikového správania, bezodkladne situáciu rieši primeraným pedagogickým spôsobom, zabezpečí ochranu dieťaťa a ostatných detí a podľa závažnosti informuje riaditeľku materskej školy a zákonného zástupcu dieťaťa. Pri opakovaných alebo závažnejších prejavoch sa postupuje v spolupráci so školským podporným tímom, školským špeciálnym pedagógom, pedagogickým asistentom, zariadením poradenstva a prevencie alebo ďalšími odborníkmi.</w:t>
      </w:r>
    </w:p>
    <w:p w14:paraId="234F8228" w14:textId="77777777" w:rsidR="00ED5F78" w:rsidRPr="00ED5F78" w:rsidRDefault="00ED5F78" w:rsidP="00ED5F78">
      <w:pPr>
        <w:rPr>
          <w:szCs w:val="24"/>
          <w:lang w:val="sk-SK"/>
        </w:rPr>
      </w:pPr>
      <w:r w:rsidRPr="00ED5F78">
        <w:rPr>
          <w:szCs w:val="24"/>
          <w:lang w:val="sk-SK"/>
        </w:rPr>
        <w:t>Materská škola pri riešení rizikového správania postupuje individuálne, vecne a citlivo. Cieľom nie je dieťa trestať alebo označovať, ale porozumieť príčinám správania, nastaviť primeranú podporu, chrániť bezpečnosť všetkých detí a vytvárať podmienky na pokojné fungovanie triedy.</w:t>
      </w:r>
    </w:p>
    <w:p w14:paraId="3C4107E2" w14:textId="77777777" w:rsidR="00ED5F78" w:rsidRPr="00ED5F78" w:rsidRDefault="00ED5F78" w:rsidP="00ED5F78">
      <w:pPr>
        <w:rPr>
          <w:szCs w:val="24"/>
          <w:lang w:val="sk-SK"/>
        </w:rPr>
      </w:pPr>
      <w:r w:rsidRPr="00ED5F78">
        <w:rPr>
          <w:szCs w:val="24"/>
          <w:lang w:val="sk-SK"/>
        </w:rPr>
        <w:t>O závažných alebo opakovaných prejavoch rizikového správania vedie materská škola primeranú písomnú dokumentáciu. Dokumentácia obsahuje najmä opis situácie, prijaté opatrenia, komunikáciu so zákonným zástupcom, odporúčania odborníkov a vyhodnotenie účinnosti prijatých opatrení.</w:t>
      </w:r>
    </w:p>
    <w:p w14:paraId="25D82A4B" w14:textId="77777777" w:rsidR="00ED5F78" w:rsidRPr="00ED5F78" w:rsidRDefault="00ED5F78" w:rsidP="00ED5F78">
      <w:pPr>
        <w:rPr>
          <w:szCs w:val="24"/>
          <w:lang w:val="sk-SK"/>
        </w:rPr>
      </w:pPr>
      <w:r w:rsidRPr="00ED5F78">
        <w:rPr>
          <w:szCs w:val="24"/>
          <w:lang w:val="sk-SK"/>
        </w:rPr>
        <w:t>Zákonný zástupca je povinný poskytovať materskej škole potrebnú súčinnosť pri riešení prejavov rizikového správania dieťaťa, informovať školu o skutočnostiach, ktoré môžu mať vplyv na správanie, bezpečnosť alebo zdravie dieťaťa, a spolupracovať pri nastavovaní primeraných opatrení.</w:t>
      </w:r>
    </w:p>
    <w:p w14:paraId="70DB33C5" w14:textId="77777777" w:rsidR="002D580B" w:rsidRDefault="00ED5F78" w:rsidP="002D580B">
      <w:pPr>
        <w:rPr>
          <w:szCs w:val="24"/>
          <w:lang w:val="sk-SK"/>
        </w:rPr>
      </w:pPr>
      <w:r w:rsidRPr="00ED5F78">
        <w:rPr>
          <w:szCs w:val="24"/>
          <w:lang w:val="sk-SK"/>
        </w:rPr>
        <w:t>Ak by správanie dieťaťa bezprostredne ohrozovalo jeho bezpečnosť, zdravie, bezpečnosť ostatných detí alebo zamestnancov školy, materská škola prijme neodkladné opatrenia na ochranu detí a podľa povahy situácie informuje zákonného zástupcu, zriaďovateľa, zariadenie poradenstva a prevencie alebo príslušné orgány.</w:t>
      </w:r>
    </w:p>
    <w:p w14:paraId="6E0B19D5" w14:textId="77777777" w:rsidR="00F74900" w:rsidRDefault="00F74900" w:rsidP="00C04CB3">
      <w:pPr>
        <w:spacing w:after="0"/>
        <w:rPr>
          <w:szCs w:val="24"/>
          <w:lang w:val="sk-SK"/>
        </w:rPr>
      </w:pPr>
    </w:p>
    <w:p w14:paraId="245DF312" w14:textId="77777777" w:rsidR="002D580B" w:rsidRDefault="0018226A" w:rsidP="002D580B">
      <w:pPr>
        <w:pStyle w:val="Nadpis2"/>
        <w:spacing w:before="0"/>
        <w:rPr>
          <w:rFonts w:ascii="Arial" w:eastAsia="Arial" w:hAnsi="Arial" w:cs="Arial"/>
          <w:color w:val="0070C0"/>
          <w:sz w:val="24"/>
        </w:rPr>
      </w:pPr>
      <w:bookmarkStart w:id="77" w:name="_Toc238333772"/>
      <w:r w:rsidRPr="00F74900">
        <w:rPr>
          <w:rFonts w:ascii="Arial" w:eastAsia="Arial" w:hAnsi="Arial" w:cs="Arial"/>
          <w:color w:val="0070C0"/>
          <w:sz w:val="24"/>
        </w:rPr>
        <w:t>8.8 Opatrenia pri výskyte pedikulózy</w:t>
      </w:r>
      <w:bookmarkEnd w:id="77"/>
    </w:p>
    <w:p w14:paraId="19F4D5F6" w14:textId="77777777" w:rsidR="00F74900" w:rsidRPr="00F74900" w:rsidRDefault="00F74900" w:rsidP="00C04CB3">
      <w:pPr>
        <w:spacing w:after="0"/>
      </w:pPr>
    </w:p>
    <w:p w14:paraId="4342BF99" w14:textId="77777777" w:rsidR="002D580B" w:rsidRDefault="0018226A" w:rsidP="002D580B">
      <w:pPr>
        <w:rPr>
          <w:szCs w:val="24"/>
          <w:lang w:val="sk-SK"/>
        </w:rPr>
      </w:pPr>
      <w:r w:rsidRPr="0018226A">
        <w:rPr>
          <w:szCs w:val="24"/>
          <w:lang w:val="sk-SK"/>
        </w:rPr>
        <w:t>Pedikulóza, teda zavšivavenie, je prenosné parazitárne ochorenie. Materská škola pri jej výskyte postupuje tak, aby chránila zdravie dieťaťa, ostatných detí, zamestnancov a zabránila ďalšiemu šíreniu v kolektíve.</w:t>
      </w:r>
    </w:p>
    <w:p w14:paraId="72BD240D" w14:textId="77777777" w:rsidR="002D580B" w:rsidRDefault="0018226A" w:rsidP="002D580B">
      <w:pPr>
        <w:rPr>
          <w:szCs w:val="24"/>
          <w:lang w:val="sk-SK"/>
        </w:rPr>
      </w:pPr>
      <w:r w:rsidRPr="0018226A">
        <w:rPr>
          <w:szCs w:val="24"/>
          <w:lang w:val="sk-SK"/>
        </w:rPr>
        <w:t xml:space="preserve">Zákonný zástupca je povinný bezodkladne informovať materskú školu, ak u dieťaťa zistí výskyt vší alebo hníd. Rovnako materská škola bezodkladne informuje </w:t>
      </w:r>
      <w:r w:rsidRPr="0018226A">
        <w:rPr>
          <w:szCs w:val="24"/>
          <w:lang w:val="sk-SK"/>
        </w:rPr>
        <w:lastRenderedPageBreak/>
        <w:t>zákonného zástupcu, ak sa podozrenie na pedikulózu zistí počas pobytu dieťaťa v materskej škole.</w:t>
      </w:r>
    </w:p>
    <w:p w14:paraId="5D1CEDE6" w14:textId="77777777" w:rsidR="002D580B" w:rsidRDefault="0018226A" w:rsidP="002D580B">
      <w:pPr>
        <w:rPr>
          <w:szCs w:val="24"/>
          <w:lang w:val="sk-SK"/>
        </w:rPr>
      </w:pPr>
      <w:r w:rsidRPr="0018226A">
        <w:rPr>
          <w:szCs w:val="24"/>
          <w:lang w:val="sk-SK"/>
        </w:rPr>
        <w:t>Ak pedagogický zamestnanec pri rannom prijímaní dieťaťa alebo počas dňa zistí dôvodné podozrenie na zavšivavenie, informuje riaditeľku materskej školy alebo povereného zamestnanca a zákonného zástupcu dieťaťa. Dieťa je do príchodu zákonného zástupcu pod dohľadom pedagogického zamestnanca a podľa možností školy sa obmedzí jeho úzky kontakt s ostatnými deťmi.</w:t>
      </w:r>
    </w:p>
    <w:p w14:paraId="39DF6F0A" w14:textId="77777777" w:rsidR="002D580B" w:rsidRDefault="0018226A" w:rsidP="002D580B">
      <w:pPr>
        <w:rPr>
          <w:szCs w:val="24"/>
          <w:lang w:val="sk-SK"/>
        </w:rPr>
      </w:pPr>
      <w:r w:rsidRPr="0018226A">
        <w:rPr>
          <w:szCs w:val="24"/>
          <w:lang w:val="sk-SK"/>
        </w:rPr>
        <w:t>Dieťa s výskytom živých vší nenavštevuje kolektív detí až do vykonania účinných opatrení na odstránenie pedikulózy. Zákonný zástupca zabezpečí ošetrenie vlasovej časti hlavy dieťaťa vhodným prípravkom podľa návodu výrobcu, mechanické odstránenie hníd a kontrolu všetkých členov domácnosti. Ošetrenie je potrebné podľa odporúčania výrobcu prípravku zopakovať.</w:t>
      </w:r>
    </w:p>
    <w:p w14:paraId="4BB3AE58" w14:textId="77777777" w:rsidR="002D580B" w:rsidRDefault="0018226A" w:rsidP="002D580B">
      <w:pPr>
        <w:rPr>
          <w:szCs w:val="24"/>
          <w:lang w:val="sk-SK"/>
        </w:rPr>
      </w:pPr>
      <w:r w:rsidRPr="0018226A">
        <w:rPr>
          <w:szCs w:val="24"/>
          <w:lang w:val="sk-SK"/>
        </w:rPr>
        <w:t>Zákonný zástupca zabezpečí aj hygienické opatrenia v domácom prostredí, najmä vypranie posteľnej bielizne, uterákov, čiapok, šálov, oblečenia a ďalších textílií, ktoré prišli do kontaktu s vlasovou časťou hlavy dieťaťa. Textílie sa perú pri primerane vysokej teplote podľa druhu materiálu, dôkladne sa vysušia a podľa možnosti vyžehlia. Hrebene, kefy a pomôcky na úpravu vlasov sa vyčistia a ošetria vhodným spôsobom.</w:t>
      </w:r>
    </w:p>
    <w:p w14:paraId="47344C65" w14:textId="77777777" w:rsidR="002D580B" w:rsidRDefault="0018226A" w:rsidP="002D580B">
      <w:pPr>
        <w:rPr>
          <w:szCs w:val="24"/>
          <w:lang w:val="sk-SK"/>
        </w:rPr>
      </w:pPr>
      <w:r w:rsidRPr="0018226A">
        <w:rPr>
          <w:szCs w:val="24"/>
          <w:lang w:val="sk-SK"/>
        </w:rPr>
        <w:t>Návrat dieťaťa do materskej školy je možný po vykonaní účinných opatrení a po odstránení živých vší. Materská škola môže pri prijatí dieťaťa vykonať primeranú vizuálnu kontrolu v rámci ranného zdravotného filtra. Lekárske potvrdenie sa vyžaduje len v prípadoch ustanovených pravidlami ospravedlňovania neprítomnosti alebo ak to vyplýva z konkrétneho zdravotného stavu dieťaťa.</w:t>
      </w:r>
    </w:p>
    <w:p w14:paraId="3C63A425" w14:textId="77777777" w:rsidR="00B917A5" w:rsidRDefault="0018226A" w:rsidP="00B917A5">
      <w:pPr>
        <w:rPr>
          <w:szCs w:val="24"/>
          <w:lang w:val="sk-SK"/>
        </w:rPr>
      </w:pPr>
      <w:r w:rsidRPr="0018226A">
        <w:rPr>
          <w:szCs w:val="24"/>
          <w:lang w:val="sk-SK"/>
        </w:rPr>
        <w:t>Pri výskyte pedikulózy v triede materská škola informuje zákonných zástupcov detí v dotknutom kolektíve o potrebe kontroly vlasov detí a vykonania preventívnych hygienických opatrení. Informácia sa poskytuje vecne a bez uvádzania mena dieťaťa, u ktorého bol výskyt zistený.</w:t>
      </w:r>
    </w:p>
    <w:p w14:paraId="559CF708" w14:textId="4613D016" w:rsidR="00B917A5" w:rsidRDefault="0018226A" w:rsidP="00B917A5">
      <w:pPr>
        <w:rPr>
          <w:szCs w:val="24"/>
          <w:lang w:val="sk-SK"/>
        </w:rPr>
      </w:pPr>
      <w:r w:rsidRPr="0018226A">
        <w:rPr>
          <w:szCs w:val="24"/>
          <w:lang w:val="sk-SK"/>
        </w:rPr>
        <w:t>V materskej škole sa vykonajú primerané hygienické opatrenia v priestoroch dotknutej triedy, najmä výmena a pranie posteľnej bielizne, kontrola textilných pomôcok, ošetrenie alebo dočasné vyradenie textilných a plyšových hračiek, čistenie priestorov a pomôcok podľa prevádzkových možností a hygienických zásad. Každé dieťa používa vlastné hygienické potreby, uterák, hrebeň a osobné veci.Pri opakovanom alebo hromadnom výskyte pedikulózy v triede materská škola prijme zvýšené preventívne a hygienické opatrenia. Za hromadný výskyt sa na účely vnútorného postupu školy považuje výskyt u viacerých detí v tom istom kolektíve v krátkom časovom období. Materská škola v takom prípade informuje zákonných zástupcov dotknutej triedy, odporučí dôslednú kontrolu detí v domácom prostredí a</w:t>
      </w:r>
      <w:r w:rsidR="00B917A5">
        <w:rPr>
          <w:szCs w:val="24"/>
          <w:lang w:val="sk-SK"/>
        </w:rPr>
        <w:t> </w:t>
      </w:r>
      <w:r w:rsidRPr="0018226A">
        <w:rPr>
          <w:szCs w:val="24"/>
          <w:lang w:val="sk-SK"/>
        </w:rPr>
        <w:t>vyko</w:t>
      </w:r>
      <w:r w:rsidR="00D70BC9">
        <w:rPr>
          <w:szCs w:val="24"/>
          <w:lang w:val="sk-SK"/>
        </w:rPr>
        <w:t>n</w:t>
      </w:r>
      <w:r w:rsidRPr="0018226A">
        <w:rPr>
          <w:szCs w:val="24"/>
          <w:lang w:val="sk-SK"/>
        </w:rPr>
        <w:t>anie opatrení v rovnakom období, aby sa zabránilo opakovanému prenosu.</w:t>
      </w:r>
    </w:p>
    <w:p w14:paraId="01BDD4B6" w14:textId="77777777" w:rsidR="00B917A5" w:rsidRDefault="0018226A" w:rsidP="00B917A5">
      <w:pPr>
        <w:rPr>
          <w:szCs w:val="24"/>
          <w:lang w:val="sk-SK"/>
        </w:rPr>
      </w:pPr>
      <w:r w:rsidRPr="0018226A">
        <w:rPr>
          <w:szCs w:val="24"/>
          <w:lang w:val="sk-SK"/>
        </w:rPr>
        <w:lastRenderedPageBreak/>
        <w:t>Ak sa výskyt pedikulózy opakuje, rozširuje alebo zákonný zástupca neposkytuje potrebnú súčinnosť pri riešení pedikulózy dieťaťa, riaditeľka materskej školy môže požiadať o súčinnosť alebo odborné usmernenie príslušný regionálny úrad verejného zdravotníctva, zriaďovateľa alebo iný príslušný orgán podľa povahy situácie.</w:t>
      </w:r>
    </w:p>
    <w:p w14:paraId="6A9605AF" w14:textId="77777777" w:rsidR="00B917A5" w:rsidRDefault="0018226A" w:rsidP="00B917A5">
      <w:pPr>
        <w:rPr>
          <w:szCs w:val="24"/>
          <w:lang w:val="sk-SK"/>
        </w:rPr>
      </w:pPr>
      <w:r w:rsidRPr="0018226A">
        <w:rPr>
          <w:szCs w:val="24"/>
          <w:lang w:val="sk-SK"/>
        </w:rPr>
        <w:t>Materská škola vedie o výskyte pedikulózy primeraný interný záznam. Záznam obsahuje najmä dátum zistenia, triedu, prijaté opatrenia, spôsob informovania zákonného zástupcu, hygienické opatrenia vykonané v materskej škole a ďalší postup. Pri vedení záznamov sa postupuje v súlade s pravidlami ochrany osobných údajov.</w:t>
      </w:r>
    </w:p>
    <w:p w14:paraId="1864F3EE" w14:textId="77777777" w:rsidR="00B917A5" w:rsidRDefault="0018226A" w:rsidP="00B917A5">
      <w:pPr>
        <w:rPr>
          <w:szCs w:val="24"/>
          <w:lang w:val="sk-SK"/>
        </w:rPr>
      </w:pPr>
      <w:r w:rsidRPr="0018226A">
        <w:rPr>
          <w:szCs w:val="24"/>
          <w:lang w:val="sk-SK"/>
        </w:rPr>
        <w:t>Cieľom opatrení pri výskyte pedikulózy je chrániť zdravie detí, predchádzať šíreniu ochorenia v kolektíve a zabezpečiť spoluprácu materskej školy so zákonnými zástupcami pri rýchlom a účinnom riešení situácie.</w:t>
      </w:r>
    </w:p>
    <w:p w14:paraId="73EEA469" w14:textId="77777777" w:rsidR="00B917A5" w:rsidRDefault="00B917A5" w:rsidP="00B917A5">
      <w:pPr>
        <w:spacing w:after="0" w:line="240" w:lineRule="auto"/>
        <w:rPr>
          <w:szCs w:val="24"/>
          <w:lang w:val="sk-SK"/>
        </w:rPr>
      </w:pPr>
    </w:p>
    <w:p w14:paraId="4F8AFC49" w14:textId="77777777" w:rsidR="00C04CB3" w:rsidRDefault="00B917A5" w:rsidP="00B917A5">
      <w:pPr>
        <w:pStyle w:val="Nadpis1"/>
        <w:spacing w:before="0"/>
        <w:jc w:val="center"/>
        <w:rPr>
          <w:rFonts w:ascii="Arial" w:eastAsia="Arial" w:hAnsi="Arial" w:cs="Arial"/>
          <w:color w:val="0070C0"/>
          <w:sz w:val="24"/>
        </w:rPr>
      </w:pPr>
      <w:bookmarkStart w:id="78" w:name="_Toc238333773"/>
      <w:r w:rsidRPr="00F74900">
        <w:rPr>
          <w:rFonts w:ascii="Arial" w:eastAsia="Arial" w:hAnsi="Arial" w:cs="Arial"/>
          <w:color w:val="0070C0"/>
          <w:sz w:val="24"/>
        </w:rPr>
        <w:t>Článok IX.</w:t>
      </w:r>
    </w:p>
    <w:p w14:paraId="25263DC4" w14:textId="23F6D661" w:rsidR="00B917A5" w:rsidRPr="00F74900" w:rsidRDefault="00B917A5" w:rsidP="00B917A5">
      <w:pPr>
        <w:pStyle w:val="Nadpis1"/>
        <w:spacing w:before="0"/>
        <w:jc w:val="center"/>
        <w:rPr>
          <w:rFonts w:ascii="Arial" w:hAnsi="Arial" w:cs="Arial"/>
          <w:color w:val="0070C0"/>
          <w:sz w:val="24"/>
          <w:szCs w:val="24"/>
          <w:lang w:val="sk-SK"/>
        </w:rPr>
      </w:pPr>
      <w:r w:rsidRPr="00F74900">
        <w:rPr>
          <w:rFonts w:ascii="Arial" w:eastAsia="Arial" w:hAnsi="Arial" w:cs="Arial"/>
          <w:color w:val="0070C0"/>
          <w:sz w:val="24"/>
        </w:rPr>
        <w:t xml:space="preserve"> Podmienky zaobchádzania s majetkom materskej školy</w:t>
      </w:r>
      <w:bookmarkEnd w:id="78"/>
    </w:p>
    <w:p w14:paraId="471C5827" w14:textId="77777777" w:rsidR="00B917A5" w:rsidRDefault="00B917A5" w:rsidP="00B917A5">
      <w:pPr>
        <w:spacing w:after="0" w:line="240" w:lineRule="auto"/>
        <w:rPr>
          <w:szCs w:val="24"/>
          <w:lang w:val="sk-SK"/>
        </w:rPr>
      </w:pPr>
    </w:p>
    <w:p w14:paraId="20660CF2" w14:textId="77777777" w:rsidR="0018226A" w:rsidRPr="00B917A5" w:rsidRDefault="0018226A" w:rsidP="00B917A5">
      <w:pPr>
        <w:rPr>
          <w:szCs w:val="24"/>
          <w:lang w:val="sk-SK"/>
        </w:rPr>
      </w:pPr>
      <w:r w:rsidRPr="0018226A">
        <w:rPr>
          <w:szCs w:val="24"/>
          <w:lang w:val="sk-SK"/>
        </w:rPr>
        <w:t>Materská škola užíva hnuteľný a nehnuteľný majetok, ktorý jej bol zverený zriaďovateľom, Mestom Trenčín, na zabezpečenie výchovno-vzdelávacej činnosti a prevádzky školy. Za riadne hospodárenie s majetkom školy, jeho účelné využívanie, ochranu a evidenciu zodpovedá riaditeľka materskej školy v súlade s platnými právnymi predpismi a pokynmi zriaďovateľa.</w:t>
      </w:r>
    </w:p>
    <w:p w14:paraId="060B630E" w14:textId="77777777" w:rsidR="0018226A" w:rsidRPr="0018226A" w:rsidRDefault="0018226A" w:rsidP="0018226A">
      <w:pPr>
        <w:rPr>
          <w:szCs w:val="24"/>
          <w:lang w:val="sk-SK"/>
        </w:rPr>
      </w:pPr>
      <w:r w:rsidRPr="0018226A">
        <w:rPr>
          <w:szCs w:val="24"/>
          <w:lang w:val="sk-SK"/>
        </w:rPr>
        <w:t>Zamestnanci materskej školy sú povinní chrániť majetok školy pred poškodením, stratou, zneužitím alebo odcudzením. Majetok školy používajú výlučne na účely súvisiace s činnosťou materskej školy a v rozsahu potrebnom na plnenie pracovných úloh.</w:t>
      </w:r>
    </w:p>
    <w:p w14:paraId="7DE3B9F8" w14:textId="77777777" w:rsidR="0018226A" w:rsidRPr="0018226A" w:rsidRDefault="0018226A" w:rsidP="0018226A">
      <w:pPr>
        <w:rPr>
          <w:szCs w:val="24"/>
          <w:lang w:val="sk-SK"/>
        </w:rPr>
      </w:pPr>
      <w:r w:rsidRPr="0018226A">
        <w:rPr>
          <w:szCs w:val="24"/>
          <w:lang w:val="sk-SK"/>
        </w:rPr>
        <w:t>Deti sú primerane svojmu veku vedené k šetrnému zaobchádzaniu s hračkami, učebnými pomôckami, knihami, nábytkom, zariadením tried, sociálnych zariadení, školského dvora a ostatných priestorov materskej školy. Pedagogickí zamestnanci ich vedú k zodpovednosti, poriadku a rešpektovaniu spoločného majetku.</w:t>
      </w:r>
    </w:p>
    <w:p w14:paraId="24624D8A" w14:textId="77777777" w:rsidR="0018226A" w:rsidRPr="0018226A" w:rsidRDefault="0018226A" w:rsidP="0018226A">
      <w:pPr>
        <w:rPr>
          <w:szCs w:val="24"/>
          <w:lang w:val="sk-SK"/>
        </w:rPr>
      </w:pPr>
      <w:r w:rsidRPr="0018226A">
        <w:rPr>
          <w:szCs w:val="24"/>
          <w:lang w:val="sk-SK"/>
        </w:rPr>
        <w:t>Ak dôjde k poškodeniu alebo zničeniu majetku materskej školy dieťaťom, škola posúdi okolnosti vzniku škody individuálne. Ak bola škoda spôsobená úmyselne alebo zjavne nevhodným konaním dieťaťa, materská škola prerokuje vzniknutú situáciu so zákonným zástupcom dieťaťa. Náhrada škody sa rieši v súlade s platnými právnymi predpismi a po zohľadnení veku dieťaťa, miery zavinenia, okolností vzniku škody a zabezpečenia dohľadu zo strany školy.</w:t>
      </w:r>
    </w:p>
    <w:p w14:paraId="6A457714" w14:textId="77777777" w:rsidR="0018226A" w:rsidRPr="0018226A" w:rsidRDefault="0018226A" w:rsidP="0018226A">
      <w:pPr>
        <w:rPr>
          <w:szCs w:val="24"/>
          <w:lang w:val="sk-SK"/>
        </w:rPr>
      </w:pPr>
      <w:r w:rsidRPr="0018226A">
        <w:rPr>
          <w:szCs w:val="24"/>
          <w:lang w:val="sk-SK"/>
        </w:rPr>
        <w:t>Ak škoda vznikla v dôsledku nedostatočného dozoru zamestnanca materskej školy alebo v dôsledku okolností, za ktoré zákonný zástupca ani dieťa nezodpovedajú, náhrada škody sa od zákonného zástupcu dieťaťa nepožaduje.</w:t>
      </w:r>
    </w:p>
    <w:p w14:paraId="05F63334" w14:textId="77777777" w:rsidR="0018226A" w:rsidRPr="0018226A" w:rsidRDefault="0018226A" w:rsidP="0018226A">
      <w:pPr>
        <w:rPr>
          <w:szCs w:val="24"/>
          <w:lang w:val="sk-SK"/>
        </w:rPr>
      </w:pPr>
      <w:r w:rsidRPr="0018226A">
        <w:rPr>
          <w:szCs w:val="24"/>
          <w:lang w:val="sk-SK"/>
        </w:rPr>
        <w:lastRenderedPageBreak/>
        <w:t>Zákonní zástupcovia a nimi písomne poverené osoby sú povinní správať sa v priestoroch materskej školy a v jej areáli tak, aby nedochádzalo k poškodeniu majetku školy, narušeniu prevádzky alebo ohrozeniu bezpečnosti detí a zamestnancov. Prípadné poškodenie majetku spôsobené zákonným zástupcom alebo poverenou osobou sa rieši individuálne podľa okolností a v súlade s platnými právnymi predpismi.</w:t>
      </w:r>
    </w:p>
    <w:p w14:paraId="51170BCF" w14:textId="77777777" w:rsidR="0018226A" w:rsidRPr="0018226A" w:rsidRDefault="0018226A" w:rsidP="0018226A">
      <w:pPr>
        <w:rPr>
          <w:szCs w:val="24"/>
          <w:lang w:val="sk-SK"/>
        </w:rPr>
      </w:pPr>
      <w:r w:rsidRPr="0018226A">
        <w:rPr>
          <w:szCs w:val="24"/>
          <w:lang w:val="sk-SK"/>
        </w:rPr>
        <w:t>Budova materskej školy je z bezpečnostných dôvodov zabezpečená uzamykaním vstupov. Kľúčmi od určených priestorov disponujú len oprávnení zamestnanci podľa pokynov riaditeľky materskej školy a vnútorných pravidiel školy. Zamestnanci nie sú oprávnení poskytovať kľúče neoprávneným osobám ani umožniť vstup do priestorov školy osobám, ktoré na to nemajú oprávnenie.</w:t>
      </w:r>
    </w:p>
    <w:p w14:paraId="7C2CEDB2" w14:textId="77777777" w:rsidR="0018226A" w:rsidRPr="0018226A" w:rsidRDefault="0018226A" w:rsidP="0018226A">
      <w:pPr>
        <w:rPr>
          <w:szCs w:val="24"/>
          <w:lang w:val="sk-SK"/>
        </w:rPr>
      </w:pPr>
      <w:r w:rsidRPr="0018226A">
        <w:rPr>
          <w:szCs w:val="24"/>
          <w:lang w:val="sk-SK"/>
        </w:rPr>
        <w:t>V priebehu prevádzky materskej školy zodpovedajú za uzamknutie a kontrolu vstupov poverení zamestnanci podľa určenia riaditeľky materskej školy. Po skončení prevádzky materskej školy poverený zamestnanec skontroluje priestory školy, najmä uzatvorenie okien a dverí, vypnutie určených elektrických spotrebičov a techniky, bezpečné uloženie pomôcok a uzamknutie priestorov.</w:t>
      </w:r>
    </w:p>
    <w:p w14:paraId="62A7BC46" w14:textId="77777777" w:rsidR="0018226A" w:rsidRPr="0018226A" w:rsidRDefault="0018226A" w:rsidP="0018226A">
      <w:pPr>
        <w:rPr>
          <w:szCs w:val="24"/>
          <w:lang w:val="sk-SK"/>
        </w:rPr>
      </w:pPr>
      <w:r w:rsidRPr="0018226A">
        <w:rPr>
          <w:szCs w:val="24"/>
          <w:lang w:val="sk-SK"/>
        </w:rPr>
        <w:t>Vetranie miestností sa uskutočňuje len za prítomnosti zamestnanca materskej školy a takým spôsobom, aby nebola ohrozená bezpečnosť detí. Po ukončení činnosti v triede alebo inom priestore je zamestnanec povinný skontrolovať uzatvorenie okien, dverí, skladových priestorov a bezpečné uloženie pomôcok.</w:t>
      </w:r>
    </w:p>
    <w:p w14:paraId="57EEB7F3" w14:textId="77777777" w:rsidR="0018226A" w:rsidRPr="0018226A" w:rsidRDefault="0018226A" w:rsidP="0018226A">
      <w:pPr>
        <w:rPr>
          <w:szCs w:val="24"/>
          <w:lang w:val="sk-SK"/>
        </w:rPr>
      </w:pPr>
      <w:r w:rsidRPr="0018226A">
        <w:rPr>
          <w:szCs w:val="24"/>
          <w:lang w:val="sk-SK"/>
        </w:rPr>
        <w:t>Didaktická technika, digitálne pomôcky, audiovizuálna technika, počítače, tablety, programovateľné hračky a ďalšie technické vybavenie sa používajú iba na určený účel. Po skončení používania ich zamestnanec vypne, zabezpečí a uloží na určené miesto podľa pokynov riaditeľky materskej školy.</w:t>
      </w:r>
    </w:p>
    <w:p w14:paraId="7C13BC0A" w14:textId="77777777" w:rsidR="0018226A" w:rsidRPr="0018226A" w:rsidRDefault="0018226A" w:rsidP="0018226A">
      <w:pPr>
        <w:rPr>
          <w:szCs w:val="24"/>
          <w:lang w:val="sk-SK"/>
        </w:rPr>
      </w:pPr>
      <w:r w:rsidRPr="0018226A">
        <w:rPr>
          <w:szCs w:val="24"/>
          <w:lang w:val="sk-SK"/>
        </w:rPr>
        <w:t>Zamestnanci zodpovedajú za inventár a zverený majetok v rozsahu vyplývajúcom z pracovnej náplne, dohody o hmotnej zodpovednosti, vnútorných predpisov školy a pokynov riaditeľky materskej školy. Zverený majetok sú povinní chrániť pred stratou, poškodením, zničením alebo odcudzením.</w:t>
      </w:r>
    </w:p>
    <w:p w14:paraId="1C21D8E0" w14:textId="77777777" w:rsidR="0018226A" w:rsidRPr="0018226A" w:rsidRDefault="0018226A" w:rsidP="0018226A">
      <w:pPr>
        <w:rPr>
          <w:szCs w:val="24"/>
          <w:lang w:val="sk-SK"/>
        </w:rPr>
      </w:pPr>
      <w:r w:rsidRPr="0018226A">
        <w:rPr>
          <w:szCs w:val="24"/>
          <w:lang w:val="sk-SK"/>
        </w:rPr>
        <w:t>Bez vedomia riaditeľky materskej školy a bez súhlasu poverenej osoby nie je dovolené premiestňovať inventár medzi triedami, skladmi alebo inými priestormi školy, vyraďovať majetok, meniť jeho účel použitia alebo ho vynášať mimo priestorov materskej školy. Návrhy na vyradenie majetku, posúdenie technického stavu alebo opravu majetku sa predkladajú riaditeľke materskej školy alebo inventarizačnej komisii.</w:t>
      </w:r>
    </w:p>
    <w:p w14:paraId="5989CBFC" w14:textId="77777777" w:rsidR="0018226A" w:rsidRPr="0018226A" w:rsidRDefault="0018226A" w:rsidP="0018226A">
      <w:pPr>
        <w:rPr>
          <w:szCs w:val="24"/>
          <w:lang w:val="sk-SK"/>
        </w:rPr>
      </w:pPr>
      <w:r w:rsidRPr="0018226A">
        <w:rPr>
          <w:szCs w:val="24"/>
          <w:lang w:val="sk-SK"/>
        </w:rPr>
        <w:t>Inventár v triedach a ďalších priestoroch školy sa priebežne kontroluje podľa pokynov riaditeľky materskej školy, inventarizačnej komisie a zriaďovateľa. Zistené poškodenie, strata inventárneho čísla, porucha alebo nefunkčnosť majetku sa bezodkladne oznámi riaditeľke materskej školy alebo poverenému zamestnancovi.</w:t>
      </w:r>
    </w:p>
    <w:p w14:paraId="16636EBF" w14:textId="77777777" w:rsidR="0018226A" w:rsidRPr="0018226A" w:rsidRDefault="0018226A" w:rsidP="0018226A">
      <w:pPr>
        <w:rPr>
          <w:szCs w:val="24"/>
          <w:lang w:val="sk-SK"/>
        </w:rPr>
      </w:pPr>
      <w:r w:rsidRPr="0018226A">
        <w:rPr>
          <w:szCs w:val="24"/>
          <w:lang w:val="sk-SK"/>
        </w:rPr>
        <w:lastRenderedPageBreak/>
        <w:t>Závady a poruchy na vodoinštalačnom, elektrickom, technickom, splachovacom alebo inom zariadení, ako aj poškodenia v budove materskej školy alebo v areáli školského dvora, sú zamestnanci povinní bezodkladne oznámiť riaditeľke materskej školy. Zistené poruchy sa zapisujú do určenej evidencie opráv. Riaditeľka materskej školy alebo poverený zamestnanec zabezpečí postúpenie požiadavky na opravu príslušnému správcovi, zriaďovateľovi alebo inému poverenému subjektu.</w:t>
      </w:r>
    </w:p>
    <w:p w14:paraId="7F9C53F3" w14:textId="77777777" w:rsidR="0018226A" w:rsidRPr="0018226A" w:rsidRDefault="0018226A" w:rsidP="0018226A">
      <w:pPr>
        <w:rPr>
          <w:szCs w:val="24"/>
          <w:lang w:val="sk-SK"/>
        </w:rPr>
      </w:pPr>
      <w:r w:rsidRPr="0018226A">
        <w:rPr>
          <w:szCs w:val="24"/>
          <w:lang w:val="sk-SK"/>
        </w:rPr>
        <w:t>Zamestnanci si osobné veci odkladajú na určené miesto. Materská škola nezodpovedá za stratu alebo poškodenie osobných vecí zamestnancov, zákonných zástupcov alebo iných osôb, ktoré neboli uložené na určenom mieste alebo boli ponechané bez dozoru.</w:t>
      </w:r>
    </w:p>
    <w:p w14:paraId="2B4D84D2" w14:textId="77777777" w:rsidR="0018226A" w:rsidRPr="0018226A" w:rsidRDefault="0018226A" w:rsidP="0018226A">
      <w:pPr>
        <w:rPr>
          <w:szCs w:val="24"/>
          <w:lang w:val="sk-SK"/>
        </w:rPr>
      </w:pPr>
      <w:r w:rsidRPr="0018226A">
        <w:rPr>
          <w:szCs w:val="24"/>
          <w:lang w:val="sk-SK"/>
        </w:rPr>
        <w:t>Do priestorov materskej školy nie je dovolené prinášať predmety, ktoré nesúvisia s činnosťou školy, môžu poškodiť majetok školy alebo ohroziť bezpečnosť a zdravie detí. Zákonní zástupcovia zodpovedajú za predmety, ktoré dieťa prinesie z domu, ak ich prinesenie nebolo vopred dohodnuté s pedagogickým zamestnancom.</w:t>
      </w:r>
    </w:p>
    <w:p w14:paraId="57ED235C" w14:textId="77777777" w:rsidR="0018226A" w:rsidRDefault="0018226A" w:rsidP="0018226A">
      <w:pPr>
        <w:rPr>
          <w:szCs w:val="24"/>
          <w:lang w:val="sk-SK"/>
        </w:rPr>
      </w:pPr>
      <w:r w:rsidRPr="0018226A">
        <w:rPr>
          <w:szCs w:val="24"/>
          <w:lang w:val="sk-SK"/>
        </w:rPr>
        <w:t>Ochrana majetku materskej školy je spoločnou povinnosťou všetkých zamestnancov, detí primerane ich veku, zákonných zástupcov a osôb pohybujúcich sa v priestoroch školy. Cieľom týchto pravidiel je zabezpečiť bezpečné, funkčné a podnetné prostredie pre výchovu a vzdelávanie detí.</w:t>
      </w:r>
    </w:p>
    <w:p w14:paraId="125C3144" w14:textId="77777777" w:rsidR="00C04CB3" w:rsidRPr="0018226A" w:rsidRDefault="00C04CB3" w:rsidP="00C04CB3">
      <w:pPr>
        <w:spacing w:after="0"/>
        <w:rPr>
          <w:szCs w:val="24"/>
          <w:lang w:val="sk-SK"/>
        </w:rPr>
      </w:pPr>
    </w:p>
    <w:p w14:paraId="09E0F75D" w14:textId="77777777" w:rsidR="00C04CB3" w:rsidRDefault="00B917A5" w:rsidP="00B917A5">
      <w:pPr>
        <w:pStyle w:val="Nadpis1"/>
        <w:spacing w:before="0"/>
        <w:jc w:val="center"/>
        <w:rPr>
          <w:rFonts w:ascii="Arial" w:eastAsia="Arial" w:hAnsi="Arial" w:cs="Arial"/>
          <w:color w:val="0070C0"/>
          <w:sz w:val="24"/>
        </w:rPr>
      </w:pPr>
      <w:bookmarkStart w:id="79" w:name="_Toc238333774"/>
      <w:r w:rsidRPr="00F74900">
        <w:rPr>
          <w:rFonts w:ascii="Arial" w:eastAsia="Arial" w:hAnsi="Arial" w:cs="Arial"/>
          <w:color w:val="0070C0"/>
          <w:sz w:val="24"/>
        </w:rPr>
        <w:t xml:space="preserve">Článok X. </w:t>
      </w:r>
    </w:p>
    <w:p w14:paraId="3F726DAB" w14:textId="60E9F175" w:rsidR="00B917A5" w:rsidRDefault="00B917A5" w:rsidP="00B917A5">
      <w:pPr>
        <w:pStyle w:val="Nadpis1"/>
        <w:spacing w:before="0"/>
        <w:jc w:val="center"/>
        <w:rPr>
          <w:rFonts w:ascii="Arial" w:eastAsia="Arial" w:hAnsi="Arial" w:cs="Arial"/>
          <w:color w:val="0070C0"/>
          <w:sz w:val="24"/>
        </w:rPr>
      </w:pPr>
      <w:r w:rsidRPr="00F74900">
        <w:rPr>
          <w:rFonts w:ascii="Arial" w:eastAsia="Arial" w:hAnsi="Arial" w:cs="Arial"/>
          <w:color w:val="0070C0"/>
          <w:sz w:val="24"/>
        </w:rPr>
        <w:t>Ochrana osobných údajov detí</w:t>
      </w:r>
      <w:bookmarkEnd w:id="79"/>
    </w:p>
    <w:p w14:paraId="613C49D9" w14:textId="77777777" w:rsidR="00C04CB3" w:rsidRPr="00C04CB3" w:rsidRDefault="00C04CB3" w:rsidP="00C04CB3">
      <w:pPr>
        <w:spacing w:after="0"/>
      </w:pPr>
    </w:p>
    <w:p w14:paraId="4B7B0429" w14:textId="77777777" w:rsidR="00240AAA" w:rsidRPr="00240AAA" w:rsidRDefault="00240AAA" w:rsidP="00240AAA">
      <w:pPr>
        <w:rPr>
          <w:szCs w:val="24"/>
          <w:lang w:val="sk-SK"/>
        </w:rPr>
      </w:pPr>
      <w:r w:rsidRPr="00240AAA">
        <w:rPr>
          <w:szCs w:val="24"/>
          <w:lang w:val="sk-SK"/>
        </w:rPr>
        <w:t>Materská škola spracúva osobné údaje detí v rozsahu potrebnom na zabezpečenie predprimárneho vzdelávania, vedenie pedagogickej a ďalšej školskej dokumentácie, plnenie zákonných povinností, ochranu života a zdravia detí, poskytovanie podporných opatrení, komunikáciu so zákonnými zástupcami a zabezpečenie prevádzky materskej školy.</w:t>
      </w:r>
    </w:p>
    <w:p w14:paraId="495B7B6D" w14:textId="77777777" w:rsidR="00240AAA" w:rsidRPr="00240AAA" w:rsidRDefault="00240AAA" w:rsidP="00240AAA">
      <w:pPr>
        <w:rPr>
          <w:szCs w:val="24"/>
          <w:lang w:val="sk-SK"/>
        </w:rPr>
      </w:pPr>
      <w:r w:rsidRPr="00240AAA">
        <w:rPr>
          <w:szCs w:val="24"/>
          <w:lang w:val="sk-SK"/>
        </w:rPr>
        <w:t>Osobné údaje detí sa spracúvajú najmä v rozsahu identifikačných údajov dieťaťa, údajov o zákonných zástupcoch, údajov potrebných na vedenie osobného spisu dieťaťa, údajov o dochádzke, zdravotnej spôsobilosti, stravovaní, špeciálnych výchovno-vzdelávacích potrebách, podporných opatreniach, úrazoch, ospravedlňovaní neprítomnosti a ďalších údajov nevyhnutných na riadne zabezpečenie výchovy a vzdelávania.</w:t>
      </w:r>
    </w:p>
    <w:p w14:paraId="559AD8F7" w14:textId="77777777" w:rsidR="00240AAA" w:rsidRPr="00240AAA" w:rsidRDefault="00240AAA" w:rsidP="00240AAA">
      <w:pPr>
        <w:rPr>
          <w:szCs w:val="24"/>
          <w:lang w:val="sk-SK"/>
        </w:rPr>
      </w:pPr>
      <w:r w:rsidRPr="00240AAA">
        <w:rPr>
          <w:szCs w:val="24"/>
          <w:lang w:val="sk-SK"/>
        </w:rPr>
        <w:t>Materská škola spracúva osobné údaje detí zákonným spôsobom, primerane, v nevyhnutnom rozsahu a len na účel, na ktorý boli získané. Prístup k osobným údajom detí majú iba oprávnení zamestnanci materskej školy a ďalšie oprávnené osoby v rozsahu potrebnom na plnenie ich pracovných alebo zákonných povinností.</w:t>
      </w:r>
    </w:p>
    <w:p w14:paraId="308269CD" w14:textId="77777777" w:rsidR="00240AAA" w:rsidRPr="00240AAA" w:rsidRDefault="00240AAA" w:rsidP="00240AAA">
      <w:pPr>
        <w:rPr>
          <w:szCs w:val="24"/>
          <w:lang w:val="sk-SK"/>
        </w:rPr>
      </w:pPr>
      <w:r w:rsidRPr="00240AAA">
        <w:rPr>
          <w:szCs w:val="24"/>
          <w:lang w:val="sk-SK"/>
        </w:rPr>
        <w:lastRenderedPageBreak/>
        <w:t>Dokumentácia obsahujúca osobné údaje detí sa uchováva tak, aby bola chránená pred stratou, poškodením, neoprávneným prístupom, zverejnením alebo zneužitím. Písomné dokumenty sa ukladajú na určenom mieste a elektronické údaje sa spracúvajú v informačných systémoch a elektronických úložiskách určených materskou školou alebo zriaďovateľom.</w:t>
      </w:r>
    </w:p>
    <w:p w14:paraId="1621B0CC" w14:textId="77777777" w:rsidR="00240AAA" w:rsidRPr="00240AAA" w:rsidRDefault="00240AAA" w:rsidP="00240AAA">
      <w:pPr>
        <w:rPr>
          <w:szCs w:val="24"/>
          <w:lang w:val="sk-SK"/>
        </w:rPr>
      </w:pPr>
      <w:r w:rsidRPr="00240AAA">
        <w:rPr>
          <w:szCs w:val="24"/>
          <w:lang w:val="sk-SK"/>
        </w:rPr>
        <w:t>Informácie o dieťati sa poskytujú výlučne zákonnému zástupcovi dieťaťa, oprávnenej osobe alebo príslušnému orgánu v rozsahu ustanovenom právnymi predpismi. Materská škola neposkytuje informácie o dieťati iným rodičom, cudzím osobám ani neoprávneným subjektom.</w:t>
      </w:r>
    </w:p>
    <w:p w14:paraId="258834FD" w14:textId="77777777" w:rsidR="00240AAA" w:rsidRPr="00240AAA" w:rsidRDefault="00240AAA" w:rsidP="00240AAA">
      <w:pPr>
        <w:rPr>
          <w:szCs w:val="24"/>
          <w:lang w:val="sk-SK"/>
        </w:rPr>
      </w:pPr>
      <w:r w:rsidRPr="00240AAA">
        <w:rPr>
          <w:szCs w:val="24"/>
          <w:lang w:val="sk-SK"/>
        </w:rPr>
        <w:t>Pedagogickí zamestnanci a ostatní zamestnanci materskej školy sú povinní pri komunikácii o dieťati zachovávať diskrétnosť. Informácie o zdravotnom stave dieťaťa, jeho správaní, rodinných pomeroch, špeciálnych výchovno-vzdelávacích potrebách, podporných opatreniach alebo iných citlivých skutočnostiach sa riešia dôverným spôsobom, nie verejne pred inými rodičmi, deťmi alebo neoprávnenými osobami.</w:t>
      </w:r>
    </w:p>
    <w:p w14:paraId="75658E32" w14:textId="77777777" w:rsidR="00240AAA" w:rsidRPr="00240AAA" w:rsidRDefault="00240AAA" w:rsidP="00240AAA">
      <w:pPr>
        <w:rPr>
          <w:szCs w:val="24"/>
          <w:lang w:val="sk-SK"/>
        </w:rPr>
      </w:pPr>
      <w:r w:rsidRPr="00240AAA">
        <w:rPr>
          <w:szCs w:val="24"/>
          <w:lang w:val="sk-SK"/>
        </w:rPr>
        <w:t>Zverejňovanie fotografií, videozáznamov, mena dieťaťa, výsledkov jeho činnosti alebo iných údajov, ktoré umožňujú jeho identifikáciu, je možné len v súlade s platnými právnymi predpismi a v rozsahu udeleného súhlasu zákonného zástupcu, ak sa takýto súhlas vyžaduje. Zákonný zástupca môže udelený súhlas odvolať spôsobom určeným materskou školou.</w:t>
      </w:r>
    </w:p>
    <w:p w14:paraId="540D0E85" w14:textId="77777777" w:rsidR="00240AAA" w:rsidRPr="00240AAA" w:rsidRDefault="00240AAA" w:rsidP="00240AAA">
      <w:pPr>
        <w:rPr>
          <w:szCs w:val="24"/>
          <w:lang w:val="sk-SK"/>
        </w:rPr>
      </w:pPr>
      <w:r w:rsidRPr="00240AAA">
        <w:rPr>
          <w:szCs w:val="24"/>
          <w:lang w:val="sk-SK"/>
        </w:rPr>
        <w:t>Zákonní zástupcovia sú povinní rešpektovať ochranu osobných údajov ostatných detí a zamestnancov materskej školy. Fotografie, videozáznamy alebo iné záznamy zo školských aktivít, na ktorých sú zachytené aj iné deti alebo zamestnanci školy, nesmú zverejňovať na verejne dostupných miestach, sociálnych sieťach alebo iných platformách bez súhlasu dotknutých osôb alebo ich zákonných zástupcov.</w:t>
      </w:r>
    </w:p>
    <w:p w14:paraId="13F2F5FC" w14:textId="77777777" w:rsidR="00240AAA" w:rsidRPr="00240AAA" w:rsidRDefault="00240AAA" w:rsidP="00240AAA">
      <w:pPr>
        <w:rPr>
          <w:szCs w:val="24"/>
          <w:lang w:val="sk-SK"/>
        </w:rPr>
      </w:pPr>
      <w:r w:rsidRPr="00240AAA">
        <w:rPr>
          <w:szCs w:val="24"/>
          <w:lang w:val="sk-SK"/>
        </w:rPr>
        <w:t>Zamestnanci materskej školy sú povinní bezodkladne oznámiť riaditeľke materskej školy každé podozrenie na porušenie ochrany osobných údajov dieťaťa, stratu dokumentácie, neoprávnené sprístupnenie údajov alebo inú udalosť, ktorá by mohla ohroziť dôvernosť, dostupnosť alebo správnosť osobných údajov.</w:t>
      </w:r>
    </w:p>
    <w:p w14:paraId="6AD38D13" w14:textId="77777777" w:rsidR="00240AAA" w:rsidRDefault="00240AAA" w:rsidP="00240AAA">
      <w:pPr>
        <w:rPr>
          <w:szCs w:val="24"/>
          <w:lang w:val="sk-SK"/>
        </w:rPr>
      </w:pPr>
      <w:r w:rsidRPr="00240AAA">
        <w:rPr>
          <w:szCs w:val="24"/>
          <w:lang w:val="sk-SK"/>
        </w:rPr>
        <w:t>Ochrana osobných údajov detí je súčasťou ochrany ich dôstojnosti, súkromia a najlepšieho záujmu. Materská škola pri spracúvaní údajov postupuje tak, aby boli práva dieťaťa a zákonných zástupcov rešpektované v čo najvyššej možnej miere.</w:t>
      </w:r>
    </w:p>
    <w:p w14:paraId="6FE90EAB" w14:textId="77777777" w:rsidR="00F74900" w:rsidRPr="00240AAA" w:rsidRDefault="00F74900" w:rsidP="00C04CB3">
      <w:pPr>
        <w:spacing w:after="0"/>
        <w:rPr>
          <w:szCs w:val="24"/>
          <w:lang w:val="sk-SK"/>
        </w:rPr>
      </w:pPr>
    </w:p>
    <w:p w14:paraId="25BEA935" w14:textId="77777777" w:rsidR="008212A0" w:rsidRPr="00F74900" w:rsidRDefault="00FD0C97" w:rsidP="00FD0C97">
      <w:pPr>
        <w:pStyle w:val="Nadpis1"/>
        <w:spacing w:before="0"/>
        <w:jc w:val="center"/>
        <w:rPr>
          <w:rFonts w:ascii="Arial" w:eastAsia="Arial" w:hAnsi="Arial" w:cs="Arial"/>
          <w:color w:val="0070C0"/>
          <w:sz w:val="24"/>
        </w:rPr>
      </w:pPr>
      <w:bookmarkStart w:id="80" w:name="_Toc238333775"/>
      <w:r w:rsidRPr="00F74900">
        <w:rPr>
          <w:rFonts w:ascii="Arial" w:eastAsia="Arial" w:hAnsi="Arial" w:cs="Arial"/>
          <w:color w:val="0070C0"/>
          <w:sz w:val="24"/>
        </w:rPr>
        <w:t xml:space="preserve">Článok XI. </w:t>
      </w:r>
    </w:p>
    <w:p w14:paraId="50D80B83" w14:textId="2787F494" w:rsidR="00FD0C97" w:rsidRPr="00F74900" w:rsidRDefault="00FD0C97" w:rsidP="00FD0C97">
      <w:pPr>
        <w:pStyle w:val="Nadpis1"/>
        <w:spacing w:before="0"/>
        <w:jc w:val="center"/>
        <w:rPr>
          <w:rFonts w:ascii="Arial" w:eastAsia="Arial" w:hAnsi="Arial" w:cs="Arial"/>
          <w:color w:val="0070C0"/>
          <w:sz w:val="24"/>
        </w:rPr>
      </w:pPr>
      <w:r w:rsidRPr="00F74900">
        <w:rPr>
          <w:rFonts w:ascii="Arial" w:eastAsia="Arial" w:hAnsi="Arial" w:cs="Arial"/>
          <w:color w:val="0070C0"/>
          <w:sz w:val="24"/>
        </w:rPr>
        <w:t>Podnety, sťažnosti a riešenie porušenia školského poriadku</w:t>
      </w:r>
      <w:bookmarkEnd w:id="80"/>
    </w:p>
    <w:p w14:paraId="122DCB99" w14:textId="77777777" w:rsidR="00F74900" w:rsidRPr="00F74900" w:rsidRDefault="00F74900" w:rsidP="00C04CB3">
      <w:pPr>
        <w:spacing w:after="0"/>
      </w:pPr>
    </w:p>
    <w:p w14:paraId="75CC2C90" w14:textId="77777777" w:rsidR="00AF5909" w:rsidRPr="008A06FC" w:rsidRDefault="00000000">
      <w:pPr>
        <w:rPr>
          <w:szCs w:val="24"/>
        </w:rPr>
      </w:pPr>
      <w:r w:rsidRPr="008A06FC">
        <w:rPr>
          <w:szCs w:val="24"/>
        </w:rPr>
        <w:t xml:space="preserve">Podnety a sťažnosti sa riešia vecne, včas a primerane ich závažnosti. Zákonný zástupca sa v bežných otázkach obracia najprv na triednu učiteľku; ak vec nie je </w:t>
      </w:r>
      <w:r w:rsidRPr="008A06FC">
        <w:rPr>
          <w:szCs w:val="24"/>
        </w:rPr>
        <w:lastRenderedPageBreak/>
        <w:t>vyriešená, môže sa obrátiť na zástupkyňu alebo riaditeľku školy. Podnety týkajúce sa bezpečnosti, násilia, šikanovania, diskriminácie alebo segregácie sa riešia bezodkladne.</w:t>
      </w:r>
    </w:p>
    <w:p w14:paraId="34D6862D" w14:textId="77777777" w:rsidR="00AF5909" w:rsidRDefault="00000000">
      <w:pPr>
        <w:rPr>
          <w:szCs w:val="24"/>
        </w:rPr>
      </w:pPr>
      <w:r w:rsidRPr="008A06FC">
        <w:rPr>
          <w:szCs w:val="24"/>
        </w:rPr>
        <w:t>Pri porušení školského poriadku škola prijíma primerané opatrenia podľa závažnosti, opakovania a následkov konania. Môže ísť najmä o pohovor, písomné upozornenie, prijatie výchovných a organizačných opatrení, vyžiadanie súčinnosti zákonného zástupcu, spoluprácu s poradenským zariadením alebo oznámenie príslušným orgánom, ak to vyžaduje zákon alebo ochrana dieťaťa.</w:t>
      </w:r>
    </w:p>
    <w:p w14:paraId="495E20C5" w14:textId="77777777" w:rsidR="00F74900" w:rsidRPr="008A06FC" w:rsidRDefault="00F74900">
      <w:pPr>
        <w:rPr>
          <w:szCs w:val="24"/>
        </w:rPr>
      </w:pPr>
    </w:p>
    <w:p w14:paraId="10918F36" w14:textId="77777777" w:rsidR="00C04CB3" w:rsidRDefault="00FD0C97" w:rsidP="00FD0C97">
      <w:pPr>
        <w:pStyle w:val="Nadpis1"/>
        <w:spacing w:before="0"/>
        <w:jc w:val="center"/>
        <w:rPr>
          <w:rFonts w:ascii="Arial" w:eastAsia="Arial" w:hAnsi="Arial" w:cs="Arial"/>
          <w:color w:val="0070C0"/>
          <w:sz w:val="24"/>
        </w:rPr>
      </w:pPr>
      <w:bookmarkStart w:id="81" w:name="_Toc238333776"/>
      <w:r w:rsidRPr="00F74900">
        <w:rPr>
          <w:rFonts w:ascii="Arial" w:eastAsia="Arial" w:hAnsi="Arial" w:cs="Arial"/>
          <w:color w:val="0070C0"/>
          <w:sz w:val="24"/>
        </w:rPr>
        <w:t xml:space="preserve">Článok XII. </w:t>
      </w:r>
    </w:p>
    <w:p w14:paraId="4A1B2AFE" w14:textId="5D63FF81" w:rsidR="00C04CB3" w:rsidRDefault="00FD0C97" w:rsidP="007D371C">
      <w:pPr>
        <w:pStyle w:val="Nadpis1"/>
        <w:spacing w:before="0"/>
        <w:jc w:val="center"/>
        <w:rPr>
          <w:rFonts w:ascii="Arial" w:eastAsia="Arial" w:hAnsi="Arial" w:cs="Arial"/>
          <w:color w:val="0070C0"/>
          <w:sz w:val="24"/>
        </w:rPr>
      </w:pPr>
      <w:r w:rsidRPr="00F74900">
        <w:rPr>
          <w:rFonts w:ascii="Arial" w:eastAsia="Arial" w:hAnsi="Arial" w:cs="Arial"/>
          <w:color w:val="0070C0"/>
          <w:sz w:val="24"/>
        </w:rPr>
        <w:t>Záverečné ustanovenia</w:t>
      </w:r>
      <w:bookmarkEnd w:id="81"/>
    </w:p>
    <w:p w14:paraId="29609F4A" w14:textId="77777777" w:rsidR="007D371C" w:rsidRPr="007D371C" w:rsidRDefault="007D371C" w:rsidP="007D371C"/>
    <w:p w14:paraId="73345C16" w14:textId="2FD644D3" w:rsidR="006B6617" w:rsidRPr="00351BAD" w:rsidRDefault="00F17552" w:rsidP="00C04CB3">
      <w:pPr>
        <w:ind w:left="360" w:hanging="360"/>
        <w:rPr>
          <w:b/>
          <w:bCs/>
          <w:color w:val="0070C0"/>
          <w:szCs w:val="24"/>
          <w:lang w:val="sk-SK"/>
        </w:rPr>
      </w:pPr>
      <w:r w:rsidRPr="00F74900">
        <w:rPr>
          <w:b/>
          <w:bCs/>
          <w:color w:val="0070C0"/>
          <w:szCs w:val="24"/>
          <w:lang w:val="sk-SK"/>
        </w:rPr>
        <w:t>Derogačná klauzula a záverečné ustanovenia</w:t>
      </w:r>
    </w:p>
    <w:p w14:paraId="3ABD9DBF" w14:textId="77777777" w:rsidR="006B6617" w:rsidRPr="00351BAD" w:rsidRDefault="006B6617" w:rsidP="006B6617">
      <w:pPr>
        <w:pStyle w:val="Zoznamsodrkami"/>
        <w:numPr>
          <w:ilvl w:val="0"/>
          <w:numId w:val="0"/>
        </w:numPr>
        <w:rPr>
          <w:szCs w:val="24"/>
          <w:lang w:val="sk-SK"/>
        </w:rPr>
      </w:pPr>
      <w:r w:rsidRPr="00351BAD">
        <w:rPr>
          <w:szCs w:val="24"/>
          <w:lang w:val="sk-SK"/>
        </w:rPr>
        <w:t xml:space="preserve">Nadobudnutím účinnosti tohto školského poriadku sa ruší </w:t>
      </w:r>
      <w:r w:rsidRPr="00351BAD">
        <w:rPr>
          <w:b/>
          <w:bCs/>
          <w:szCs w:val="24"/>
          <w:lang w:val="sk-SK"/>
        </w:rPr>
        <w:t>Školský poriadok</w:t>
      </w:r>
      <w:r>
        <w:rPr>
          <w:b/>
          <w:bCs/>
          <w:szCs w:val="24"/>
          <w:lang w:val="sk-SK"/>
        </w:rPr>
        <w:t xml:space="preserve"> </w:t>
      </w:r>
      <w:r w:rsidRPr="00351BAD">
        <w:rPr>
          <w:b/>
          <w:bCs/>
          <w:szCs w:val="24"/>
          <w:lang w:val="sk-SK"/>
        </w:rPr>
        <w:t>Materskej školy, Stromová 3, Trenčín vydaný dňa 2. 8. 2021</w:t>
      </w:r>
      <w:r w:rsidRPr="00351BAD">
        <w:rPr>
          <w:szCs w:val="24"/>
          <w:lang w:val="sk-SK"/>
        </w:rPr>
        <w:t>, vrátane všetkých jeho dodatkov, zmien a doplnení, ktoré boli vydané pred nadobudnutím účinnosti tohto školského poriadku, ak ich obsah bol zapracovaný do tohto školského poriadku alebo je s ním v rozpore.</w:t>
      </w:r>
    </w:p>
    <w:p w14:paraId="175975A4" w14:textId="77777777" w:rsidR="00436692" w:rsidRPr="006B6617" w:rsidRDefault="00FD0C97" w:rsidP="006B6617">
      <w:pPr>
        <w:pStyle w:val="Odsekzoznamu"/>
        <w:numPr>
          <w:ilvl w:val="0"/>
          <w:numId w:val="140"/>
        </w:numPr>
        <w:jc w:val="both"/>
        <w:rPr>
          <w:bCs/>
          <w:szCs w:val="24"/>
        </w:rPr>
      </w:pPr>
      <w:r w:rsidRPr="006B6617">
        <w:rPr>
          <w:bCs/>
          <w:szCs w:val="24"/>
        </w:rPr>
        <w:t>Tento školský poriadok bol prerokovaný v pedagogickej rade a v rade školy a nadobúda platnosť a účinnosť dňom jeho vydania riaditeľkou materskej školy.</w:t>
      </w:r>
    </w:p>
    <w:p w14:paraId="5E02D278" w14:textId="77777777" w:rsidR="00436692" w:rsidRPr="006B6617" w:rsidRDefault="00FD0C97" w:rsidP="00F17552">
      <w:pPr>
        <w:pStyle w:val="Odsekzoznamu"/>
        <w:numPr>
          <w:ilvl w:val="0"/>
          <w:numId w:val="140"/>
        </w:numPr>
        <w:spacing w:after="0"/>
        <w:jc w:val="both"/>
        <w:rPr>
          <w:bCs/>
          <w:szCs w:val="24"/>
        </w:rPr>
      </w:pPr>
      <w:r w:rsidRPr="006B6617">
        <w:rPr>
          <w:bCs/>
          <w:szCs w:val="24"/>
        </w:rPr>
        <w:t>Porušenie ustanovení školského poriadku sa posudzuje podľa charakteru a závažnosti porušenia. Materská škola prijíma primerané opatrenia v súlade s platnými právnymi predpismi, pričom dotknutá osoba je pred prijatím opatrenia oboznámená so zistenými skutočnosťami.</w:t>
      </w:r>
    </w:p>
    <w:p w14:paraId="2D5120C8" w14:textId="77777777" w:rsidR="00351BAD" w:rsidRPr="00351BAD" w:rsidRDefault="00351BAD" w:rsidP="00F17552">
      <w:pPr>
        <w:pStyle w:val="Zoznamsodrkami"/>
        <w:numPr>
          <w:ilvl w:val="0"/>
          <w:numId w:val="140"/>
        </w:numPr>
        <w:spacing w:after="0"/>
        <w:rPr>
          <w:szCs w:val="24"/>
          <w:lang w:val="sk-SK"/>
        </w:rPr>
      </w:pPr>
      <w:r w:rsidRPr="00351BAD">
        <w:rPr>
          <w:szCs w:val="24"/>
          <w:lang w:val="sk-SK"/>
        </w:rPr>
        <w:t>Vnútorné predpisy, smernice, pokyny a prílohy materskej školy zostávajú v platnosti v rozsahu, v akom nie sú v rozpore s týmto školským poriadkom, platnými právnymi predpismi a pokynmi zriaďovateľa.</w:t>
      </w:r>
    </w:p>
    <w:p w14:paraId="1C6374AC" w14:textId="77777777" w:rsidR="006B6617" w:rsidRDefault="00351BAD" w:rsidP="006B6617">
      <w:pPr>
        <w:pStyle w:val="Zoznamsodrkami"/>
        <w:numPr>
          <w:ilvl w:val="0"/>
          <w:numId w:val="140"/>
        </w:numPr>
        <w:rPr>
          <w:szCs w:val="24"/>
          <w:lang w:val="sk-SK"/>
        </w:rPr>
      </w:pPr>
      <w:r w:rsidRPr="00351BAD">
        <w:rPr>
          <w:szCs w:val="24"/>
          <w:lang w:val="sk-SK"/>
        </w:rPr>
        <w:t>Školský poriadok nadobúda platnosť dňom jeho vydania riaditeľkou materskej školy a účinnosť dňom uvedeným na titulnej strane školského poriadku.</w:t>
      </w:r>
    </w:p>
    <w:p w14:paraId="2E7FA00F" w14:textId="77777777" w:rsidR="006B6617" w:rsidRDefault="00351BAD" w:rsidP="006B6617">
      <w:pPr>
        <w:pStyle w:val="Zoznamsodrkami"/>
        <w:numPr>
          <w:ilvl w:val="0"/>
          <w:numId w:val="140"/>
        </w:numPr>
        <w:rPr>
          <w:szCs w:val="24"/>
          <w:lang w:val="sk-SK"/>
        </w:rPr>
      </w:pPr>
      <w:r w:rsidRPr="00351BAD">
        <w:rPr>
          <w:szCs w:val="24"/>
          <w:lang w:val="sk-SK"/>
        </w:rPr>
        <w:t>Školský poriadok je zverejnený na verejne prístupnom mieste v materskej škole a na webovom sídle školy.</w:t>
      </w:r>
    </w:p>
    <w:p w14:paraId="712C346A" w14:textId="77777777" w:rsidR="006B6617" w:rsidRDefault="00351BAD" w:rsidP="006B6617">
      <w:pPr>
        <w:pStyle w:val="Zoznamsodrkami"/>
        <w:numPr>
          <w:ilvl w:val="0"/>
          <w:numId w:val="140"/>
        </w:numPr>
        <w:rPr>
          <w:szCs w:val="24"/>
          <w:lang w:val="sk-SK"/>
        </w:rPr>
      </w:pPr>
      <w:r w:rsidRPr="00351BAD">
        <w:rPr>
          <w:szCs w:val="24"/>
          <w:lang w:val="sk-SK"/>
        </w:rPr>
        <w:t>So školským poriadkom sú preukázateľne oboznámení zamestnanci materskej školy. Zákonní zástupcovia detí sú o jeho vydaní, obsahu a spôsobe sprístupnenia informovaní vhodným spôsobom.</w:t>
      </w:r>
    </w:p>
    <w:p w14:paraId="4D1F13B2" w14:textId="77D25CD0" w:rsidR="00E54E31" w:rsidRPr="00D41055" w:rsidRDefault="00351BAD" w:rsidP="00D41055">
      <w:pPr>
        <w:pStyle w:val="Zoznamsodrkami"/>
        <w:numPr>
          <w:ilvl w:val="0"/>
          <w:numId w:val="140"/>
        </w:numPr>
        <w:rPr>
          <w:szCs w:val="24"/>
          <w:lang w:val="sk-SK"/>
        </w:rPr>
      </w:pPr>
      <w:r w:rsidRPr="00351BAD">
        <w:rPr>
          <w:szCs w:val="24"/>
          <w:lang w:val="sk-SK"/>
        </w:rPr>
        <w:t>Školský poriadok možno meniť a dopĺňať dodatkom vydaným riaditeľkou materskej školy po prerokovaní v pedagogickej rade a v rade školy.</w:t>
      </w:r>
      <w:bookmarkStart w:id="82" w:name="_Toc238333777"/>
    </w:p>
    <w:bookmarkEnd w:id="82"/>
    <w:p w14:paraId="38E440D0" w14:textId="77777777" w:rsidR="00F74900" w:rsidRDefault="00F74900" w:rsidP="00D6378C">
      <w:pPr>
        <w:jc w:val="both"/>
        <w:rPr>
          <w:bCs/>
          <w:szCs w:val="24"/>
          <w:lang w:val="sk-SK"/>
        </w:rPr>
      </w:pPr>
    </w:p>
    <w:p w14:paraId="362C477C" w14:textId="5F6D1C80" w:rsidR="00E54E31" w:rsidRPr="00F74900" w:rsidRDefault="00E54E31" w:rsidP="00E54E31">
      <w:pPr>
        <w:pStyle w:val="Nadpis1"/>
        <w:spacing w:before="0"/>
        <w:jc w:val="both"/>
        <w:rPr>
          <w:rFonts w:ascii="Arial" w:hAnsi="Arial" w:cs="Arial"/>
          <w:color w:val="0070C0"/>
          <w:sz w:val="24"/>
          <w:szCs w:val="24"/>
          <w:lang w:val="sk-SK"/>
        </w:rPr>
      </w:pPr>
      <w:r w:rsidRPr="00F74900">
        <w:rPr>
          <w:rFonts w:ascii="Arial" w:eastAsia="Arial" w:hAnsi="Arial" w:cs="Arial"/>
          <w:color w:val="0070C0"/>
          <w:sz w:val="24"/>
        </w:rPr>
        <w:lastRenderedPageBreak/>
        <w:t>Právny rámec a použité zdroje</w:t>
      </w:r>
    </w:p>
    <w:p w14:paraId="257C2293" w14:textId="0115A374" w:rsidR="00D6378C" w:rsidRPr="00D6378C" w:rsidRDefault="00D6378C" w:rsidP="00D6378C">
      <w:pPr>
        <w:jc w:val="both"/>
        <w:rPr>
          <w:bCs/>
          <w:szCs w:val="24"/>
          <w:lang w:val="sk-SK"/>
        </w:rPr>
      </w:pPr>
      <w:r w:rsidRPr="00D6378C">
        <w:rPr>
          <w:bCs/>
          <w:szCs w:val="24"/>
          <w:lang w:val="sk-SK"/>
        </w:rPr>
        <w:t>Pri vypracovaní školského poriadku boli použité najmä tieto všeobecne záväzné právne predpisy, metodické materiály a interné dokumenty školy:</w:t>
      </w:r>
    </w:p>
    <w:p w14:paraId="26472CA2" w14:textId="77777777" w:rsidR="00D6378C" w:rsidRPr="00D6378C" w:rsidRDefault="00D6378C" w:rsidP="00D6378C">
      <w:pPr>
        <w:jc w:val="both"/>
        <w:rPr>
          <w:b/>
          <w:bCs/>
          <w:szCs w:val="24"/>
          <w:lang w:val="sk-SK"/>
        </w:rPr>
      </w:pPr>
      <w:r w:rsidRPr="00D6378C">
        <w:rPr>
          <w:b/>
          <w:bCs/>
          <w:szCs w:val="24"/>
          <w:lang w:val="sk-SK"/>
        </w:rPr>
        <w:t>Právne predpisy</w:t>
      </w:r>
    </w:p>
    <w:p w14:paraId="1388046B" w14:textId="77777777" w:rsidR="00D6378C" w:rsidRPr="00D6378C" w:rsidRDefault="00D6378C" w:rsidP="00D6378C">
      <w:pPr>
        <w:numPr>
          <w:ilvl w:val="0"/>
          <w:numId w:val="134"/>
        </w:numPr>
        <w:jc w:val="both"/>
        <w:rPr>
          <w:bCs/>
          <w:szCs w:val="24"/>
          <w:lang w:val="sk-SK"/>
        </w:rPr>
      </w:pPr>
      <w:r w:rsidRPr="00D6378C">
        <w:rPr>
          <w:bCs/>
          <w:szCs w:val="24"/>
          <w:lang w:val="sk-SK"/>
        </w:rPr>
        <w:t>Ústava Slovenskej republiky,</w:t>
      </w:r>
    </w:p>
    <w:p w14:paraId="641E2DDF" w14:textId="77777777" w:rsidR="00D6378C" w:rsidRPr="00D6378C" w:rsidRDefault="00D6378C" w:rsidP="00D6378C">
      <w:pPr>
        <w:numPr>
          <w:ilvl w:val="0"/>
          <w:numId w:val="134"/>
        </w:numPr>
        <w:jc w:val="both"/>
        <w:rPr>
          <w:bCs/>
          <w:szCs w:val="24"/>
          <w:lang w:val="sk-SK"/>
        </w:rPr>
      </w:pPr>
      <w:r w:rsidRPr="00D6378C">
        <w:rPr>
          <w:bCs/>
          <w:szCs w:val="24"/>
          <w:lang w:val="sk-SK"/>
        </w:rPr>
        <w:t>Dohovor o právach dieťaťa,</w:t>
      </w:r>
    </w:p>
    <w:p w14:paraId="74D2BC45" w14:textId="77777777" w:rsidR="00D6378C" w:rsidRPr="00D6378C" w:rsidRDefault="00D6378C" w:rsidP="00D6378C">
      <w:pPr>
        <w:numPr>
          <w:ilvl w:val="0"/>
          <w:numId w:val="134"/>
        </w:numPr>
        <w:jc w:val="both"/>
        <w:rPr>
          <w:bCs/>
          <w:szCs w:val="24"/>
          <w:lang w:val="sk-SK"/>
        </w:rPr>
      </w:pPr>
      <w:r w:rsidRPr="00D6378C">
        <w:rPr>
          <w:bCs/>
          <w:szCs w:val="24"/>
          <w:lang w:val="sk-SK"/>
        </w:rPr>
        <w:t>Dohovor Organizácie Spojených národov o právach osôb so zdravotným postihnutím,</w:t>
      </w:r>
    </w:p>
    <w:p w14:paraId="538D915C" w14:textId="77777777" w:rsidR="00D6378C" w:rsidRPr="00D6378C" w:rsidRDefault="00D6378C" w:rsidP="00D6378C">
      <w:pPr>
        <w:numPr>
          <w:ilvl w:val="0"/>
          <w:numId w:val="134"/>
        </w:numPr>
        <w:jc w:val="both"/>
        <w:rPr>
          <w:bCs/>
          <w:szCs w:val="24"/>
          <w:lang w:val="sk-SK"/>
        </w:rPr>
      </w:pPr>
      <w:r w:rsidRPr="00D6378C">
        <w:rPr>
          <w:bCs/>
          <w:szCs w:val="24"/>
          <w:lang w:val="sk-SK"/>
        </w:rPr>
        <w:t>zákon č. 245/2008 Z. z. o výchove a vzdelávaní, školský zákon, v znení neskorších predpisov,</w:t>
      </w:r>
    </w:p>
    <w:p w14:paraId="790E5EA5" w14:textId="77777777" w:rsidR="00D6378C" w:rsidRPr="00D6378C" w:rsidRDefault="00FE5B64" w:rsidP="00D6378C">
      <w:pPr>
        <w:numPr>
          <w:ilvl w:val="0"/>
          <w:numId w:val="134"/>
        </w:numPr>
        <w:jc w:val="both"/>
        <w:rPr>
          <w:bCs/>
          <w:szCs w:val="24"/>
          <w:lang w:val="sk-SK"/>
        </w:rPr>
      </w:pPr>
      <w:r w:rsidRPr="00FD0C97">
        <w:rPr>
          <w:bCs/>
          <w:szCs w:val="24"/>
          <w:lang w:val="sk-SK"/>
        </w:rPr>
        <w:t>Z</w:t>
      </w:r>
      <w:r w:rsidR="00D6378C" w:rsidRPr="00D6378C">
        <w:rPr>
          <w:bCs/>
          <w:szCs w:val="24"/>
          <w:lang w:val="sk-SK"/>
        </w:rPr>
        <w:t>ákon č. 321/2025 Z. z. o školskej správe a o zmene a doplnení niektorých zákonov,</w:t>
      </w:r>
    </w:p>
    <w:p w14:paraId="3751D32F" w14:textId="77777777" w:rsidR="00D6378C" w:rsidRPr="00D6378C" w:rsidRDefault="00FE5B64" w:rsidP="00D6378C">
      <w:pPr>
        <w:numPr>
          <w:ilvl w:val="0"/>
          <w:numId w:val="134"/>
        </w:numPr>
        <w:jc w:val="both"/>
        <w:rPr>
          <w:bCs/>
          <w:szCs w:val="24"/>
          <w:lang w:val="sk-SK"/>
        </w:rPr>
      </w:pPr>
      <w:r w:rsidRPr="00FD0C97">
        <w:rPr>
          <w:bCs/>
          <w:szCs w:val="24"/>
          <w:lang w:val="sk-SK"/>
        </w:rPr>
        <w:t>Z</w:t>
      </w:r>
      <w:r w:rsidR="00D6378C" w:rsidRPr="00D6378C">
        <w:rPr>
          <w:bCs/>
          <w:szCs w:val="24"/>
          <w:lang w:val="sk-SK"/>
        </w:rPr>
        <w:t>ákon č. 138/2019 Z. z. o pedagogických zamestnancoch a odborných zamestnancoch,</w:t>
      </w:r>
    </w:p>
    <w:p w14:paraId="591F73A3" w14:textId="77777777" w:rsidR="00D6378C" w:rsidRPr="00D6378C" w:rsidRDefault="00FE5B64" w:rsidP="00D6378C">
      <w:pPr>
        <w:numPr>
          <w:ilvl w:val="0"/>
          <w:numId w:val="134"/>
        </w:numPr>
        <w:jc w:val="both"/>
        <w:rPr>
          <w:bCs/>
          <w:szCs w:val="24"/>
          <w:lang w:val="sk-SK"/>
        </w:rPr>
      </w:pPr>
      <w:r w:rsidRPr="00FD0C97">
        <w:rPr>
          <w:bCs/>
          <w:szCs w:val="24"/>
          <w:lang w:val="sk-SK"/>
        </w:rPr>
        <w:t>Z</w:t>
      </w:r>
      <w:r w:rsidR="00D6378C" w:rsidRPr="00D6378C">
        <w:rPr>
          <w:bCs/>
          <w:szCs w:val="24"/>
          <w:lang w:val="sk-SK"/>
        </w:rPr>
        <w:t>ákon č. 355/2007 Z. z. o ochrane, podpore a rozvoji verejného zdravia,</w:t>
      </w:r>
    </w:p>
    <w:p w14:paraId="26A40B95" w14:textId="77777777" w:rsidR="00D6378C" w:rsidRPr="00D6378C" w:rsidRDefault="00FE5B64" w:rsidP="00D6378C">
      <w:pPr>
        <w:numPr>
          <w:ilvl w:val="0"/>
          <w:numId w:val="134"/>
        </w:numPr>
        <w:jc w:val="both"/>
        <w:rPr>
          <w:bCs/>
          <w:szCs w:val="24"/>
          <w:lang w:val="sk-SK"/>
        </w:rPr>
      </w:pPr>
      <w:r w:rsidRPr="00FD0C97">
        <w:rPr>
          <w:bCs/>
          <w:szCs w:val="24"/>
          <w:lang w:val="sk-SK"/>
        </w:rPr>
        <w:t>Z</w:t>
      </w:r>
      <w:r w:rsidR="00D6378C" w:rsidRPr="00D6378C">
        <w:rPr>
          <w:bCs/>
          <w:szCs w:val="24"/>
          <w:lang w:val="sk-SK"/>
        </w:rPr>
        <w:t>ákon č. 365/2004 Z. z. o rovnakom zaobchádzaní, antidiskriminačný zákon,</w:t>
      </w:r>
    </w:p>
    <w:p w14:paraId="7E5D2506" w14:textId="77777777" w:rsidR="00D6378C" w:rsidRPr="00D6378C" w:rsidRDefault="00FE5B64" w:rsidP="00D6378C">
      <w:pPr>
        <w:numPr>
          <w:ilvl w:val="0"/>
          <w:numId w:val="134"/>
        </w:numPr>
        <w:jc w:val="both"/>
        <w:rPr>
          <w:bCs/>
          <w:szCs w:val="24"/>
          <w:lang w:val="sk-SK"/>
        </w:rPr>
      </w:pPr>
      <w:r w:rsidRPr="00FD0C97">
        <w:rPr>
          <w:bCs/>
          <w:szCs w:val="24"/>
          <w:lang w:val="sk-SK"/>
        </w:rPr>
        <w:t>Z</w:t>
      </w:r>
      <w:r w:rsidR="00D6378C" w:rsidRPr="00D6378C">
        <w:rPr>
          <w:bCs/>
          <w:szCs w:val="24"/>
          <w:lang w:val="sk-SK"/>
        </w:rPr>
        <w:t>ákon č. 18/2018 Z. z. o ochrane osobných údajov,</w:t>
      </w:r>
    </w:p>
    <w:p w14:paraId="56624579" w14:textId="77777777" w:rsidR="00D6378C" w:rsidRPr="00D6378C" w:rsidRDefault="00FE5B64" w:rsidP="00D6378C">
      <w:pPr>
        <w:numPr>
          <w:ilvl w:val="0"/>
          <w:numId w:val="134"/>
        </w:numPr>
        <w:jc w:val="both"/>
        <w:rPr>
          <w:bCs/>
          <w:szCs w:val="24"/>
          <w:lang w:val="sk-SK"/>
        </w:rPr>
      </w:pPr>
      <w:r w:rsidRPr="00FD0C97">
        <w:rPr>
          <w:bCs/>
          <w:szCs w:val="24"/>
          <w:lang w:val="sk-SK"/>
        </w:rPr>
        <w:t>N</w:t>
      </w:r>
      <w:r w:rsidR="00D6378C" w:rsidRPr="00D6378C">
        <w:rPr>
          <w:bCs/>
          <w:szCs w:val="24"/>
          <w:lang w:val="sk-SK"/>
        </w:rPr>
        <w:t>ariadenie Európskeho parlamentu a Rady (EÚ) 2016/679, GDPR,</w:t>
      </w:r>
    </w:p>
    <w:p w14:paraId="13101B2F" w14:textId="77777777" w:rsidR="00D6378C" w:rsidRPr="00D6378C" w:rsidRDefault="00FE5B64" w:rsidP="00D6378C">
      <w:pPr>
        <w:numPr>
          <w:ilvl w:val="0"/>
          <w:numId w:val="134"/>
        </w:numPr>
        <w:jc w:val="both"/>
        <w:rPr>
          <w:bCs/>
          <w:szCs w:val="24"/>
          <w:lang w:val="sk-SK"/>
        </w:rPr>
      </w:pPr>
      <w:r w:rsidRPr="00FD0C97">
        <w:rPr>
          <w:bCs/>
          <w:szCs w:val="24"/>
          <w:lang w:val="sk-SK"/>
        </w:rPr>
        <w:t>Z</w:t>
      </w:r>
      <w:r w:rsidR="00D6378C" w:rsidRPr="00D6378C">
        <w:rPr>
          <w:bCs/>
          <w:szCs w:val="24"/>
          <w:lang w:val="sk-SK"/>
        </w:rPr>
        <w:t>ákon č. 124/2006 Z. z. o bezpečnosti a ochrane zdravia pri práci,</w:t>
      </w:r>
    </w:p>
    <w:p w14:paraId="6BEFA6F3" w14:textId="77777777" w:rsidR="00D6378C" w:rsidRPr="00D6378C" w:rsidRDefault="00FE5B64" w:rsidP="00D6378C">
      <w:pPr>
        <w:numPr>
          <w:ilvl w:val="0"/>
          <w:numId w:val="134"/>
        </w:numPr>
        <w:jc w:val="both"/>
        <w:rPr>
          <w:bCs/>
          <w:szCs w:val="24"/>
          <w:lang w:val="sk-SK"/>
        </w:rPr>
      </w:pPr>
      <w:r w:rsidRPr="00FD0C97">
        <w:rPr>
          <w:bCs/>
          <w:szCs w:val="24"/>
          <w:lang w:val="sk-SK"/>
        </w:rPr>
        <w:t>Z</w:t>
      </w:r>
      <w:r w:rsidR="00D6378C" w:rsidRPr="00D6378C">
        <w:rPr>
          <w:bCs/>
          <w:szCs w:val="24"/>
          <w:lang w:val="sk-SK"/>
        </w:rPr>
        <w:t>ákon č. 314/2001 Z. z. o ochrane pred požiarmi,</w:t>
      </w:r>
    </w:p>
    <w:p w14:paraId="63E4A00D" w14:textId="77777777" w:rsidR="00D6378C" w:rsidRPr="00D6378C" w:rsidRDefault="00FE5B64" w:rsidP="00D6378C">
      <w:pPr>
        <w:numPr>
          <w:ilvl w:val="0"/>
          <w:numId w:val="134"/>
        </w:numPr>
        <w:jc w:val="both"/>
        <w:rPr>
          <w:bCs/>
          <w:szCs w:val="24"/>
          <w:lang w:val="sk-SK"/>
        </w:rPr>
      </w:pPr>
      <w:r w:rsidRPr="00FD0C97">
        <w:rPr>
          <w:bCs/>
          <w:szCs w:val="24"/>
          <w:lang w:val="sk-SK"/>
        </w:rPr>
        <w:t>V</w:t>
      </w:r>
      <w:r w:rsidR="00D6378C" w:rsidRPr="00D6378C">
        <w:rPr>
          <w:bCs/>
          <w:szCs w:val="24"/>
          <w:lang w:val="sk-SK"/>
        </w:rPr>
        <w:t>yhláška č. 541/2021 Z. z. o materskej škole,</w:t>
      </w:r>
    </w:p>
    <w:p w14:paraId="54DD0297" w14:textId="77777777" w:rsidR="00D6378C" w:rsidRPr="00D6378C" w:rsidRDefault="00FE5B64" w:rsidP="00D6378C">
      <w:pPr>
        <w:numPr>
          <w:ilvl w:val="0"/>
          <w:numId w:val="134"/>
        </w:numPr>
        <w:jc w:val="both"/>
        <w:rPr>
          <w:bCs/>
          <w:szCs w:val="24"/>
          <w:lang w:val="sk-SK"/>
        </w:rPr>
      </w:pPr>
      <w:r w:rsidRPr="00FD0C97">
        <w:rPr>
          <w:bCs/>
          <w:szCs w:val="24"/>
          <w:lang w:val="sk-SK"/>
        </w:rPr>
        <w:t>V</w:t>
      </w:r>
      <w:r w:rsidR="00D6378C" w:rsidRPr="00D6378C">
        <w:rPr>
          <w:bCs/>
          <w:szCs w:val="24"/>
          <w:lang w:val="sk-SK"/>
        </w:rPr>
        <w:t>yhláška MZ SR č. 75/2023 Z. z. o podrobnostiach o požiadavkách na zariadenia pre deti a mládež,</w:t>
      </w:r>
    </w:p>
    <w:p w14:paraId="3DB93BF7" w14:textId="77777777" w:rsidR="00D6378C" w:rsidRPr="00D6378C" w:rsidRDefault="00FE5B64" w:rsidP="00D6378C">
      <w:pPr>
        <w:numPr>
          <w:ilvl w:val="0"/>
          <w:numId w:val="134"/>
        </w:numPr>
        <w:jc w:val="both"/>
        <w:rPr>
          <w:bCs/>
          <w:szCs w:val="24"/>
          <w:lang w:val="sk-SK"/>
        </w:rPr>
      </w:pPr>
      <w:r w:rsidRPr="00FD0C97">
        <w:rPr>
          <w:bCs/>
          <w:szCs w:val="24"/>
          <w:lang w:val="sk-SK"/>
        </w:rPr>
        <w:t>V</w:t>
      </w:r>
      <w:r w:rsidR="00D6378C" w:rsidRPr="00D6378C">
        <w:rPr>
          <w:bCs/>
          <w:szCs w:val="24"/>
          <w:lang w:val="sk-SK"/>
        </w:rPr>
        <w:t>yhláška Ministerstva školstva SR č. 330/2009 Z. z. o zariadení školského stravovania,</w:t>
      </w:r>
    </w:p>
    <w:p w14:paraId="063E35CC" w14:textId="77777777" w:rsidR="00D6378C" w:rsidRPr="00D6378C" w:rsidRDefault="00FE5B64" w:rsidP="00D6378C">
      <w:pPr>
        <w:numPr>
          <w:ilvl w:val="0"/>
          <w:numId w:val="134"/>
        </w:numPr>
        <w:jc w:val="both"/>
        <w:rPr>
          <w:bCs/>
          <w:szCs w:val="24"/>
          <w:lang w:val="sk-SK"/>
        </w:rPr>
      </w:pPr>
      <w:r w:rsidRPr="00FD0C97">
        <w:rPr>
          <w:bCs/>
          <w:szCs w:val="24"/>
          <w:lang w:val="sk-SK"/>
        </w:rPr>
        <w:t>N</w:t>
      </w:r>
      <w:r w:rsidR="00D6378C" w:rsidRPr="00D6378C">
        <w:rPr>
          <w:bCs/>
          <w:szCs w:val="24"/>
          <w:lang w:val="sk-SK"/>
        </w:rPr>
        <w:t>ariadenie Európskeho parlamentu a Rady (ES) č. 852/2004 o hygiene potravín,</w:t>
      </w:r>
    </w:p>
    <w:p w14:paraId="1BA27607" w14:textId="77777777" w:rsidR="00D6378C" w:rsidRPr="00D6378C" w:rsidRDefault="00FE5B64" w:rsidP="00D6378C">
      <w:pPr>
        <w:numPr>
          <w:ilvl w:val="0"/>
          <w:numId w:val="134"/>
        </w:numPr>
        <w:jc w:val="both"/>
        <w:rPr>
          <w:bCs/>
          <w:szCs w:val="24"/>
          <w:lang w:val="sk-SK"/>
        </w:rPr>
      </w:pPr>
      <w:r w:rsidRPr="00FD0C97">
        <w:rPr>
          <w:bCs/>
          <w:szCs w:val="24"/>
          <w:lang w:val="sk-SK"/>
        </w:rPr>
        <w:t>V</w:t>
      </w:r>
      <w:r w:rsidR="00D6378C" w:rsidRPr="00D6378C">
        <w:rPr>
          <w:bCs/>
          <w:szCs w:val="24"/>
          <w:lang w:val="sk-SK"/>
        </w:rPr>
        <w:t>yhláška ÚPVII č. 78/2020 Z. z. o štandardoch pre informačné technológie verejnej správy.</w:t>
      </w:r>
    </w:p>
    <w:p w14:paraId="4296B6BF" w14:textId="77777777" w:rsidR="00D6378C" w:rsidRPr="00D6378C" w:rsidRDefault="00D6378C" w:rsidP="00D6378C">
      <w:pPr>
        <w:jc w:val="both"/>
        <w:rPr>
          <w:b/>
          <w:bCs/>
          <w:szCs w:val="24"/>
          <w:lang w:val="sk-SK"/>
        </w:rPr>
      </w:pPr>
      <w:r w:rsidRPr="00D6378C">
        <w:rPr>
          <w:b/>
          <w:bCs/>
          <w:szCs w:val="24"/>
          <w:lang w:val="sk-SK"/>
        </w:rPr>
        <w:t>Metodické a odborné materiály</w:t>
      </w:r>
    </w:p>
    <w:p w14:paraId="2AED8CD0" w14:textId="77777777" w:rsidR="00D6378C" w:rsidRPr="00D6378C" w:rsidRDefault="00D6378C" w:rsidP="00D6378C">
      <w:pPr>
        <w:numPr>
          <w:ilvl w:val="0"/>
          <w:numId w:val="135"/>
        </w:numPr>
        <w:jc w:val="both"/>
        <w:rPr>
          <w:bCs/>
          <w:szCs w:val="24"/>
          <w:lang w:val="sk-SK"/>
        </w:rPr>
      </w:pPr>
      <w:r w:rsidRPr="00D6378C">
        <w:rPr>
          <w:bCs/>
          <w:szCs w:val="24"/>
          <w:lang w:val="sk-SK"/>
        </w:rPr>
        <w:t>Štátny vzdelávací program pre predprimárne vzdelávanie v materských školách,</w:t>
      </w:r>
    </w:p>
    <w:p w14:paraId="763FCFB7" w14:textId="77777777" w:rsidR="00D6378C" w:rsidRPr="00D6378C" w:rsidRDefault="00FE5B64" w:rsidP="00D6378C">
      <w:pPr>
        <w:numPr>
          <w:ilvl w:val="0"/>
          <w:numId w:val="135"/>
        </w:numPr>
        <w:jc w:val="both"/>
        <w:rPr>
          <w:bCs/>
          <w:szCs w:val="24"/>
          <w:lang w:val="sk-SK"/>
        </w:rPr>
      </w:pPr>
      <w:r w:rsidRPr="00FD0C97">
        <w:rPr>
          <w:bCs/>
          <w:szCs w:val="24"/>
          <w:lang w:val="sk-SK"/>
        </w:rPr>
        <w:lastRenderedPageBreak/>
        <w:t>M</w:t>
      </w:r>
      <w:r w:rsidR="00D6378C" w:rsidRPr="00D6378C">
        <w:rPr>
          <w:bCs/>
          <w:szCs w:val="24"/>
          <w:lang w:val="sk-SK"/>
        </w:rPr>
        <w:t>etodické materiály Ministerstva školstva, výskumu, vývoja a mládeže Slovenskej republiky k vypracovaniu školského poriadku materskej školy,</w:t>
      </w:r>
    </w:p>
    <w:p w14:paraId="09109C9D" w14:textId="77777777" w:rsidR="00D6378C" w:rsidRPr="00D6378C" w:rsidRDefault="00FE5B64" w:rsidP="00D6378C">
      <w:pPr>
        <w:numPr>
          <w:ilvl w:val="0"/>
          <w:numId w:val="135"/>
        </w:numPr>
        <w:jc w:val="both"/>
        <w:rPr>
          <w:bCs/>
          <w:szCs w:val="24"/>
          <w:lang w:val="sk-SK"/>
        </w:rPr>
      </w:pPr>
      <w:r w:rsidRPr="00FD0C97">
        <w:rPr>
          <w:bCs/>
          <w:szCs w:val="24"/>
          <w:lang w:val="sk-SK"/>
        </w:rPr>
        <w:t>M</w:t>
      </w:r>
      <w:r w:rsidR="00D6378C" w:rsidRPr="00D6378C">
        <w:rPr>
          <w:bCs/>
          <w:szCs w:val="24"/>
          <w:lang w:val="sk-SK"/>
        </w:rPr>
        <w:t>etodické usmernenia k prijímaniu detí na predprimárne vzdelávanie,</w:t>
      </w:r>
    </w:p>
    <w:p w14:paraId="5D54F3B2" w14:textId="77777777" w:rsidR="00D6378C" w:rsidRPr="00D6378C" w:rsidRDefault="00FE5B64" w:rsidP="00D6378C">
      <w:pPr>
        <w:numPr>
          <w:ilvl w:val="0"/>
          <w:numId w:val="135"/>
        </w:numPr>
        <w:jc w:val="both"/>
        <w:rPr>
          <w:bCs/>
          <w:szCs w:val="24"/>
          <w:lang w:val="sk-SK"/>
        </w:rPr>
      </w:pPr>
      <w:r w:rsidRPr="00FD0C97">
        <w:rPr>
          <w:bCs/>
          <w:szCs w:val="24"/>
          <w:lang w:val="sk-SK"/>
        </w:rPr>
        <w:t>M</w:t>
      </w:r>
      <w:r w:rsidR="00D6378C" w:rsidRPr="00D6378C">
        <w:rPr>
          <w:bCs/>
          <w:szCs w:val="24"/>
          <w:lang w:val="sk-SK"/>
        </w:rPr>
        <w:t>etodické usmernenia k povinnému predprimárnemu vzdelávaniu,</w:t>
      </w:r>
    </w:p>
    <w:p w14:paraId="1F15EA81" w14:textId="77777777" w:rsidR="00D6378C" w:rsidRPr="00D6378C" w:rsidRDefault="00FE5B64" w:rsidP="00D6378C">
      <w:pPr>
        <w:numPr>
          <w:ilvl w:val="0"/>
          <w:numId w:val="135"/>
        </w:numPr>
        <w:jc w:val="both"/>
        <w:rPr>
          <w:bCs/>
          <w:szCs w:val="24"/>
          <w:lang w:val="sk-SK"/>
        </w:rPr>
      </w:pPr>
      <w:r w:rsidRPr="00FD0C97">
        <w:rPr>
          <w:bCs/>
          <w:szCs w:val="24"/>
          <w:lang w:val="sk-SK"/>
        </w:rPr>
        <w:t>U</w:t>
      </w:r>
      <w:r w:rsidR="00D6378C" w:rsidRPr="00D6378C">
        <w:rPr>
          <w:bCs/>
          <w:szCs w:val="24"/>
          <w:lang w:val="sk-SK"/>
        </w:rPr>
        <w:t>smernenie k všeobecným pravidlám ospravedlňovania neprítomnosti dieťaťa plniaceho povinné predprimárne vzdelávanie v materskej škole,</w:t>
      </w:r>
    </w:p>
    <w:p w14:paraId="26D20D7D" w14:textId="77777777" w:rsidR="00D6378C" w:rsidRPr="00D6378C" w:rsidRDefault="00FE5B64" w:rsidP="00D6378C">
      <w:pPr>
        <w:numPr>
          <w:ilvl w:val="0"/>
          <w:numId w:val="135"/>
        </w:numPr>
        <w:jc w:val="both"/>
        <w:rPr>
          <w:bCs/>
          <w:szCs w:val="24"/>
          <w:lang w:val="sk-SK"/>
        </w:rPr>
      </w:pPr>
      <w:r w:rsidRPr="00FD0C97">
        <w:rPr>
          <w:bCs/>
          <w:szCs w:val="24"/>
          <w:lang w:val="sk-SK"/>
        </w:rPr>
        <w:t>M</w:t>
      </w:r>
      <w:r w:rsidR="00D6378C" w:rsidRPr="00D6378C">
        <w:rPr>
          <w:bCs/>
          <w:szCs w:val="24"/>
          <w:lang w:val="sk-SK"/>
        </w:rPr>
        <w:t>etodické usmernenie Ministerstva školstva SR č. 4/2009-R k postupu pri vzniku registrovaného školského úrazu,</w:t>
      </w:r>
    </w:p>
    <w:p w14:paraId="635C37D8" w14:textId="77777777" w:rsidR="00D6378C" w:rsidRPr="00D6378C" w:rsidRDefault="00D6378C" w:rsidP="00D6378C">
      <w:pPr>
        <w:numPr>
          <w:ilvl w:val="0"/>
          <w:numId w:val="135"/>
        </w:numPr>
        <w:jc w:val="both"/>
        <w:rPr>
          <w:bCs/>
          <w:szCs w:val="24"/>
          <w:lang w:val="sk-SK"/>
        </w:rPr>
      </w:pPr>
      <w:r w:rsidRPr="00D6378C">
        <w:rPr>
          <w:bCs/>
          <w:szCs w:val="24"/>
          <w:lang w:val="sk-SK"/>
        </w:rPr>
        <w:t>Smernica MŠVVaM SR č. 1/2025 k prevencii a riešeniu šikanovania detí a žiakov v školách a školských zariadeniach,</w:t>
      </w:r>
    </w:p>
    <w:p w14:paraId="63D74597" w14:textId="77777777" w:rsidR="00D6378C" w:rsidRPr="00D6378C" w:rsidRDefault="00D6378C" w:rsidP="00D6378C">
      <w:pPr>
        <w:numPr>
          <w:ilvl w:val="0"/>
          <w:numId w:val="135"/>
        </w:numPr>
        <w:jc w:val="both"/>
        <w:rPr>
          <w:bCs/>
          <w:szCs w:val="24"/>
          <w:lang w:val="sk-SK"/>
        </w:rPr>
      </w:pPr>
      <w:r w:rsidRPr="00D6378C">
        <w:rPr>
          <w:bCs/>
          <w:szCs w:val="24"/>
          <w:lang w:val="sk-SK"/>
        </w:rPr>
        <w:t>Štandardy dodržiavania zákazu segregácie vo výchove a vzdelávaní,</w:t>
      </w:r>
    </w:p>
    <w:p w14:paraId="54958FD1" w14:textId="77777777" w:rsidR="00D6378C" w:rsidRPr="00D6378C" w:rsidRDefault="00D6378C" w:rsidP="00D6378C">
      <w:pPr>
        <w:numPr>
          <w:ilvl w:val="0"/>
          <w:numId w:val="135"/>
        </w:numPr>
        <w:jc w:val="both"/>
        <w:rPr>
          <w:bCs/>
          <w:szCs w:val="24"/>
          <w:lang w:val="sk-SK"/>
        </w:rPr>
      </w:pPr>
      <w:r w:rsidRPr="00D6378C">
        <w:rPr>
          <w:bCs/>
          <w:szCs w:val="24"/>
          <w:lang w:val="sk-SK"/>
        </w:rPr>
        <w:t>Príručka tvorby textového dokumentu v súlade s vyhláškou ÚPVII č. 78/2020 Z. z.</w:t>
      </w:r>
    </w:p>
    <w:p w14:paraId="08BB163A" w14:textId="77777777" w:rsidR="00D6378C" w:rsidRPr="00D6378C" w:rsidRDefault="00D6378C" w:rsidP="00D6378C">
      <w:pPr>
        <w:jc w:val="both"/>
        <w:rPr>
          <w:b/>
          <w:bCs/>
          <w:szCs w:val="24"/>
          <w:lang w:val="sk-SK"/>
        </w:rPr>
      </w:pPr>
      <w:r w:rsidRPr="00D6378C">
        <w:rPr>
          <w:b/>
          <w:bCs/>
          <w:szCs w:val="24"/>
          <w:lang w:val="sk-SK"/>
        </w:rPr>
        <w:t>Dokumenty školy a zriaďovateľa</w:t>
      </w:r>
    </w:p>
    <w:p w14:paraId="0C50659F" w14:textId="77777777" w:rsidR="00D6378C" w:rsidRPr="00D6378C" w:rsidRDefault="00D6378C" w:rsidP="00D6378C">
      <w:pPr>
        <w:numPr>
          <w:ilvl w:val="0"/>
          <w:numId w:val="136"/>
        </w:numPr>
        <w:jc w:val="both"/>
        <w:rPr>
          <w:bCs/>
          <w:szCs w:val="24"/>
          <w:lang w:val="sk-SK"/>
        </w:rPr>
      </w:pPr>
      <w:r w:rsidRPr="00D6378C">
        <w:rPr>
          <w:bCs/>
          <w:szCs w:val="24"/>
          <w:lang w:val="sk-SK"/>
        </w:rPr>
        <w:t>Zriaďovacia listina Materskej školy, Stromová 3, Trenčín,</w:t>
      </w:r>
    </w:p>
    <w:p w14:paraId="0357413C" w14:textId="77777777" w:rsidR="00D6378C" w:rsidRPr="00D6378C" w:rsidRDefault="00D6378C" w:rsidP="00D6378C">
      <w:pPr>
        <w:numPr>
          <w:ilvl w:val="0"/>
          <w:numId w:val="136"/>
        </w:numPr>
        <w:jc w:val="both"/>
        <w:rPr>
          <w:bCs/>
          <w:szCs w:val="24"/>
          <w:lang w:val="sk-SK"/>
        </w:rPr>
      </w:pPr>
      <w:r w:rsidRPr="00D6378C">
        <w:rPr>
          <w:bCs/>
          <w:szCs w:val="24"/>
          <w:lang w:val="sk-SK"/>
        </w:rPr>
        <w:t>Školský vzdelávací program Materskej školy, Stromová 3, Trenčín „Kľúčik do sveta“,</w:t>
      </w:r>
    </w:p>
    <w:p w14:paraId="456E3E50" w14:textId="77777777" w:rsidR="00D6378C" w:rsidRPr="00D6378C" w:rsidRDefault="00D6378C" w:rsidP="00D6378C">
      <w:pPr>
        <w:numPr>
          <w:ilvl w:val="0"/>
          <w:numId w:val="136"/>
        </w:numPr>
        <w:jc w:val="both"/>
        <w:rPr>
          <w:bCs/>
          <w:szCs w:val="24"/>
          <w:lang w:val="sk-SK"/>
        </w:rPr>
      </w:pPr>
      <w:r w:rsidRPr="00D6378C">
        <w:rPr>
          <w:bCs/>
          <w:szCs w:val="24"/>
          <w:lang w:val="sk-SK"/>
        </w:rPr>
        <w:t>Prevádzkový poriadok materskej školy,</w:t>
      </w:r>
    </w:p>
    <w:p w14:paraId="315960A6" w14:textId="77777777" w:rsidR="00D6378C" w:rsidRPr="00D6378C" w:rsidRDefault="00D6378C" w:rsidP="00D6378C">
      <w:pPr>
        <w:numPr>
          <w:ilvl w:val="0"/>
          <w:numId w:val="136"/>
        </w:numPr>
        <w:jc w:val="both"/>
        <w:rPr>
          <w:bCs/>
          <w:szCs w:val="24"/>
          <w:lang w:val="sk-SK"/>
        </w:rPr>
      </w:pPr>
      <w:r w:rsidRPr="00D6378C">
        <w:rPr>
          <w:bCs/>
          <w:szCs w:val="24"/>
          <w:lang w:val="sk-SK"/>
        </w:rPr>
        <w:t>Pracovný poriadok zamestnancov školy,</w:t>
      </w:r>
    </w:p>
    <w:p w14:paraId="4CDD9520" w14:textId="77777777" w:rsidR="00D6378C" w:rsidRPr="00D6378C" w:rsidRDefault="00FE5B64" w:rsidP="00D6378C">
      <w:pPr>
        <w:numPr>
          <w:ilvl w:val="0"/>
          <w:numId w:val="136"/>
        </w:numPr>
        <w:jc w:val="both"/>
        <w:rPr>
          <w:bCs/>
          <w:szCs w:val="24"/>
          <w:lang w:val="sk-SK"/>
        </w:rPr>
      </w:pPr>
      <w:r w:rsidRPr="00FD0C97">
        <w:rPr>
          <w:bCs/>
          <w:szCs w:val="24"/>
          <w:lang w:val="sk-SK"/>
        </w:rPr>
        <w:t>I</w:t>
      </w:r>
      <w:r w:rsidR="00D6378C" w:rsidRPr="00D6378C">
        <w:rPr>
          <w:bCs/>
          <w:szCs w:val="24"/>
          <w:lang w:val="sk-SK"/>
        </w:rPr>
        <w:t>nterné smernice a pokyny materskej školy,</w:t>
      </w:r>
    </w:p>
    <w:p w14:paraId="6BAEB7C7" w14:textId="77777777" w:rsidR="00D6378C" w:rsidRPr="00D6378C" w:rsidRDefault="00FE5B64" w:rsidP="00D6378C">
      <w:pPr>
        <w:numPr>
          <w:ilvl w:val="0"/>
          <w:numId w:val="136"/>
        </w:numPr>
        <w:jc w:val="both"/>
        <w:rPr>
          <w:bCs/>
          <w:szCs w:val="24"/>
          <w:lang w:val="sk-SK"/>
        </w:rPr>
      </w:pPr>
      <w:r w:rsidRPr="00FD0C97">
        <w:rPr>
          <w:bCs/>
          <w:szCs w:val="24"/>
          <w:lang w:val="sk-SK"/>
        </w:rPr>
        <w:t>V</w:t>
      </w:r>
      <w:r w:rsidR="00D6378C" w:rsidRPr="00D6378C">
        <w:rPr>
          <w:bCs/>
          <w:szCs w:val="24"/>
          <w:lang w:val="sk-SK"/>
        </w:rPr>
        <w:t>šeobecne záväzné nariadenia Mesta Trenčín upravujúce najmä výšku príspevku za pobyt dieťaťa v materskej škole, výšku príspevku na čiastočnú úhradu nákladov v školskej jedálni a ďalšie oblasti súvisiace s činnosťou materských škôl v zriaďovateľskej pôsobnosti mesta.</w:t>
      </w:r>
    </w:p>
    <w:p w14:paraId="28CD2E40" w14:textId="77777777" w:rsidR="00D6378C" w:rsidRDefault="00D6378C" w:rsidP="00D6378C">
      <w:pPr>
        <w:spacing w:after="0" w:line="240" w:lineRule="auto"/>
        <w:jc w:val="both"/>
        <w:rPr>
          <w:rFonts w:cstheme="minorHAnsi"/>
          <w:b/>
          <w:bCs/>
          <w:szCs w:val="24"/>
          <w:lang w:val="sk-SK"/>
        </w:rPr>
      </w:pPr>
    </w:p>
    <w:p w14:paraId="0D6FCA24" w14:textId="77777777" w:rsidR="00E54E31" w:rsidRDefault="00E54E31" w:rsidP="00D6378C">
      <w:pPr>
        <w:pStyle w:val="Nadpis1"/>
        <w:spacing w:before="0"/>
        <w:rPr>
          <w:rFonts w:ascii="Arial" w:eastAsia="Arial" w:hAnsi="Arial" w:cs="Arial"/>
          <w:sz w:val="24"/>
        </w:rPr>
      </w:pPr>
      <w:bookmarkStart w:id="83" w:name="_Toc238333778"/>
    </w:p>
    <w:p w14:paraId="62E33394" w14:textId="77777777" w:rsidR="00DC01A9" w:rsidRDefault="00DC01A9" w:rsidP="00D6378C">
      <w:pPr>
        <w:pStyle w:val="Nadpis1"/>
        <w:spacing w:before="0"/>
        <w:rPr>
          <w:rFonts w:ascii="Arial" w:eastAsia="Arial" w:hAnsi="Arial" w:cs="Arial"/>
          <w:sz w:val="24"/>
        </w:rPr>
      </w:pPr>
    </w:p>
    <w:p w14:paraId="17C3A40D" w14:textId="77777777" w:rsidR="00DC01A9" w:rsidRDefault="00DC01A9" w:rsidP="00D6378C">
      <w:pPr>
        <w:pStyle w:val="Nadpis1"/>
        <w:spacing w:before="0"/>
        <w:rPr>
          <w:rFonts w:ascii="Arial" w:eastAsia="Arial" w:hAnsi="Arial" w:cs="Arial"/>
          <w:sz w:val="24"/>
        </w:rPr>
      </w:pPr>
    </w:p>
    <w:p w14:paraId="76F59FFF" w14:textId="77777777" w:rsidR="00DC01A9" w:rsidRDefault="00DC01A9" w:rsidP="00D6378C">
      <w:pPr>
        <w:pStyle w:val="Nadpis1"/>
        <w:spacing w:before="0"/>
        <w:rPr>
          <w:rFonts w:ascii="Arial" w:eastAsia="Arial" w:hAnsi="Arial" w:cs="Arial"/>
          <w:sz w:val="24"/>
        </w:rPr>
      </w:pPr>
    </w:p>
    <w:p w14:paraId="4BBF0332" w14:textId="77777777" w:rsidR="00DC01A9" w:rsidRDefault="00DC01A9" w:rsidP="00D6378C">
      <w:pPr>
        <w:pStyle w:val="Nadpis1"/>
        <w:spacing w:before="0"/>
        <w:rPr>
          <w:rFonts w:ascii="Arial" w:eastAsia="Arial" w:hAnsi="Arial" w:cs="Arial"/>
          <w:sz w:val="24"/>
        </w:rPr>
      </w:pPr>
    </w:p>
    <w:p w14:paraId="3215E683" w14:textId="77777777" w:rsidR="00DC01A9" w:rsidRPr="00DC01A9" w:rsidRDefault="00DC01A9" w:rsidP="00DC01A9"/>
    <w:p w14:paraId="30A6A8C8" w14:textId="77777777" w:rsidR="00EC662F" w:rsidRDefault="00EC662F" w:rsidP="00D6378C">
      <w:pPr>
        <w:pStyle w:val="Nadpis1"/>
        <w:spacing w:before="0"/>
        <w:rPr>
          <w:rFonts w:ascii="Arial" w:eastAsia="Arial" w:hAnsi="Arial" w:cs="Arial"/>
          <w:sz w:val="24"/>
        </w:rPr>
      </w:pPr>
    </w:p>
    <w:bookmarkEnd w:id="83"/>
    <w:p w14:paraId="66499382" w14:textId="77777777" w:rsidR="00EC662F" w:rsidRPr="00EC662F" w:rsidRDefault="00EC662F" w:rsidP="00EC662F"/>
    <w:sectPr w:rsidR="00EC662F" w:rsidRPr="00EC662F" w:rsidSect="00E54E31">
      <w:headerReference w:type="default" r:id="rId9"/>
      <w:footerReference w:type="default" r:id="rId10"/>
      <w:footerReference w:type="first" r:id="rId11"/>
      <w:pgSz w:w="11906" w:h="16838"/>
      <w:pgMar w:top="1134" w:right="1417" w:bottom="1134" w:left="1417"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15A34" w14:textId="77777777" w:rsidR="00CB4D3D" w:rsidRDefault="00CB4D3D">
      <w:pPr>
        <w:spacing w:after="0" w:line="240" w:lineRule="auto"/>
      </w:pPr>
      <w:r>
        <w:separator/>
      </w:r>
    </w:p>
  </w:endnote>
  <w:endnote w:type="continuationSeparator" w:id="0">
    <w:p w14:paraId="1C9DBA73" w14:textId="77777777" w:rsidR="00CB4D3D" w:rsidRDefault="00CB4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9A685" w14:textId="77777777" w:rsidR="00AF5909" w:rsidRDefault="00000000">
    <w:pPr>
      <w:pStyle w:val="Pta"/>
      <w:jc w:val="center"/>
    </w:pPr>
    <w:r>
      <w:rPr>
        <w:sz w:val="20"/>
      </w:rPr>
      <w:t xml:space="preserve">Strana </w:t>
    </w:r>
    <w:r>
      <w:fldChar w:fldCharType="begin"/>
    </w:r>
    <w:r>
      <w:instrText>PAGE</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22846" w14:textId="77777777" w:rsidR="00482B70" w:rsidRDefault="00482B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E13D4" w14:textId="77777777" w:rsidR="00CB4D3D" w:rsidRDefault="00CB4D3D">
      <w:pPr>
        <w:spacing w:after="0" w:line="240" w:lineRule="auto"/>
      </w:pPr>
      <w:r>
        <w:separator/>
      </w:r>
    </w:p>
  </w:footnote>
  <w:footnote w:type="continuationSeparator" w:id="0">
    <w:p w14:paraId="2EAF2E48" w14:textId="77777777" w:rsidR="00CB4D3D" w:rsidRDefault="00CB4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AC533" w14:textId="77777777" w:rsidR="00AF5909" w:rsidRDefault="00000000">
    <w:pPr>
      <w:pStyle w:val="Hlavika"/>
      <w:jc w:val="right"/>
    </w:pPr>
    <w:r>
      <w:rPr>
        <w:color w:val="595959"/>
        <w:sz w:val="18"/>
      </w:rPr>
      <w:t>Materská škola Stromová 3, Trenčín | Školský poriadok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63029BA4"/>
    <w:lvl w:ilvl="0">
      <w:start w:val="1"/>
      <w:numFmt w:val="bullet"/>
      <w:pStyle w:val="Zoznamsodrkami"/>
      <w:lvlText w:val=""/>
      <w:lvlJc w:val="left"/>
      <w:pPr>
        <w:tabs>
          <w:tab w:val="num" w:pos="360"/>
        </w:tabs>
        <w:ind w:left="360" w:hanging="360"/>
      </w:pPr>
      <w:rPr>
        <w:rFonts w:ascii="Symbol" w:hAnsi="Symbol" w:hint="default"/>
      </w:rPr>
    </w:lvl>
  </w:abstractNum>
  <w:abstractNum w:abstractNumId="9" w15:restartNumberingAfterBreak="0">
    <w:nsid w:val="00893530"/>
    <w:multiLevelType w:val="multilevel"/>
    <w:tmpl w:val="8752D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9C6945"/>
    <w:multiLevelType w:val="multilevel"/>
    <w:tmpl w:val="9EEE8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3E04992"/>
    <w:multiLevelType w:val="multilevel"/>
    <w:tmpl w:val="75DE3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4F5706"/>
    <w:multiLevelType w:val="multilevel"/>
    <w:tmpl w:val="B7D88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AB193E"/>
    <w:multiLevelType w:val="multilevel"/>
    <w:tmpl w:val="33C0B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A075993"/>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AD967EF"/>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B8A63D0"/>
    <w:multiLevelType w:val="multilevel"/>
    <w:tmpl w:val="D88E6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DF26B4"/>
    <w:multiLevelType w:val="multilevel"/>
    <w:tmpl w:val="EFE48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523704"/>
    <w:multiLevelType w:val="multilevel"/>
    <w:tmpl w:val="9C62E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F850AA0"/>
    <w:multiLevelType w:val="multilevel"/>
    <w:tmpl w:val="A6A0F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3752102"/>
    <w:multiLevelType w:val="multilevel"/>
    <w:tmpl w:val="E65AB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3CE0206"/>
    <w:multiLevelType w:val="multilevel"/>
    <w:tmpl w:val="9DD2E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0B0B1B"/>
    <w:multiLevelType w:val="multilevel"/>
    <w:tmpl w:val="6F52F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4DF6D70"/>
    <w:multiLevelType w:val="multilevel"/>
    <w:tmpl w:val="55A8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8441185"/>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88C7651"/>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A067D9"/>
    <w:multiLevelType w:val="multilevel"/>
    <w:tmpl w:val="92B24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98252DD"/>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AA908E6"/>
    <w:multiLevelType w:val="multilevel"/>
    <w:tmpl w:val="16400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B2A5721"/>
    <w:multiLevelType w:val="multilevel"/>
    <w:tmpl w:val="B46C4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B2E5F72"/>
    <w:multiLevelType w:val="multilevel"/>
    <w:tmpl w:val="DFE29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DB85AE0"/>
    <w:multiLevelType w:val="multilevel"/>
    <w:tmpl w:val="2DDE1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DF15874"/>
    <w:multiLevelType w:val="multilevel"/>
    <w:tmpl w:val="43187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E376955"/>
    <w:multiLevelType w:val="multilevel"/>
    <w:tmpl w:val="6EB4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EE158B5"/>
    <w:multiLevelType w:val="multilevel"/>
    <w:tmpl w:val="A94A1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05C2BB0"/>
    <w:multiLevelType w:val="multilevel"/>
    <w:tmpl w:val="5DEA5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08E0FC7"/>
    <w:multiLevelType w:val="multilevel"/>
    <w:tmpl w:val="D2885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09B0C93"/>
    <w:multiLevelType w:val="multilevel"/>
    <w:tmpl w:val="18F84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0F45C25"/>
    <w:multiLevelType w:val="multilevel"/>
    <w:tmpl w:val="7DD0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1893C16"/>
    <w:multiLevelType w:val="hybridMultilevel"/>
    <w:tmpl w:val="7C52F75E"/>
    <w:lvl w:ilvl="0" w:tplc="041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23C446FF"/>
    <w:multiLevelType w:val="multilevel"/>
    <w:tmpl w:val="ED22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52A6808"/>
    <w:multiLevelType w:val="multilevel"/>
    <w:tmpl w:val="8B84E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70105B8"/>
    <w:multiLevelType w:val="multilevel"/>
    <w:tmpl w:val="16D68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84B0E8B"/>
    <w:multiLevelType w:val="multilevel"/>
    <w:tmpl w:val="5106B7C8"/>
    <w:lvl w:ilvl="0">
      <w:start w:val="2"/>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2A0F2AA0"/>
    <w:multiLevelType w:val="multilevel"/>
    <w:tmpl w:val="CEAC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B593CBD"/>
    <w:multiLevelType w:val="multilevel"/>
    <w:tmpl w:val="BD3E9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B632A2A"/>
    <w:multiLevelType w:val="multilevel"/>
    <w:tmpl w:val="B44A3218"/>
    <w:lvl w:ilvl="0">
      <w:start w:val="3"/>
      <w:numFmt w:val="decimal"/>
      <w:lvlText w:val="%1"/>
      <w:lvlJc w:val="left"/>
      <w:pPr>
        <w:ind w:left="468" w:hanging="468"/>
      </w:pPr>
      <w:rPr>
        <w:rFonts w:hint="default"/>
        <w:i w:val="0"/>
      </w:rPr>
    </w:lvl>
    <w:lvl w:ilvl="1">
      <w:start w:val="12"/>
      <w:numFmt w:val="decimal"/>
      <w:lvlText w:val="%1.%2"/>
      <w:lvlJc w:val="left"/>
      <w:pPr>
        <w:ind w:left="540" w:hanging="468"/>
      </w:pPr>
      <w:rPr>
        <w:rFonts w:hint="default"/>
        <w:i w:val="0"/>
      </w:rPr>
    </w:lvl>
    <w:lvl w:ilvl="2">
      <w:start w:val="1"/>
      <w:numFmt w:val="decimal"/>
      <w:lvlText w:val="%1.%2.%3"/>
      <w:lvlJc w:val="left"/>
      <w:pPr>
        <w:ind w:left="864" w:hanging="720"/>
      </w:pPr>
      <w:rPr>
        <w:rFonts w:hint="default"/>
        <w:i w:val="0"/>
      </w:rPr>
    </w:lvl>
    <w:lvl w:ilvl="3">
      <w:start w:val="1"/>
      <w:numFmt w:val="decimal"/>
      <w:lvlText w:val="%1.%2.%3.%4"/>
      <w:lvlJc w:val="left"/>
      <w:pPr>
        <w:ind w:left="1296" w:hanging="1080"/>
      </w:pPr>
      <w:rPr>
        <w:rFonts w:hint="default"/>
        <w:i w:val="0"/>
      </w:rPr>
    </w:lvl>
    <w:lvl w:ilvl="4">
      <w:start w:val="1"/>
      <w:numFmt w:val="decimal"/>
      <w:lvlText w:val="%1.%2.%3.%4.%5"/>
      <w:lvlJc w:val="left"/>
      <w:pPr>
        <w:ind w:left="1368" w:hanging="1080"/>
      </w:pPr>
      <w:rPr>
        <w:rFonts w:hint="default"/>
        <w:i w:val="0"/>
      </w:rPr>
    </w:lvl>
    <w:lvl w:ilvl="5">
      <w:start w:val="1"/>
      <w:numFmt w:val="decimal"/>
      <w:lvlText w:val="%1.%2.%3.%4.%5.%6"/>
      <w:lvlJc w:val="left"/>
      <w:pPr>
        <w:ind w:left="1800" w:hanging="1440"/>
      </w:pPr>
      <w:rPr>
        <w:rFonts w:hint="default"/>
        <w:i w:val="0"/>
      </w:rPr>
    </w:lvl>
    <w:lvl w:ilvl="6">
      <w:start w:val="1"/>
      <w:numFmt w:val="decimal"/>
      <w:lvlText w:val="%1.%2.%3.%4.%5.%6.%7"/>
      <w:lvlJc w:val="left"/>
      <w:pPr>
        <w:ind w:left="1872" w:hanging="1440"/>
      </w:pPr>
      <w:rPr>
        <w:rFonts w:hint="default"/>
        <w:i w:val="0"/>
      </w:rPr>
    </w:lvl>
    <w:lvl w:ilvl="7">
      <w:start w:val="1"/>
      <w:numFmt w:val="decimal"/>
      <w:lvlText w:val="%1.%2.%3.%4.%5.%6.%7.%8"/>
      <w:lvlJc w:val="left"/>
      <w:pPr>
        <w:ind w:left="2304" w:hanging="1800"/>
      </w:pPr>
      <w:rPr>
        <w:rFonts w:hint="default"/>
        <w:i w:val="0"/>
      </w:rPr>
    </w:lvl>
    <w:lvl w:ilvl="8">
      <w:start w:val="1"/>
      <w:numFmt w:val="decimal"/>
      <w:lvlText w:val="%1.%2.%3.%4.%5.%6.%7.%8.%9"/>
      <w:lvlJc w:val="left"/>
      <w:pPr>
        <w:ind w:left="2376" w:hanging="1800"/>
      </w:pPr>
      <w:rPr>
        <w:rFonts w:hint="default"/>
        <w:i w:val="0"/>
      </w:rPr>
    </w:lvl>
  </w:abstractNum>
  <w:abstractNum w:abstractNumId="47" w15:restartNumberingAfterBreak="0">
    <w:nsid w:val="2BE813CC"/>
    <w:multiLevelType w:val="multilevel"/>
    <w:tmpl w:val="48B22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C0B58DA"/>
    <w:multiLevelType w:val="multilevel"/>
    <w:tmpl w:val="D286F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C270E53"/>
    <w:multiLevelType w:val="hybridMultilevel"/>
    <w:tmpl w:val="61EE6E5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0" w15:restartNumberingAfterBreak="0">
    <w:nsid w:val="2D6C3873"/>
    <w:multiLevelType w:val="hybridMultilevel"/>
    <w:tmpl w:val="C35420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2DD2033E"/>
    <w:multiLevelType w:val="hybridMultilevel"/>
    <w:tmpl w:val="95C6513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2F4D4B2D"/>
    <w:multiLevelType w:val="multilevel"/>
    <w:tmpl w:val="8CBC6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FA51A07"/>
    <w:multiLevelType w:val="multilevel"/>
    <w:tmpl w:val="851E7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01B43FD"/>
    <w:multiLevelType w:val="multilevel"/>
    <w:tmpl w:val="FB64C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03057C5"/>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25D637A"/>
    <w:multiLevelType w:val="multilevel"/>
    <w:tmpl w:val="12883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2AF0DED"/>
    <w:multiLevelType w:val="multilevel"/>
    <w:tmpl w:val="D2FCA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31C045C"/>
    <w:multiLevelType w:val="multilevel"/>
    <w:tmpl w:val="C28E5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3225171"/>
    <w:multiLevelType w:val="multilevel"/>
    <w:tmpl w:val="5E9C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3947F46"/>
    <w:multiLevelType w:val="multilevel"/>
    <w:tmpl w:val="F574F17A"/>
    <w:lvl w:ilvl="0">
      <w:start w:val="3"/>
      <w:numFmt w:val="decimal"/>
      <w:lvlText w:val="%1"/>
      <w:lvlJc w:val="left"/>
      <w:pPr>
        <w:ind w:left="468" w:hanging="468"/>
      </w:pPr>
      <w:rPr>
        <w:rFonts w:ascii="Arial" w:hAnsi="Arial" w:cs="Arial" w:hint="default"/>
        <w:i w:val="0"/>
        <w:color w:val="auto"/>
        <w:sz w:val="24"/>
      </w:rPr>
    </w:lvl>
    <w:lvl w:ilvl="1">
      <w:start w:val="12"/>
      <w:numFmt w:val="decimal"/>
      <w:lvlText w:val="%1.%2"/>
      <w:lvlJc w:val="left"/>
      <w:pPr>
        <w:ind w:left="468" w:hanging="468"/>
      </w:pPr>
      <w:rPr>
        <w:rFonts w:ascii="Arial" w:hAnsi="Arial" w:cs="Arial" w:hint="default"/>
        <w:i w:val="0"/>
        <w:color w:val="auto"/>
        <w:sz w:val="24"/>
      </w:rPr>
    </w:lvl>
    <w:lvl w:ilvl="2">
      <w:start w:val="1"/>
      <w:numFmt w:val="decimal"/>
      <w:lvlText w:val="%1.%2.%3"/>
      <w:lvlJc w:val="left"/>
      <w:pPr>
        <w:ind w:left="720" w:hanging="720"/>
      </w:pPr>
      <w:rPr>
        <w:rFonts w:ascii="Arial" w:hAnsi="Arial" w:cs="Arial" w:hint="default"/>
        <w:i w:val="0"/>
        <w:color w:val="auto"/>
        <w:sz w:val="24"/>
      </w:rPr>
    </w:lvl>
    <w:lvl w:ilvl="3">
      <w:start w:val="1"/>
      <w:numFmt w:val="decimal"/>
      <w:lvlText w:val="%1.%2.%3.%4"/>
      <w:lvlJc w:val="left"/>
      <w:pPr>
        <w:ind w:left="720" w:hanging="720"/>
      </w:pPr>
      <w:rPr>
        <w:rFonts w:ascii="Arial" w:hAnsi="Arial" w:cs="Arial" w:hint="default"/>
        <w:i w:val="0"/>
        <w:color w:val="auto"/>
        <w:sz w:val="24"/>
      </w:rPr>
    </w:lvl>
    <w:lvl w:ilvl="4">
      <w:start w:val="1"/>
      <w:numFmt w:val="decimal"/>
      <w:lvlText w:val="%1.%2.%3.%4.%5"/>
      <w:lvlJc w:val="left"/>
      <w:pPr>
        <w:ind w:left="1080" w:hanging="1080"/>
      </w:pPr>
      <w:rPr>
        <w:rFonts w:ascii="Arial" w:hAnsi="Arial" w:cs="Arial" w:hint="default"/>
        <w:i w:val="0"/>
        <w:color w:val="auto"/>
        <w:sz w:val="24"/>
      </w:rPr>
    </w:lvl>
    <w:lvl w:ilvl="5">
      <w:start w:val="1"/>
      <w:numFmt w:val="decimal"/>
      <w:lvlText w:val="%1.%2.%3.%4.%5.%6"/>
      <w:lvlJc w:val="left"/>
      <w:pPr>
        <w:ind w:left="1080" w:hanging="1080"/>
      </w:pPr>
      <w:rPr>
        <w:rFonts w:ascii="Arial" w:hAnsi="Arial" w:cs="Arial" w:hint="default"/>
        <w:i w:val="0"/>
        <w:color w:val="auto"/>
        <w:sz w:val="24"/>
      </w:rPr>
    </w:lvl>
    <w:lvl w:ilvl="6">
      <w:start w:val="1"/>
      <w:numFmt w:val="decimal"/>
      <w:lvlText w:val="%1.%2.%3.%4.%5.%6.%7"/>
      <w:lvlJc w:val="left"/>
      <w:pPr>
        <w:ind w:left="1440" w:hanging="1440"/>
      </w:pPr>
      <w:rPr>
        <w:rFonts w:ascii="Arial" w:hAnsi="Arial" w:cs="Arial" w:hint="default"/>
        <w:i w:val="0"/>
        <w:color w:val="auto"/>
        <w:sz w:val="24"/>
      </w:rPr>
    </w:lvl>
    <w:lvl w:ilvl="7">
      <w:start w:val="1"/>
      <w:numFmt w:val="decimal"/>
      <w:lvlText w:val="%1.%2.%3.%4.%5.%6.%7.%8"/>
      <w:lvlJc w:val="left"/>
      <w:pPr>
        <w:ind w:left="1440" w:hanging="1440"/>
      </w:pPr>
      <w:rPr>
        <w:rFonts w:ascii="Arial" w:hAnsi="Arial" w:cs="Arial" w:hint="default"/>
        <w:i w:val="0"/>
        <w:color w:val="auto"/>
        <w:sz w:val="24"/>
      </w:rPr>
    </w:lvl>
    <w:lvl w:ilvl="8">
      <w:start w:val="1"/>
      <w:numFmt w:val="decimal"/>
      <w:lvlText w:val="%1.%2.%3.%4.%5.%6.%7.%8.%9"/>
      <w:lvlJc w:val="left"/>
      <w:pPr>
        <w:ind w:left="1440" w:hanging="1440"/>
      </w:pPr>
      <w:rPr>
        <w:rFonts w:ascii="Arial" w:hAnsi="Arial" w:cs="Arial" w:hint="default"/>
        <w:i w:val="0"/>
        <w:color w:val="auto"/>
        <w:sz w:val="24"/>
      </w:rPr>
    </w:lvl>
  </w:abstractNum>
  <w:abstractNum w:abstractNumId="61" w15:restartNumberingAfterBreak="0">
    <w:nsid w:val="33BB4EA5"/>
    <w:multiLevelType w:val="multilevel"/>
    <w:tmpl w:val="91304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40734D3"/>
    <w:multiLevelType w:val="multilevel"/>
    <w:tmpl w:val="6C883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53856B7"/>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5DF7892"/>
    <w:multiLevelType w:val="multilevel"/>
    <w:tmpl w:val="B0AAD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61C7D2B"/>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80426E5"/>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88F0FE3"/>
    <w:multiLevelType w:val="multilevel"/>
    <w:tmpl w:val="323A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8D218D0"/>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AA92E2E"/>
    <w:multiLevelType w:val="hybridMultilevel"/>
    <w:tmpl w:val="CB4A62B2"/>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0" w15:restartNumberingAfterBreak="0">
    <w:nsid w:val="3B3C3DFC"/>
    <w:multiLevelType w:val="multilevel"/>
    <w:tmpl w:val="7F5AFDBC"/>
    <w:lvl w:ilvl="0">
      <w:start w:val="2"/>
      <w:numFmt w:val="decimal"/>
      <w:lvlText w:val="%1"/>
      <w:lvlJc w:val="left"/>
      <w:pPr>
        <w:ind w:left="468" w:hanging="468"/>
      </w:pPr>
      <w:rPr>
        <w:rFonts w:hint="default"/>
      </w:rPr>
    </w:lvl>
    <w:lvl w:ilvl="1">
      <w:start w:val="20"/>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3D274151"/>
    <w:multiLevelType w:val="multilevel"/>
    <w:tmpl w:val="121AF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D867497"/>
    <w:multiLevelType w:val="multilevel"/>
    <w:tmpl w:val="0750D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E520AED"/>
    <w:multiLevelType w:val="hybridMultilevel"/>
    <w:tmpl w:val="443E53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3FD169A0"/>
    <w:multiLevelType w:val="multilevel"/>
    <w:tmpl w:val="B5BC6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0431BF8"/>
    <w:multiLevelType w:val="multilevel"/>
    <w:tmpl w:val="80B62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0BC222A"/>
    <w:multiLevelType w:val="multilevel"/>
    <w:tmpl w:val="B8866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188510F"/>
    <w:multiLevelType w:val="multilevel"/>
    <w:tmpl w:val="F7E49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360717E"/>
    <w:multiLevelType w:val="multilevel"/>
    <w:tmpl w:val="8EFCC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4DE2F97"/>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54110B4"/>
    <w:multiLevelType w:val="multilevel"/>
    <w:tmpl w:val="0884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8343936"/>
    <w:multiLevelType w:val="multilevel"/>
    <w:tmpl w:val="1B841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84E2968"/>
    <w:multiLevelType w:val="multilevel"/>
    <w:tmpl w:val="487C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8A47AFB"/>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8C1656A"/>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93C37F8"/>
    <w:multiLevelType w:val="multilevel"/>
    <w:tmpl w:val="B76A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AA1405D"/>
    <w:multiLevelType w:val="multilevel"/>
    <w:tmpl w:val="D9A66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B640D2A"/>
    <w:multiLevelType w:val="multilevel"/>
    <w:tmpl w:val="890C2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D3F39DC"/>
    <w:multiLevelType w:val="hybridMultilevel"/>
    <w:tmpl w:val="5B8C5D0E"/>
    <w:lvl w:ilvl="0" w:tplc="0456ABFC">
      <w:start w:val="2"/>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9" w15:restartNumberingAfterBreak="0">
    <w:nsid w:val="4D672A22"/>
    <w:multiLevelType w:val="multilevel"/>
    <w:tmpl w:val="877E87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4F953BEB"/>
    <w:multiLevelType w:val="multilevel"/>
    <w:tmpl w:val="B4F0D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08C5375"/>
    <w:multiLevelType w:val="multilevel"/>
    <w:tmpl w:val="F1FE5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0A769DC"/>
    <w:multiLevelType w:val="multilevel"/>
    <w:tmpl w:val="D0BC6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1043A69"/>
    <w:multiLevelType w:val="multilevel"/>
    <w:tmpl w:val="0A6AD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30938CA"/>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3FD5179"/>
    <w:multiLevelType w:val="multilevel"/>
    <w:tmpl w:val="B570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4620943"/>
    <w:multiLevelType w:val="multilevel"/>
    <w:tmpl w:val="E250B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4A04013"/>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6E4417A"/>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75B73BB"/>
    <w:multiLevelType w:val="multilevel"/>
    <w:tmpl w:val="31027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88C3B37"/>
    <w:multiLevelType w:val="multilevel"/>
    <w:tmpl w:val="F93C2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96D7EAB"/>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AAC53DC"/>
    <w:multiLevelType w:val="multilevel"/>
    <w:tmpl w:val="E2AA3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BC308D9"/>
    <w:multiLevelType w:val="multilevel"/>
    <w:tmpl w:val="2E36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C894240"/>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CC003BC"/>
    <w:multiLevelType w:val="multilevel"/>
    <w:tmpl w:val="D4545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D640CDA"/>
    <w:multiLevelType w:val="multilevel"/>
    <w:tmpl w:val="6D663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E123331"/>
    <w:multiLevelType w:val="multilevel"/>
    <w:tmpl w:val="44FC0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E693341"/>
    <w:multiLevelType w:val="hybridMultilevel"/>
    <w:tmpl w:val="155E13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9" w15:restartNumberingAfterBreak="0">
    <w:nsid w:val="5F06413A"/>
    <w:multiLevelType w:val="multilevel"/>
    <w:tmpl w:val="3182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F213C09"/>
    <w:multiLevelType w:val="multilevel"/>
    <w:tmpl w:val="F0046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F2D1AAA"/>
    <w:multiLevelType w:val="multilevel"/>
    <w:tmpl w:val="57CA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FD24E28"/>
    <w:multiLevelType w:val="multilevel"/>
    <w:tmpl w:val="4C7C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FE80D8B"/>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1AB2249"/>
    <w:multiLevelType w:val="multilevel"/>
    <w:tmpl w:val="17A8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20A5F6F"/>
    <w:multiLevelType w:val="multilevel"/>
    <w:tmpl w:val="F7C6F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45437E3"/>
    <w:multiLevelType w:val="multilevel"/>
    <w:tmpl w:val="77126C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57C1B47"/>
    <w:multiLevelType w:val="multilevel"/>
    <w:tmpl w:val="5E50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6DF558D"/>
    <w:multiLevelType w:val="multilevel"/>
    <w:tmpl w:val="7DE2D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9192D30"/>
    <w:multiLevelType w:val="hybridMultilevel"/>
    <w:tmpl w:val="699C068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0" w15:restartNumberingAfterBreak="0">
    <w:nsid w:val="6B7405DE"/>
    <w:multiLevelType w:val="multilevel"/>
    <w:tmpl w:val="AFC21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E132AE6"/>
    <w:multiLevelType w:val="multilevel"/>
    <w:tmpl w:val="080C2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E9F1767"/>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EEA4EB0"/>
    <w:multiLevelType w:val="multilevel"/>
    <w:tmpl w:val="0BB8D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F7A691B"/>
    <w:multiLevelType w:val="multilevel"/>
    <w:tmpl w:val="0E681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13E28C0"/>
    <w:multiLevelType w:val="multilevel"/>
    <w:tmpl w:val="18305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1435C95"/>
    <w:multiLevelType w:val="multilevel"/>
    <w:tmpl w:val="1B8E6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16469A6"/>
    <w:multiLevelType w:val="hybridMultilevel"/>
    <w:tmpl w:val="60F0380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8" w15:restartNumberingAfterBreak="0">
    <w:nsid w:val="733174A6"/>
    <w:multiLevelType w:val="multilevel"/>
    <w:tmpl w:val="9B243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46633B5"/>
    <w:multiLevelType w:val="multilevel"/>
    <w:tmpl w:val="DB200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4F24B5E"/>
    <w:multiLevelType w:val="multilevel"/>
    <w:tmpl w:val="11C2B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50B6CA4"/>
    <w:multiLevelType w:val="multilevel"/>
    <w:tmpl w:val="52CCC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54B08AE"/>
    <w:multiLevelType w:val="multilevel"/>
    <w:tmpl w:val="3AE6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7F00C20"/>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9BF769A"/>
    <w:multiLevelType w:val="multilevel"/>
    <w:tmpl w:val="83F8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A3D3A88"/>
    <w:multiLevelType w:val="multilevel"/>
    <w:tmpl w:val="42D2D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A5C5EE4"/>
    <w:multiLevelType w:val="multilevel"/>
    <w:tmpl w:val="23DCF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B1D6A1B"/>
    <w:multiLevelType w:val="multilevel"/>
    <w:tmpl w:val="C6763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BED01C6"/>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D22488D"/>
    <w:multiLevelType w:val="multilevel"/>
    <w:tmpl w:val="FC0A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E414915"/>
    <w:multiLevelType w:val="multilevel"/>
    <w:tmpl w:val="C09C9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F122423"/>
    <w:multiLevelType w:val="multilevel"/>
    <w:tmpl w:val="1EC6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1245479">
    <w:abstractNumId w:val="8"/>
  </w:num>
  <w:num w:numId="2" w16cid:durableId="889222058">
    <w:abstractNumId w:val="6"/>
  </w:num>
  <w:num w:numId="3" w16cid:durableId="1477070128">
    <w:abstractNumId w:val="5"/>
  </w:num>
  <w:num w:numId="4" w16cid:durableId="8875332">
    <w:abstractNumId w:val="4"/>
  </w:num>
  <w:num w:numId="5" w16cid:durableId="1696425612">
    <w:abstractNumId w:val="7"/>
  </w:num>
  <w:num w:numId="6" w16cid:durableId="1715157546">
    <w:abstractNumId w:val="3"/>
  </w:num>
  <w:num w:numId="7" w16cid:durableId="869418989">
    <w:abstractNumId w:val="2"/>
  </w:num>
  <w:num w:numId="8" w16cid:durableId="1313176027">
    <w:abstractNumId w:val="1"/>
  </w:num>
  <w:num w:numId="9" w16cid:durableId="1861428232">
    <w:abstractNumId w:val="0"/>
  </w:num>
  <w:num w:numId="10" w16cid:durableId="1604873906">
    <w:abstractNumId w:val="39"/>
  </w:num>
  <w:num w:numId="11" w16cid:durableId="1430810694">
    <w:abstractNumId w:val="107"/>
  </w:num>
  <w:num w:numId="12" w16cid:durableId="1336617616">
    <w:abstractNumId w:val="66"/>
  </w:num>
  <w:num w:numId="13" w16cid:durableId="323751563">
    <w:abstractNumId w:val="50"/>
  </w:num>
  <w:num w:numId="14" w16cid:durableId="1526869100">
    <w:abstractNumId w:val="94"/>
  </w:num>
  <w:num w:numId="15" w16cid:durableId="1680235334">
    <w:abstractNumId w:val="63"/>
  </w:num>
  <w:num w:numId="16" w16cid:durableId="1599481642">
    <w:abstractNumId w:val="104"/>
  </w:num>
  <w:num w:numId="17" w16cid:durableId="700283016">
    <w:abstractNumId w:val="68"/>
  </w:num>
  <w:num w:numId="18" w16cid:durableId="1796949483">
    <w:abstractNumId w:val="97"/>
  </w:num>
  <w:num w:numId="19" w16cid:durableId="391272822">
    <w:abstractNumId w:val="15"/>
  </w:num>
  <w:num w:numId="20" w16cid:durableId="2008169989">
    <w:abstractNumId w:val="79"/>
  </w:num>
  <w:num w:numId="21" w16cid:durableId="1797604248">
    <w:abstractNumId w:val="133"/>
  </w:num>
  <w:num w:numId="22" w16cid:durableId="1226643392">
    <w:abstractNumId w:val="113"/>
  </w:num>
  <w:num w:numId="23" w16cid:durableId="1599438396">
    <w:abstractNumId w:val="84"/>
  </w:num>
  <w:num w:numId="24" w16cid:durableId="1290933610">
    <w:abstractNumId w:val="24"/>
  </w:num>
  <w:num w:numId="25" w16cid:durableId="2024237523">
    <w:abstractNumId w:val="43"/>
  </w:num>
  <w:num w:numId="26" w16cid:durableId="1227565250">
    <w:abstractNumId w:val="51"/>
  </w:num>
  <w:num w:numId="27" w16cid:durableId="2045712018">
    <w:abstractNumId w:val="73"/>
  </w:num>
  <w:num w:numId="28" w16cid:durableId="634801573">
    <w:abstractNumId w:val="119"/>
  </w:num>
  <w:num w:numId="29" w16cid:durableId="2056271742">
    <w:abstractNumId w:val="139"/>
  </w:num>
  <w:num w:numId="30" w16cid:durableId="901716095">
    <w:abstractNumId w:val="65"/>
  </w:num>
  <w:num w:numId="31" w16cid:durableId="624510710">
    <w:abstractNumId w:val="14"/>
  </w:num>
  <w:num w:numId="32" w16cid:durableId="483352235">
    <w:abstractNumId w:val="27"/>
  </w:num>
  <w:num w:numId="33" w16cid:durableId="1578326981">
    <w:abstractNumId w:val="25"/>
  </w:num>
  <w:num w:numId="34" w16cid:durableId="123890825">
    <w:abstractNumId w:val="122"/>
  </w:num>
  <w:num w:numId="35" w16cid:durableId="1428501207">
    <w:abstractNumId w:val="83"/>
  </w:num>
  <w:num w:numId="36" w16cid:durableId="1145438826">
    <w:abstractNumId w:val="138"/>
  </w:num>
  <w:num w:numId="37" w16cid:durableId="1012681418">
    <w:abstractNumId w:val="101"/>
  </w:num>
  <w:num w:numId="38" w16cid:durableId="741761113">
    <w:abstractNumId w:val="98"/>
  </w:num>
  <w:num w:numId="39" w16cid:durableId="2077244792">
    <w:abstractNumId w:val="55"/>
  </w:num>
  <w:num w:numId="40" w16cid:durableId="1139570462">
    <w:abstractNumId w:val="121"/>
  </w:num>
  <w:num w:numId="41" w16cid:durableId="742721637">
    <w:abstractNumId w:val="28"/>
  </w:num>
  <w:num w:numId="42" w16cid:durableId="1969584407">
    <w:abstractNumId w:val="61"/>
  </w:num>
  <w:num w:numId="43" w16cid:durableId="1172914702">
    <w:abstractNumId w:val="77"/>
  </w:num>
  <w:num w:numId="44" w16cid:durableId="176389538">
    <w:abstractNumId w:val="86"/>
  </w:num>
  <w:num w:numId="45" w16cid:durableId="2099208846">
    <w:abstractNumId w:val="141"/>
  </w:num>
  <w:num w:numId="46" w16cid:durableId="1316763737">
    <w:abstractNumId w:val="67"/>
  </w:num>
  <w:num w:numId="47" w16cid:durableId="361173813">
    <w:abstractNumId w:val="118"/>
  </w:num>
  <w:num w:numId="48" w16cid:durableId="211384659">
    <w:abstractNumId w:val="26"/>
  </w:num>
  <w:num w:numId="49" w16cid:durableId="1701323224">
    <w:abstractNumId w:val="130"/>
  </w:num>
  <w:num w:numId="50" w16cid:durableId="1296565821">
    <w:abstractNumId w:val="40"/>
  </w:num>
  <w:num w:numId="51" w16cid:durableId="763960370">
    <w:abstractNumId w:val="12"/>
  </w:num>
  <w:num w:numId="52" w16cid:durableId="1411582505">
    <w:abstractNumId w:val="32"/>
  </w:num>
  <w:num w:numId="53" w16cid:durableId="1674795578">
    <w:abstractNumId w:val="117"/>
  </w:num>
  <w:num w:numId="54" w16cid:durableId="1332677393">
    <w:abstractNumId w:val="53"/>
  </w:num>
  <w:num w:numId="55" w16cid:durableId="995690738">
    <w:abstractNumId w:val="45"/>
  </w:num>
  <w:num w:numId="56" w16cid:durableId="1558467169">
    <w:abstractNumId w:val="87"/>
  </w:num>
  <w:num w:numId="57" w16cid:durableId="1474984815">
    <w:abstractNumId w:val="47"/>
  </w:num>
  <w:num w:numId="58" w16cid:durableId="14621140">
    <w:abstractNumId w:val="114"/>
  </w:num>
  <w:num w:numId="59" w16cid:durableId="1439789967">
    <w:abstractNumId w:val="11"/>
  </w:num>
  <w:num w:numId="60" w16cid:durableId="362638908">
    <w:abstractNumId w:val="140"/>
  </w:num>
  <w:num w:numId="61" w16cid:durableId="175191693">
    <w:abstractNumId w:val="82"/>
  </w:num>
  <w:num w:numId="62" w16cid:durableId="124198654">
    <w:abstractNumId w:val="9"/>
  </w:num>
  <w:num w:numId="63" w16cid:durableId="1141079197">
    <w:abstractNumId w:val="62"/>
  </w:num>
  <w:num w:numId="64" w16cid:durableId="1149175662">
    <w:abstractNumId w:val="132"/>
  </w:num>
  <w:num w:numId="65" w16cid:durableId="403600327">
    <w:abstractNumId w:val="85"/>
  </w:num>
  <w:num w:numId="66" w16cid:durableId="2055156308">
    <w:abstractNumId w:val="120"/>
  </w:num>
  <w:num w:numId="67" w16cid:durableId="715466748">
    <w:abstractNumId w:val="19"/>
  </w:num>
  <w:num w:numId="68" w16cid:durableId="1055470374">
    <w:abstractNumId w:val="10"/>
  </w:num>
  <w:num w:numId="69" w16cid:durableId="176845704">
    <w:abstractNumId w:val="134"/>
  </w:num>
  <w:num w:numId="70" w16cid:durableId="1351179619">
    <w:abstractNumId w:val="126"/>
  </w:num>
  <w:num w:numId="71" w16cid:durableId="2056006209">
    <w:abstractNumId w:val="110"/>
  </w:num>
  <w:num w:numId="72" w16cid:durableId="404305593">
    <w:abstractNumId w:val="80"/>
  </w:num>
  <w:num w:numId="73" w16cid:durableId="1918442440">
    <w:abstractNumId w:val="34"/>
  </w:num>
  <w:num w:numId="74" w16cid:durableId="1507014800">
    <w:abstractNumId w:val="17"/>
  </w:num>
  <w:num w:numId="75" w16cid:durableId="573315257">
    <w:abstractNumId w:val="124"/>
  </w:num>
  <w:num w:numId="76" w16cid:durableId="1453010741">
    <w:abstractNumId w:val="23"/>
  </w:num>
  <w:num w:numId="77" w16cid:durableId="1202402855">
    <w:abstractNumId w:val="99"/>
  </w:num>
  <w:num w:numId="78" w16cid:durableId="909848365">
    <w:abstractNumId w:val="123"/>
  </w:num>
  <w:num w:numId="79" w16cid:durableId="1295718842">
    <w:abstractNumId w:val="20"/>
  </w:num>
  <w:num w:numId="80" w16cid:durableId="1494225032">
    <w:abstractNumId w:val="41"/>
  </w:num>
  <w:num w:numId="81" w16cid:durableId="551114277">
    <w:abstractNumId w:val="106"/>
  </w:num>
  <w:num w:numId="82" w16cid:durableId="887303905">
    <w:abstractNumId w:val="100"/>
  </w:num>
  <w:num w:numId="83" w16cid:durableId="79954960">
    <w:abstractNumId w:val="125"/>
  </w:num>
  <w:num w:numId="84" w16cid:durableId="1006522967">
    <w:abstractNumId w:val="21"/>
  </w:num>
  <w:num w:numId="85" w16cid:durableId="1168717718">
    <w:abstractNumId w:val="22"/>
  </w:num>
  <w:num w:numId="86" w16cid:durableId="101194695">
    <w:abstractNumId w:val="88"/>
  </w:num>
  <w:num w:numId="87" w16cid:durableId="2143844344">
    <w:abstractNumId w:val="89"/>
  </w:num>
  <w:num w:numId="88" w16cid:durableId="2115704327">
    <w:abstractNumId w:val="48"/>
  </w:num>
  <w:num w:numId="89" w16cid:durableId="909384614">
    <w:abstractNumId w:val="74"/>
  </w:num>
  <w:num w:numId="90" w16cid:durableId="733818232">
    <w:abstractNumId w:val="69"/>
  </w:num>
  <w:num w:numId="91" w16cid:durableId="54665058">
    <w:abstractNumId w:val="52"/>
  </w:num>
  <w:num w:numId="92" w16cid:durableId="204173415">
    <w:abstractNumId w:val="105"/>
  </w:num>
  <w:num w:numId="93" w16cid:durableId="680158738">
    <w:abstractNumId w:val="129"/>
  </w:num>
  <w:num w:numId="94" w16cid:durableId="626277084">
    <w:abstractNumId w:val="72"/>
  </w:num>
  <w:num w:numId="95" w16cid:durableId="701250677">
    <w:abstractNumId w:val="91"/>
  </w:num>
  <w:num w:numId="96" w16cid:durableId="1729954666">
    <w:abstractNumId w:val="78"/>
  </w:num>
  <w:num w:numId="97" w16cid:durableId="763383550">
    <w:abstractNumId w:val="29"/>
  </w:num>
  <w:num w:numId="98" w16cid:durableId="789208973">
    <w:abstractNumId w:val="30"/>
  </w:num>
  <w:num w:numId="99" w16cid:durableId="1082222144">
    <w:abstractNumId w:val="92"/>
  </w:num>
  <w:num w:numId="100" w16cid:durableId="614946675">
    <w:abstractNumId w:val="38"/>
  </w:num>
  <w:num w:numId="101" w16cid:durableId="280697611">
    <w:abstractNumId w:val="18"/>
  </w:num>
  <w:num w:numId="102" w16cid:durableId="267078938">
    <w:abstractNumId w:val="131"/>
  </w:num>
  <w:num w:numId="103" w16cid:durableId="1306858920">
    <w:abstractNumId w:val="136"/>
  </w:num>
  <w:num w:numId="104" w16cid:durableId="1934580913">
    <w:abstractNumId w:val="13"/>
  </w:num>
  <w:num w:numId="105" w16cid:durableId="948008274">
    <w:abstractNumId w:val="93"/>
  </w:num>
  <w:num w:numId="106" w16cid:durableId="2068910995">
    <w:abstractNumId w:val="58"/>
  </w:num>
  <w:num w:numId="107" w16cid:durableId="586117164">
    <w:abstractNumId w:val="75"/>
  </w:num>
  <w:num w:numId="108" w16cid:durableId="1341659359">
    <w:abstractNumId w:val="56"/>
  </w:num>
  <w:num w:numId="109" w16cid:durableId="1001464699">
    <w:abstractNumId w:val="112"/>
  </w:num>
  <w:num w:numId="110" w16cid:durableId="585573625">
    <w:abstractNumId w:val="109"/>
  </w:num>
  <w:num w:numId="111" w16cid:durableId="494496190">
    <w:abstractNumId w:val="76"/>
  </w:num>
  <w:num w:numId="112" w16cid:durableId="633175430">
    <w:abstractNumId w:val="115"/>
  </w:num>
  <w:num w:numId="113" w16cid:durableId="1512833592">
    <w:abstractNumId w:val="96"/>
  </w:num>
  <w:num w:numId="114" w16cid:durableId="759250776">
    <w:abstractNumId w:val="137"/>
  </w:num>
  <w:num w:numId="115" w16cid:durableId="23871506">
    <w:abstractNumId w:val="102"/>
  </w:num>
  <w:num w:numId="116" w16cid:durableId="1132483079">
    <w:abstractNumId w:val="64"/>
  </w:num>
  <w:num w:numId="117" w16cid:durableId="620308205">
    <w:abstractNumId w:val="35"/>
  </w:num>
  <w:num w:numId="118" w16cid:durableId="241836603">
    <w:abstractNumId w:val="90"/>
  </w:num>
  <w:num w:numId="119" w16cid:durableId="1224482214">
    <w:abstractNumId w:val="128"/>
  </w:num>
  <w:num w:numId="120" w16cid:durableId="337390310">
    <w:abstractNumId w:val="116"/>
  </w:num>
  <w:num w:numId="121" w16cid:durableId="886842087">
    <w:abstractNumId w:val="33"/>
  </w:num>
  <w:num w:numId="122" w16cid:durableId="1262300429">
    <w:abstractNumId w:val="111"/>
  </w:num>
  <w:num w:numId="123" w16cid:durableId="814175681">
    <w:abstractNumId w:val="135"/>
  </w:num>
  <w:num w:numId="124" w16cid:durableId="1802921554">
    <w:abstractNumId w:val="31"/>
  </w:num>
  <w:num w:numId="125" w16cid:durableId="199442717">
    <w:abstractNumId w:val="44"/>
  </w:num>
  <w:num w:numId="126" w16cid:durableId="2086755533">
    <w:abstractNumId w:val="71"/>
  </w:num>
  <w:num w:numId="127" w16cid:durableId="431779311">
    <w:abstractNumId w:val="81"/>
  </w:num>
  <w:num w:numId="128" w16cid:durableId="1039278189">
    <w:abstractNumId w:val="59"/>
  </w:num>
  <w:num w:numId="129" w16cid:durableId="1538814700">
    <w:abstractNumId w:val="57"/>
  </w:num>
  <w:num w:numId="130" w16cid:durableId="1548495781">
    <w:abstractNumId w:val="36"/>
  </w:num>
  <w:num w:numId="131" w16cid:durableId="659701633">
    <w:abstractNumId w:val="42"/>
  </w:num>
  <w:num w:numId="132" w16cid:durableId="2095080877">
    <w:abstractNumId w:val="16"/>
  </w:num>
  <w:num w:numId="133" w16cid:durableId="428432281">
    <w:abstractNumId w:val="103"/>
  </w:num>
  <w:num w:numId="134" w16cid:durableId="1226184445">
    <w:abstractNumId w:val="37"/>
  </w:num>
  <w:num w:numId="135" w16cid:durableId="1465123391">
    <w:abstractNumId w:val="54"/>
  </w:num>
  <w:num w:numId="136" w16cid:durableId="1495878370">
    <w:abstractNumId w:val="95"/>
  </w:num>
  <w:num w:numId="137" w16cid:durableId="1887720587">
    <w:abstractNumId w:val="70"/>
  </w:num>
  <w:num w:numId="138" w16cid:durableId="844443779">
    <w:abstractNumId w:val="60"/>
  </w:num>
  <w:num w:numId="139" w16cid:durableId="396824192">
    <w:abstractNumId w:val="46"/>
  </w:num>
  <w:num w:numId="140" w16cid:durableId="1583831368">
    <w:abstractNumId w:val="127"/>
  </w:num>
  <w:num w:numId="141" w16cid:durableId="1195921360">
    <w:abstractNumId w:val="49"/>
  </w:num>
  <w:num w:numId="142" w16cid:durableId="1055473606">
    <w:abstractNumId w:val="1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907"/>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D0B"/>
    <w:rsid w:val="00022D96"/>
    <w:rsid w:val="00030798"/>
    <w:rsid w:val="00034616"/>
    <w:rsid w:val="00050FED"/>
    <w:rsid w:val="0006063C"/>
    <w:rsid w:val="00061608"/>
    <w:rsid w:val="000914C9"/>
    <w:rsid w:val="000B7060"/>
    <w:rsid w:val="000D036A"/>
    <w:rsid w:val="000E700B"/>
    <w:rsid w:val="00120770"/>
    <w:rsid w:val="00120A2E"/>
    <w:rsid w:val="001221B1"/>
    <w:rsid w:val="001344F0"/>
    <w:rsid w:val="001352F3"/>
    <w:rsid w:val="001376FB"/>
    <w:rsid w:val="00145B77"/>
    <w:rsid w:val="00146C8A"/>
    <w:rsid w:val="0015074B"/>
    <w:rsid w:val="00166D14"/>
    <w:rsid w:val="001726E0"/>
    <w:rsid w:val="0018226A"/>
    <w:rsid w:val="0019022A"/>
    <w:rsid w:val="001B445D"/>
    <w:rsid w:val="001C1F73"/>
    <w:rsid w:val="001C476D"/>
    <w:rsid w:val="001D36E5"/>
    <w:rsid w:val="001E0F0E"/>
    <w:rsid w:val="001F24AF"/>
    <w:rsid w:val="001F5A74"/>
    <w:rsid w:val="002107C8"/>
    <w:rsid w:val="00240AAA"/>
    <w:rsid w:val="00240C79"/>
    <w:rsid w:val="00252DD8"/>
    <w:rsid w:val="00256B48"/>
    <w:rsid w:val="00294B2F"/>
    <w:rsid w:val="0029639D"/>
    <w:rsid w:val="0029764D"/>
    <w:rsid w:val="002A600E"/>
    <w:rsid w:val="002B5246"/>
    <w:rsid w:val="002D580B"/>
    <w:rsid w:val="002D6CA7"/>
    <w:rsid w:val="002E1C4A"/>
    <w:rsid w:val="00300E48"/>
    <w:rsid w:val="00326F90"/>
    <w:rsid w:val="00351BAD"/>
    <w:rsid w:val="00353503"/>
    <w:rsid w:val="00357FBB"/>
    <w:rsid w:val="003626F9"/>
    <w:rsid w:val="00364188"/>
    <w:rsid w:val="003734AD"/>
    <w:rsid w:val="00392562"/>
    <w:rsid w:val="00392BAE"/>
    <w:rsid w:val="003C0F79"/>
    <w:rsid w:val="003E731E"/>
    <w:rsid w:val="00436692"/>
    <w:rsid w:val="00440245"/>
    <w:rsid w:val="004533A1"/>
    <w:rsid w:val="00461083"/>
    <w:rsid w:val="00467603"/>
    <w:rsid w:val="00477272"/>
    <w:rsid w:val="00482B70"/>
    <w:rsid w:val="00483E36"/>
    <w:rsid w:val="00486671"/>
    <w:rsid w:val="004A21E7"/>
    <w:rsid w:val="004A3FDE"/>
    <w:rsid w:val="004C6BFE"/>
    <w:rsid w:val="004F3A2F"/>
    <w:rsid w:val="004F4CE3"/>
    <w:rsid w:val="00547658"/>
    <w:rsid w:val="00557BFC"/>
    <w:rsid w:val="005667C0"/>
    <w:rsid w:val="0058575F"/>
    <w:rsid w:val="00593BAB"/>
    <w:rsid w:val="005C0597"/>
    <w:rsid w:val="005D3BEF"/>
    <w:rsid w:val="005D44A4"/>
    <w:rsid w:val="00634228"/>
    <w:rsid w:val="00644A5C"/>
    <w:rsid w:val="00651340"/>
    <w:rsid w:val="0066480F"/>
    <w:rsid w:val="00674BF9"/>
    <w:rsid w:val="006B411D"/>
    <w:rsid w:val="006B6617"/>
    <w:rsid w:val="006C7258"/>
    <w:rsid w:val="00707506"/>
    <w:rsid w:val="00722516"/>
    <w:rsid w:val="00722C26"/>
    <w:rsid w:val="007236E6"/>
    <w:rsid w:val="00724482"/>
    <w:rsid w:val="007309C2"/>
    <w:rsid w:val="00733E09"/>
    <w:rsid w:val="00735A9F"/>
    <w:rsid w:val="007368A6"/>
    <w:rsid w:val="00751D14"/>
    <w:rsid w:val="0076302A"/>
    <w:rsid w:val="00765D47"/>
    <w:rsid w:val="007763B2"/>
    <w:rsid w:val="00785EF3"/>
    <w:rsid w:val="00787BAA"/>
    <w:rsid w:val="007A5C43"/>
    <w:rsid w:val="007C79CC"/>
    <w:rsid w:val="007D371C"/>
    <w:rsid w:val="00811CF1"/>
    <w:rsid w:val="008212A0"/>
    <w:rsid w:val="00835C8C"/>
    <w:rsid w:val="00846070"/>
    <w:rsid w:val="00853FE4"/>
    <w:rsid w:val="00855D8B"/>
    <w:rsid w:val="008607EE"/>
    <w:rsid w:val="00861D45"/>
    <w:rsid w:val="00862715"/>
    <w:rsid w:val="008716BA"/>
    <w:rsid w:val="0087555E"/>
    <w:rsid w:val="0089678A"/>
    <w:rsid w:val="008A06FC"/>
    <w:rsid w:val="008A6C4A"/>
    <w:rsid w:val="008A7F22"/>
    <w:rsid w:val="008B21ED"/>
    <w:rsid w:val="008B418B"/>
    <w:rsid w:val="008B6021"/>
    <w:rsid w:val="008D34F6"/>
    <w:rsid w:val="00935157"/>
    <w:rsid w:val="00950DC6"/>
    <w:rsid w:val="00975AA4"/>
    <w:rsid w:val="0099620B"/>
    <w:rsid w:val="009C638F"/>
    <w:rsid w:val="009E1404"/>
    <w:rsid w:val="00A07BA0"/>
    <w:rsid w:val="00A1215A"/>
    <w:rsid w:val="00A16B46"/>
    <w:rsid w:val="00A219D7"/>
    <w:rsid w:val="00A244A1"/>
    <w:rsid w:val="00A32565"/>
    <w:rsid w:val="00A367DE"/>
    <w:rsid w:val="00A37518"/>
    <w:rsid w:val="00A6015F"/>
    <w:rsid w:val="00A77714"/>
    <w:rsid w:val="00A811F9"/>
    <w:rsid w:val="00A911BD"/>
    <w:rsid w:val="00AA1D8D"/>
    <w:rsid w:val="00AA1FB0"/>
    <w:rsid w:val="00AB2E6B"/>
    <w:rsid w:val="00AF3409"/>
    <w:rsid w:val="00AF5909"/>
    <w:rsid w:val="00B31D7C"/>
    <w:rsid w:val="00B42982"/>
    <w:rsid w:val="00B47730"/>
    <w:rsid w:val="00B50815"/>
    <w:rsid w:val="00B73268"/>
    <w:rsid w:val="00B76E79"/>
    <w:rsid w:val="00B86ECA"/>
    <w:rsid w:val="00B917A5"/>
    <w:rsid w:val="00BA47CF"/>
    <w:rsid w:val="00BD1699"/>
    <w:rsid w:val="00BF0F73"/>
    <w:rsid w:val="00C00DC8"/>
    <w:rsid w:val="00C04CB3"/>
    <w:rsid w:val="00C23236"/>
    <w:rsid w:val="00C31871"/>
    <w:rsid w:val="00C333EF"/>
    <w:rsid w:val="00C335A6"/>
    <w:rsid w:val="00C33B1D"/>
    <w:rsid w:val="00C54776"/>
    <w:rsid w:val="00C57201"/>
    <w:rsid w:val="00C61704"/>
    <w:rsid w:val="00C80A82"/>
    <w:rsid w:val="00C8699A"/>
    <w:rsid w:val="00C87883"/>
    <w:rsid w:val="00C973AE"/>
    <w:rsid w:val="00CB0664"/>
    <w:rsid w:val="00CB14D1"/>
    <w:rsid w:val="00CB47DC"/>
    <w:rsid w:val="00CB4D3D"/>
    <w:rsid w:val="00CC21ED"/>
    <w:rsid w:val="00CF6472"/>
    <w:rsid w:val="00D12774"/>
    <w:rsid w:val="00D33AC4"/>
    <w:rsid w:val="00D41055"/>
    <w:rsid w:val="00D55664"/>
    <w:rsid w:val="00D6378C"/>
    <w:rsid w:val="00D6378E"/>
    <w:rsid w:val="00D70BC9"/>
    <w:rsid w:val="00D85BE3"/>
    <w:rsid w:val="00D93B1C"/>
    <w:rsid w:val="00DA0313"/>
    <w:rsid w:val="00DA05DC"/>
    <w:rsid w:val="00DA5B58"/>
    <w:rsid w:val="00DC01A9"/>
    <w:rsid w:val="00DC1A67"/>
    <w:rsid w:val="00DC3D6F"/>
    <w:rsid w:val="00DF65F4"/>
    <w:rsid w:val="00E154BF"/>
    <w:rsid w:val="00E20D07"/>
    <w:rsid w:val="00E21F5A"/>
    <w:rsid w:val="00E25329"/>
    <w:rsid w:val="00E3623F"/>
    <w:rsid w:val="00E449F2"/>
    <w:rsid w:val="00E51A65"/>
    <w:rsid w:val="00E54E31"/>
    <w:rsid w:val="00E605CD"/>
    <w:rsid w:val="00E64CA0"/>
    <w:rsid w:val="00E71033"/>
    <w:rsid w:val="00E731D0"/>
    <w:rsid w:val="00E92C16"/>
    <w:rsid w:val="00EB0B21"/>
    <w:rsid w:val="00EB4175"/>
    <w:rsid w:val="00EC0CC4"/>
    <w:rsid w:val="00EC2C74"/>
    <w:rsid w:val="00EC662F"/>
    <w:rsid w:val="00ED2F68"/>
    <w:rsid w:val="00ED5F78"/>
    <w:rsid w:val="00EE3DD6"/>
    <w:rsid w:val="00EF040E"/>
    <w:rsid w:val="00F06489"/>
    <w:rsid w:val="00F17552"/>
    <w:rsid w:val="00F34372"/>
    <w:rsid w:val="00F472B4"/>
    <w:rsid w:val="00F4791C"/>
    <w:rsid w:val="00F5083B"/>
    <w:rsid w:val="00F7320F"/>
    <w:rsid w:val="00F74900"/>
    <w:rsid w:val="00F75DE1"/>
    <w:rsid w:val="00F8299D"/>
    <w:rsid w:val="00F952AE"/>
    <w:rsid w:val="00F95945"/>
    <w:rsid w:val="00FA1DFF"/>
    <w:rsid w:val="00FC18E1"/>
    <w:rsid w:val="00FC693F"/>
    <w:rsid w:val="00FD0C97"/>
    <w:rsid w:val="00FD1F4F"/>
    <w:rsid w:val="00FE5B64"/>
    <w:rsid w:val="00FF3505"/>
    <w:rsid w:val="00FF43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987F0B"/>
  <w14:defaultImageDpi w14:val="300"/>
  <w15:docId w15:val="{A214444D-A4B9-4AAF-9AB9-8F8DE6ADC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pPr>
      <w:spacing w:after="120" w:line="312" w:lineRule="auto"/>
    </w:pPr>
    <w:rPr>
      <w:rFonts w:ascii="Arial" w:eastAsia="Arial" w:hAnsi="Arial" w:cs="Arial"/>
      <w:sz w:val="24"/>
    </w:rPr>
  </w:style>
  <w:style w:type="paragraph" w:styleId="Nadpis1">
    <w:name w:val="heading 1"/>
    <w:basedOn w:val="Normlny"/>
    <w:next w:val="Normlny"/>
    <w:link w:val="Nadpis1Char"/>
    <w:uiPriority w:val="9"/>
    <w:qFormat/>
    <w:rsid w:val="00FC693F"/>
    <w:pPr>
      <w:keepNext/>
      <w:keepLines/>
      <w:spacing w:before="280"/>
      <w:outlineLvl w:val="0"/>
    </w:pPr>
    <w:rPr>
      <w:rFonts w:asciiTheme="majorHAnsi" w:eastAsiaTheme="majorEastAsia" w:hAnsiTheme="majorHAnsi" w:cstheme="majorBidi"/>
      <w:b/>
      <w:bCs/>
      <w:color w:val="1F4E79"/>
      <w:sz w:val="28"/>
      <w:szCs w:val="28"/>
    </w:rPr>
  </w:style>
  <w:style w:type="paragraph" w:styleId="Nadpis2">
    <w:name w:val="heading 2"/>
    <w:basedOn w:val="Normlny"/>
    <w:next w:val="Normlny"/>
    <w:link w:val="Nadpis2Char"/>
    <w:uiPriority w:val="9"/>
    <w:unhideWhenUsed/>
    <w:qFormat/>
    <w:rsid w:val="00FC693F"/>
    <w:pPr>
      <w:keepNext/>
      <w:keepLines/>
      <w:spacing w:before="160"/>
      <w:outlineLvl w:val="1"/>
    </w:pPr>
    <w:rPr>
      <w:rFonts w:asciiTheme="majorHAnsi" w:eastAsiaTheme="majorEastAsia" w:hAnsiTheme="majorHAnsi" w:cstheme="majorBidi"/>
      <w:b/>
      <w:bCs/>
      <w:color w:val="1F4E79"/>
      <w:sz w:val="25"/>
      <w:szCs w:val="26"/>
    </w:rPr>
  </w:style>
  <w:style w:type="paragraph" w:styleId="Nadpis3">
    <w:name w:val="heading 3"/>
    <w:basedOn w:val="Normlny"/>
    <w:next w:val="Normlny"/>
    <w:link w:val="Nadpis3Char"/>
    <w:uiPriority w:val="9"/>
    <w:unhideWhenUsed/>
    <w:qFormat/>
    <w:rsid w:val="00FC693F"/>
    <w:pPr>
      <w:keepNext/>
      <w:keepLines/>
      <w:spacing w:before="120"/>
      <w:outlineLvl w:val="2"/>
    </w:pPr>
    <w:rPr>
      <w:rFonts w:asciiTheme="majorHAnsi" w:eastAsiaTheme="majorEastAsia" w:hAnsiTheme="majorHAnsi" w:cstheme="majorBidi"/>
      <w:b/>
      <w:bCs/>
      <w:color w:val="000000"/>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aliases w:val="ODRAZKY PRVA UROVEN,Odsek zoznamu1"/>
    <w:basedOn w:val="Normlny"/>
    <w:link w:val="OdsekzoznamuChar"/>
    <w:uiPriority w:val="34"/>
    <w:qFormat/>
    <w:rsid w:val="00FC693F"/>
    <w:pPr>
      <w:ind w:left="720"/>
      <w:contextualSpacing/>
    </w:pPr>
  </w:style>
  <w:style w:type="paragraph" w:styleId="Zkladntext">
    <w:name w:val="Body Text"/>
    <w:basedOn w:val="Normlny"/>
    <w:link w:val="ZkladntextChar"/>
    <w:uiPriority w:val="99"/>
    <w:unhideWhenUsed/>
    <w:rsid w:val="00AA1D8D"/>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spacing w:after="80"/>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ind w:left="360"/>
      <w:contextualSpacing/>
    </w:pPr>
  </w:style>
  <w:style w:type="paragraph" w:styleId="Pokraovaniezoznamu2">
    <w:name w:val="List Continue 2"/>
    <w:basedOn w:val="Normlny"/>
    <w:uiPriority w:val="99"/>
    <w:unhideWhenUsed/>
    <w:rsid w:val="0029639D"/>
    <w:pPr>
      <w:ind w:left="720"/>
      <w:contextualSpacing/>
    </w:pPr>
  </w:style>
  <w:style w:type="paragraph" w:styleId="Pokraovaniezoznamu3">
    <w:name w:val="List Continue 3"/>
    <w:basedOn w:val="Normlny"/>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laceholder">
    <w:name w:val="Placeholder"/>
    <w:pPr>
      <w:spacing w:after="120"/>
      <w:ind w:left="198"/>
    </w:pPr>
    <w:rPr>
      <w:rFonts w:ascii="Calibri" w:hAnsi="Calibri"/>
      <w:color w:val="7A5A00"/>
      <w:sz w:val="21"/>
    </w:rPr>
  </w:style>
  <w:style w:type="paragraph" w:customStyle="1" w:styleId="Note">
    <w:name w:val="Note"/>
    <w:pPr>
      <w:spacing w:after="120" w:line="312" w:lineRule="auto"/>
      <w:ind w:left="198"/>
    </w:pPr>
    <w:rPr>
      <w:rFonts w:ascii="Arial" w:eastAsia="Arial" w:hAnsi="Arial" w:cs="Arial"/>
      <w:i/>
      <w:color w:val="595959"/>
      <w:sz w:val="24"/>
    </w:rPr>
  </w:style>
  <w:style w:type="paragraph" w:styleId="Normlnywebov">
    <w:name w:val="Normal (Web)"/>
    <w:basedOn w:val="Normlny"/>
    <w:uiPriority w:val="99"/>
    <w:unhideWhenUsed/>
    <w:rsid w:val="00E64CA0"/>
    <w:pPr>
      <w:spacing w:beforeAutospacing="1" w:afterAutospacing="1"/>
    </w:pPr>
    <w:rPr>
      <w:szCs w:val="24"/>
      <w:lang w:val="sk-SK" w:eastAsia="sk-SK"/>
    </w:rPr>
  </w:style>
  <w:style w:type="character" w:styleId="Hypertextovprepojenie">
    <w:name w:val="Hyperlink"/>
    <w:basedOn w:val="Predvolenpsmoodseku"/>
    <w:uiPriority w:val="99"/>
    <w:unhideWhenUsed/>
    <w:rsid w:val="00483E36"/>
    <w:rPr>
      <w:color w:val="0000FF"/>
      <w:u w:val="single"/>
    </w:rPr>
  </w:style>
  <w:style w:type="character" w:customStyle="1" w:styleId="OdsekzoznamuChar">
    <w:name w:val="Odsek zoznamu Char"/>
    <w:aliases w:val="ODRAZKY PRVA UROVEN Char,Odsek zoznamu1 Char"/>
    <w:link w:val="Odsekzoznamu"/>
    <w:uiPriority w:val="34"/>
    <w:locked/>
    <w:rsid w:val="00975AA4"/>
    <w:rPr>
      <w:rFonts w:ascii="Calibri" w:hAnsi="Calibri" w:cs="Calibri"/>
    </w:rPr>
  </w:style>
  <w:style w:type="paragraph" w:styleId="Obsah1">
    <w:name w:val="toc 1"/>
    <w:basedOn w:val="Normlny"/>
    <w:next w:val="Normlny"/>
    <w:autoRedefine/>
    <w:uiPriority w:val="39"/>
    <w:unhideWhenUsed/>
    <w:rsid w:val="00E54E31"/>
    <w:pPr>
      <w:spacing w:after="100"/>
    </w:pPr>
  </w:style>
  <w:style w:type="paragraph" w:styleId="Obsah2">
    <w:name w:val="toc 2"/>
    <w:basedOn w:val="Normlny"/>
    <w:next w:val="Normlny"/>
    <w:autoRedefine/>
    <w:uiPriority w:val="39"/>
    <w:unhideWhenUsed/>
    <w:rsid w:val="00E54E31"/>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0793">
      <w:bodyDiv w:val="1"/>
      <w:marLeft w:val="0"/>
      <w:marRight w:val="0"/>
      <w:marTop w:val="0"/>
      <w:marBottom w:val="0"/>
      <w:divBdr>
        <w:top w:val="none" w:sz="0" w:space="0" w:color="auto"/>
        <w:left w:val="none" w:sz="0" w:space="0" w:color="auto"/>
        <w:bottom w:val="none" w:sz="0" w:space="0" w:color="auto"/>
        <w:right w:val="none" w:sz="0" w:space="0" w:color="auto"/>
      </w:divBdr>
      <w:divsChild>
        <w:div w:id="3476655">
          <w:marLeft w:val="0"/>
          <w:marRight w:val="0"/>
          <w:marTop w:val="0"/>
          <w:marBottom w:val="0"/>
          <w:divBdr>
            <w:top w:val="none" w:sz="0" w:space="0" w:color="auto"/>
            <w:left w:val="none" w:sz="0" w:space="0" w:color="auto"/>
            <w:bottom w:val="none" w:sz="0" w:space="0" w:color="auto"/>
            <w:right w:val="none" w:sz="0" w:space="0" w:color="auto"/>
          </w:divBdr>
        </w:div>
        <w:div w:id="392898259">
          <w:marLeft w:val="0"/>
          <w:marRight w:val="0"/>
          <w:marTop w:val="0"/>
          <w:marBottom w:val="0"/>
          <w:divBdr>
            <w:top w:val="none" w:sz="0" w:space="0" w:color="auto"/>
            <w:left w:val="none" w:sz="0" w:space="0" w:color="auto"/>
            <w:bottom w:val="none" w:sz="0" w:space="0" w:color="auto"/>
            <w:right w:val="none" w:sz="0" w:space="0" w:color="auto"/>
          </w:divBdr>
        </w:div>
      </w:divsChild>
    </w:div>
    <w:div w:id="19747740">
      <w:bodyDiv w:val="1"/>
      <w:marLeft w:val="0"/>
      <w:marRight w:val="0"/>
      <w:marTop w:val="0"/>
      <w:marBottom w:val="0"/>
      <w:divBdr>
        <w:top w:val="none" w:sz="0" w:space="0" w:color="auto"/>
        <w:left w:val="none" w:sz="0" w:space="0" w:color="auto"/>
        <w:bottom w:val="none" w:sz="0" w:space="0" w:color="auto"/>
        <w:right w:val="none" w:sz="0" w:space="0" w:color="auto"/>
      </w:divBdr>
      <w:divsChild>
        <w:div w:id="682361895">
          <w:marLeft w:val="0"/>
          <w:marRight w:val="0"/>
          <w:marTop w:val="0"/>
          <w:marBottom w:val="0"/>
          <w:divBdr>
            <w:top w:val="none" w:sz="0" w:space="0" w:color="auto"/>
            <w:left w:val="none" w:sz="0" w:space="0" w:color="auto"/>
            <w:bottom w:val="none" w:sz="0" w:space="0" w:color="auto"/>
            <w:right w:val="none" w:sz="0" w:space="0" w:color="auto"/>
          </w:divBdr>
        </w:div>
        <w:div w:id="1467510918">
          <w:marLeft w:val="0"/>
          <w:marRight w:val="0"/>
          <w:marTop w:val="0"/>
          <w:marBottom w:val="0"/>
          <w:divBdr>
            <w:top w:val="none" w:sz="0" w:space="0" w:color="auto"/>
            <w:left w:val="none" w:sz="0" w:space="0" w:color="auto"/>
            <w:bottom w:val="none" w:sz="0" w:space="0" w:color="auto"/>
            <w:right w:val="none" w:sz="0" w:space="0" w:color="auto"/>
          </w:divBdr>
        </w:div>
      </w:divsChild>
    </w:div>
    <w:div w:id="28341624">
      <w:bodyDiv w:val="1"/>
      <w:marLeft w:val="0"/>
      <w:marRight w:val="0"/>
      <w:marTop w:val="0"/>
      <w:marBottom w:val="0"/>
      <w:divBdr>
        <w:top w:val="none" w:sz="0" w:space="0" w:color="auto"/>
        <w:left w:val="none" w:sz="0" w:space="0" w:color="auto"/>
        <w:bottom w:val="none" w:sz="0" w:space="0" w:color="auto"/>
        <w:right w:val="none" w:sz="0" w:space="0" w:color="auto"/>
      </w:divBdr>
    </w:div>
    <w:div w:id="36439527">
      <w:bodyDiv w:val="1"/>
      <w:marLeft w:val="0"/>
      <w:marRight w:val="0"/>
      <w:marTop w:val="0"/>
      <w:marBottom w:val="0"/>
      <w:divBdr>
        <w:top w:val="none" w:sz="0" w:space="0" w:color="auto"/>
        <w:left w:val="none" w:sz="0" w:space="0" w:color="auto"/>
        <w:bottom w:val="none" w:sz="0" w:space="0" w:color="auto"/>
        <w:right w:val="none" w:sz="0" w:space="0" w:color="auto"/>
      </w:divBdr>
    </w:div>
    <w:div w:id="46221103">
      <w:bodyDiv w:val="1"/>
      <w:marLeft w:val="0"/>
      <w:marRight w:val="0"/>
      <w:marTop w:val="0"/>
      <w:marBottom w:val="0"/>
      <w:divBdr>
        <w:top w:val="none" w:sz="0" w:space="0" w:color="auto"/>
        <w:left w:val="none" w:sz="0" w:space="0" w:color="auto"/>
        <w:bottom w:val="none" w:sz="0" w:space="0" w:color="auto"/>
        <w:right w:val="none" w:sz="0" w:space="0" w:color="auto"/>
      </w:divBdr>
    </w:div>
    <w:div w:id="46610041">
      <w:bodyDiv w:val="1"/>
      <w:marLeft w:val="0"/>
      <w:marRight w:val="0"/>
      <w:marTop w:val="0"/>
      <w:marBottom w:val="0"/>
      <w:divBdr>
        <w:top w:val="none" w:sz="0" w:space="0" w:color="auto"/>
        <w:left w:val="none" w:sz="0" w:space="0" w:color="auto"/>
        <w:bottom w:val="none" w:sz="0" w:space="0" w:color="auto"/>
        <w:right w:val="none" w:sz="0" w:space="0" w:color="auto"/>
      </w:divBdr>
    </w:div>
    <w:div w:id="52001938">
      <w:bodyDiv w:val="1"/>
      <w:marLeft w:val="0"/>
      <w:marRight w:val="0"/>
      <w:marTop w:val="0"/>
      <w:marBottom w:val="0"/>
      <w:divBdr>
        <w:top w:val="none" w:sz="0" w:space="0" w:color="auto"/>
        <w:left w:val="none" w:sz="0" w:space="0" w:color="auto"/>
        <w:bottom w:val="none" w:sz="0" w:space="0" w:color="auto"/>
        <w:right w:val="none" w:sz="0" w:space="0" w:color="auto"/>
      </w:divBdr>
    </w:div>
    <w:div w:id="76366445">
      <w:bodyDiv w:val="1"/>
      <w:marLeft w:val="0"/>
      <w:marRight w:val="0"/>
      <w:marTop w:val="0"/>
      <w:marBottom w:val="0"/>
      <w:divBdr>
        <w:top w:val="none" w:sz="0" w:space="0" w:color="auto"/>
        <w:left w:val="none" w:sz="0" w:space="0" w:color="auto"/>
        <w:bottom w:val="none" w:sz="0" w:space="0" w:color="auto"/>
        <w:right w:val="none" w:sz="0" w:space="0" w:color="auto"/>
      </w:divBdr>
    </w:div>
    <w:div w:id="79913121">
      <w:bodyDiv w:val="1"/>
      <w:marLeft w:val="0"/>
      <w:marRight w:val="0"/>
      <w:marTop w:val="0"/>
      <w:marBottom w:val="0"/>
      <w:divBdr>
        <w:top w:val="none" w:sz="0" w:space="0" w:color="auto"/>
        <w:left w:val="none" w:sz="0" w:space="0" w:color="auto"/>
        <w:bottom w:val="none" w:sz="0" w:space="0" w:color="auto"/>
        <w:right w:val="none" w:sz="0" w:space="0" w:color="auto"/>
      </w:divBdr>
      <w:divsChild>
        <w:div w:id="726880656">
          <w:marLeft w:val="0"/>
          <w:marRight w:val="0"/>
          <w:marTop w:val="0"/>
          <w:marBottom w:val="0"/>
          <w:divBdr>
            <w:top w:val="none" w:sz="0" w:space="0" w:color="auto"/>
            <w:left w:val="none" w:sz="0" w:space="0" w:color="auto"/>
            <w:bottom w:val="none" w:sz="0" w:space="0" w:color="auto"/>
            <w:right w:val="none" w:sz="0" w:space="0" w:color="auto"/>
          </w:divBdr>
        </w:div>
        <w:div w:id="453713946">
          <w:marLeft w:val="0"/>
          <w:marRight w:val="0"/>
          <w:marTop w:val="0"/>
          <w:marBottom w:val="0"/>
          <w:divBdr>
            <w:top w:val="none" w:sz="0" w:space="0" w:color="auto"/>
            <w:left w:val="none" w:sz="0" w:space="0" w:color="auto"/>
            <w:bottom w:val="none" w:sz="0" w:space="0" w:color="auto"/>
            <w:right w:val="none" w:sz="0" w:space="0" w:color="auto"/>
          </w:divBdr>
        </w:div>
      </w:divsChild>
    </w:div>
    <w:div w:id="83117490">
      <w:bodyDiv w:val="1"/>
      <w:marLeft w:val="0"/>
      <w:marRight w:val="0"/>
      <w:marTop w:val="0"/>
      <w:marBottom w:val="0"/>
      <w:divBdr>
        <w:top w:val="none" w:sz="0" w:space="0" w:color="auto"/>
        <w:left w:val="none" w:sz="0" w:space="0" w:color="auto"/>
        <w:bottom w:val="none" w:sz="0" w:space="0" w:color="auto"/>
        <w:right w:val="none" w:sz="0" w:space="0" w:color="auto"/>
      </w:divBdr>
    </w:div>
    <w:div w:id="86736307">
      <w:bodyDiv w:val="1"/>
      <w:marLeft w:val="0"/>
      <w:marRight w:val="0"/>
      <w:marTop w:val="0"/>
      <w:marBottom w:val="0"/>
      <w:divBdr>
        <w:top w:val="none" w:sz="0" w:space="0" w:color="auto"/>
        <w:left w:val="none" w:sz="0" w:space="0" w:color="auto"/>
        <w:bottom w:val="none" w:sz="0" w:space="0" w:color="auto"/>
        <w:right w:val="none" w:sz="0" w:space="0" w:color="auto"/>
      </w:divBdr>
    </w:div>
    <w:div w:id="106003954">
      <w:bodyDiv w:val="1"/>
      <w:marLeft w:val="0"/>
      <w:marRight w:val="0"/>
      <w:marTop w:val="0"/>
      <w:marBottom w:val="0"/>
      <w:divBdr>
        <w:top w:val="none" w:sz="0" w:space="0" w:color="auto"/>
        <w:left w:val="none" w:sz="0" w:space="0" w:color="auto"/>
        <w:bottom w:val="none" w:sz="0" w:space="0" w:color="auto"/>
        <w:right w:val="none" w:sz="0" w:space="0" w:color="auto"/>
      </w:divBdr>
      <w:divsChild>
        <w:div w:id="1976789003">
          <w:marLeft w:val="0"/>
          <w:marRight w:val="0"/>
          <w:marTop w:val="0"/>
          <w:marBottom w:val="0"/>
          <w:divBdr>
            <w:top w:val="none" w:sz="0" w:space="0" w:color="auto"/>
            <w:left w:val="none" w:sz="0" w:space="0" w:color="auto"/>
            <w:bottom w:val="none" w:sz="0" w:space="0" w:color="auto"/>
            <w:right w:val="none" w:sz="0" w:space="0" w:color="auto"/>
          </w:divBdr>
        </w:div>
        <w:div w:id="298609678">
          <w:marLeft w:val="0"/>
          <w:marRight w:val="0"/>
          <w:marTop w:val="0"/>
          <w:marBottom w:val="0"/>
          <w:divBdr>
            <w:top w:val="none" w:sz="0" w:space="0" w:color="auto"/>
            <w:left w:val="none" w:sz="0" w:space="0" w:color="auto"/>
            <w:bottom w:val="none" w:sz="0" w:space="0" w:color="auto"/>
            <w:right w:val="none" w:sz="0" w:space="0" w:color="auto"/>
          </w:divBdr>
        </w:div>
      </w:divsChild>
    </w:div>
    <w:div w:id="107045618">
      <w:bodyDiv w:val="1"/>
      <w:marLeft w:val="0"/>
      <w:marRight w:val="0"/>
      <w:marTop w:val="0"/>
      <w:marBottom w:val="0"/>
      <w:divBdr>
        <w:top w:val="none" w:sz="0" w:space="0" w:color="auto"/>
        <w:left w:val="none" w:sz="0" w:space="0" w:color="auto"/>
        <w:bottom w:val="none" w:sz="0" w:space="0" w:color="auto"/>
        <w:right w:val="none" w:sz="0" w:space="0" w:color="auto"/>
      </w:divBdr>
    </w:div>
    <w:div w:id="109278069">
      <w:bodyDiv w:val="1"/>
      <w:marLeft w:val="0"/>
      <w:marRight w:val="0"/>
      <w:marTop w:val="0"/>
      <w:marBottom w:val="0"/>
      <w:divBdr>
        <w:top w:val="none" w:sz="0" w:space="0" w:color="auto"/>
        <w:left w:val="none" w:sz="0" w:space="0" w:color="auto"/>
        <w:bottom w:val="none" w:sz="0" w:space="0" w:color="auto"/>
        <w:right w:val="none" w:sz="0" w:space="0" w:color="auto"/>
      </w:divBdr>
    </w:div>
    <w:div w:id="126433079">
      <w:bodyDiv w:val="1"/>
      <w:marLeft w:val="0"/>
      <w:marRight w:val="0"/>
      <w:marTop w:val="0"/>
      <w:marBottom w:val="0"/>
      <w:divBdr>
        <w:top w:val="none" w:sz="0" w:space="0" w:color="auto"/>
        <w:left w:val="none" w:sz="0" w:space="0" w:color="auto"/>
        <w:bottom w:val="none" w:sz="0" w:space="0" w:color="auto"/>
        <w:right w:val="none" w:sz="0" w:space="0" w:color="auto"/>
      </w:divBdr>
    </w:div>
    <w:div w:id="160510110">
      <w:bodyDiv w:val="1"/>
      <w:marLeft w:val="0"/>
      <w:marRight w:val="0"/>
      <w:marTop w:val="0"/>
      <w:marBottom w:val="0"/>
      <w:divBdr>
        <w:top w:val="none" w:sz="0" w:space="0" w:color="auto"/>
        <w:left w:val="none" w:sz="0" w:space="0" w:color="auto"/>
        <w:bottom w:val="none" w:sz="0" w:space="0" w:color="auto"/>
        <w:right w:val="none" w:sz="0" w:space="0" w:color="auto"/>
      </w:divBdr>
    </w:div>
    <w:div w:id="166096546">
      <w:bodyDiv w:val="1"/>
      <w:marLeft w:val="0"/>
      <w:marRight w:val="0"/>
      <w:marTop w:val="0"/>
      <w:marBottom w:val="0"/>
      <w:divBdr>
        <w:top w:val="none" w:sz="0" w:space="0" w:color="auto"/>
        <w:left w:val="none" w:sz="0" w:space="0" w:color="auto"/>
        <w:bottom w:val="none" w:sz="0" w:space="0" w:color="auto"/>
        <w:right w:val="none" w:sz="0" w:space="0" w:color="auto"/>
      </w:divBdr>
    </w:div>
    <w:div w:id="173031474">
      <w:bodyDiv w:val="1"/>
      <w:marLeft w:val="0"/>
      <w:marRight w:val="0"/>
      <w:marTop w:val="0"/>
      <w:marBottom w:val="0"/>
      <w:divBdr>
        <w:top w:val="none" w:sz="0" w:space="0" w:color="auto"/>
        <w:left w:val="none" w:sz="0" w:space="0" w:color="auto"/>
        <w:bottom w:val="none" w:sz="0" w:space="0" w:color="auto"/>
        <w:right w:val="none" w:sz="0" w:space="0" w:color="auto"/>
      </w:divBdr>
    </w:div>
    <w:div w:id="179710332">
      <w:bodyDiv w:val="1"/>
      <w:marLeft w:val="0"/>
      <w:marRight w:val="0"/>
      <w:marTop w:val="0"/>
      <w:marBottom w:val="0"/>
      <w:divBdr>
        <w:top w:val="none" w:sz="0" w:space="0" w:color="auto"/>
        <w:left w:val="none" w:sz="0" w:space="0" w:color="auto"/>
        <w:bottom w:val="none" w:sz="0" w:space="0" w:color="auto"/>
        <w:right w:val="none" w:sz="0" w:space="0" w:color="auto"/>
      </w:divBdr>
    </w:div>
    <w:div w:id="187914028">
      <w:bodyDiv w:val="1"/>
      <w:marLeft w:val="0"/>
      <w:marRight w:val="0"/>
      <w:marTop w:val="0"/>
      <w:marBottom w:val="0"/>
      <w:divBdr>
        <w:top w:val="none" w:sz="0" w:space="0" w:color="auto"/>
        <w:left w:val="none" w:sz="0" w:space="0" w:color="auto"/>
        <w:bottom w:val="none" w:sz="0" w:space="0" w:color="auto"/>
        <w:right w:val="none" w:sz="0" w:space="0" w:color="auto"/>
      </w:divBdr>
      <w:divsChild>
        <w:div w:id="1346009261">
          <w:marLeft w:val="0"/>
          <w:marRight w:val="0"/>
          <w:marTop w:val="0"/>
          <w:marBottom w:val="0"/>
          <w:divBdr>
            <w:top w:val="none" w:sz="0" w:space="0" w:color="auto"/>
            <w:left w:val="none" w:sz="0" w:space="0" w:color="auto"/>
            <w:bottom w:val="none" w:sz="0" w:space="0" w:color="auto"/>
            <w:right w:val="none" w:sz="0" w:space="0" w:color="auto"/>
          </w:divBdr>
          <w:divsChild>
            <w:div w:id="20937221">
              <w:marLeft w:val="0"/>
              <w:marRight w:val="0"/>
              <w:marTop w:val="0"/>
              <w:marBottom w:val="0"/>
              <w:divBdr>
                <w:top w:val="none" w:sz="0" w:space="0" w:color="auto"/>
                <w:left w:val="none" w:sz="0" w:space="0" w:color="auto"/>
                <w:bottom w:val="none" w:sz="0" w:space="0" w:color="auto"/>
                <w:right w:val="none" w:sz="0" w:space="0" w:color="auto"/>
              </w:divBdr>
              <w:divsChild>
                <w:div w:id="1122580304">
                  <w:marLeft w:val="0"/>
                  <w:marRight w:val="0"/>
                  <w:marTop w:val="0"/>
                  <w:marBottom w:val="0"/>
                  <w:divBdr>
                    <w:top w:val="none" w:sz="0" w:space="0" w:color="auto"/>
                    <w:left w:val="none" w:sz="0" w:space="0" w:color="auto"/>
                    <w:bottom w:val="none" w:sz="0" w:space="0" w:color="auto"/>
                    <w:right w:val="none" w:sz="0" w:space="0" w:color="auto"/>
                  </w:divBdr>
                  <w:divsChild>
                    <w:div w:id="694304090">
                      <w:marLeft w:val="0"/>
                      <w:marRight w:val="0"/>
                      <w:marTop w:val="0"/>
                      <w:marBottom w:val="0"/>
                      <w:divBdr>
                        <w:top w:val="none" w:sz="0" w:space="0" w:color="auto"/>
                        <w:left w:val="none" w:sz="0" w:space="0" w:color="auto"/>
                        <w:bottom w:val="none" w:sz="0" w:space="0" w:color="auto"/>
                        <w:right w:val="none" w:sz="0" w:space="0" w:color="auto"/>
                      </w:divBdr>
                      <w:divsChild>
                        <w:div w:id="421994379">
                          <w:marLeft w:val="0"/>
                          <w:marRight w:val="0"/>
                          <w:marTop w:val="0"/>
                          <w:marBottom w:val="0"/>
                          <w:divBdr>
                            <w:top w:val="none" w:sz="0" w:space="0" w:color="auto"/>
                            <w:left w:val="none" w:sz="0" w:space="0" w:color="auto"/>
                            <w:bottom w:val="none" w:sz="0" w:space="0" w:color="auto"/>
                            <w:right w:val="none" w:sz="0" w:space="0" w:color="auto"/>
                          </w:divBdr>
                          <w:divsChild>
                            <w:div w:id="897474057">
                              <w:marLeft w:val="0"/>
                              <w:marRight w:val="0"/>
                              <w:marTop w:val="0"/>
                              <w:marBottom w:val="0"/>
                              <w:divBdr>
                                <w:top w:val="none" w:sz="0" w:space="0" w:color="auto"/>
                                <w:left w:val="none" w:sz="0" w:space="0" w:color="auto"/>
                                <w:bottom w:val="none" w:sz="0" w:space="0" w:color="auto"/>
                                <w:right w:val="none" w:sz="0" w:space="0" w:color="auto"/>
                              </w:divBdr>
                              <w:divsChild>
                                <w:div w:id="1947694149">
                                  <w:marLeft w:val="0"/>
                                  <w:marRight w:val="0"/>
                                  <w:marTop w:val="0"/>
                                  <w:marBottom w:val="0"/>
                                  <w:divBdr>
                                    <w:top w:val="none" w:sz="0" w:space="0" w:color="auto"/>
                                    <w:left w:val="none" w:sz="0" w:space="0" w:color="auto"/>
                                    <w:bottom w:val="none" w:sz="0" w:space="0" w:color="auto"/>
                                    <w:right w:val="none" w:sz="0" w:space="0" w:color="auto"/>
                                  </w:divBdr>
                                  <w:divsChild>
                                    <w:div w:id="1730884264">
                                      <w:marLeft w:val="0"/>
                                      <w:marRight w:val="0"/>
                                      <w:marTop w:val="0"/>
                                      <w:marBottom w:val="0"/>
                                      <w:divBdr>
                                        <w:top w:val="none" w:sz="0" w:space="0" w:color="auto"/>
                                        <w:left w:val="none" w:sz="0" w:space="0" w:color="auto"/>
                                        <w:bottom w:val="none" w:sz="0" w:space="0" w:color="auto"/>
                                        <w:right w:val="none" w:sz="0" w:space="0" w:color="auto"/>
                                      </w:divBdr>
                                      <w:divsChild>
                                        <w:div w:id="457577866">
                                          <w:marLeft w:val="0"/>
                                          <w:marRight w:val="0"/>
                                          <w:marTop w:val="0"/>
                                          <w:marBottom w:val="0"/>
                                          <w:divBdr>
                                            <w:top w:val="none" w:sz="0" w:space="0" w:color="auto"/>
                                            <w:left w:val="none" w:sz="0" w:space="0" w:color="auto"/>
                                            <w:bottom w:val="none" w:sz="0" w:space="0" w:color="auto"/>
                                            <w:right w:val="none" w:sz="0" w:space="0" w:color="auto"/>
                                          </w:divBdr>
                                          <w:divsChild>
                                            <w:div w:id="966357351">
                                              <w:marLeft w:val="0"/>
                                              <w:marRight w:val="0"/>
                                              <w:marTop w:val="0"/>
                                              <w:marBottom w:val="0"/>
                                              <w:divBdr>
                                                <w:top w:val="none" w:sz="0" w:space="0" w:color="auto"/>
                                                <w:left w:val="none" w:sz="0" w:space="0" w:color="auto"/>
                                                <w:bottom w:val="none" w:sz="0" w:space="0" w:color="auto"/>
                                                <w:right w:val="none" w:sz="0" w:space="0" w:color="auto"/>
                                              </w:divBdr>
                                              <w:divsChild>
                                                <w:div w:id="403265366">
                                                  <w:marLeft w:val="0"/>
                                                  <w:marRight w:val="0"/>
                                                  <w:marTop w:val="0"/>
                                                  <w:marBottom w:val="0"/>
                                                  <w:divBdr>
                                                    <w:top w:val="none" w:sz="0" w:space="0" w:color="auto"/>
                                                    <w:left w:val="none" w:sz="0" w:space="0" w:color="auto"/>
                                                    <w:bottom w:val="none" w:sz="0" w:space="0" w:color="auto"/>
                                                    <w:right w:val="none" w:sz="0" w:space="0" w:color="auto"/>
                                                  </w:divBdr>
                                                </w:div>
                                                <w:div w:id="34452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0287093">
          <w:marLeft w:val="0"/>
          <w:marRight w:val="0"/>
          <w:marTop w:val="0"/>
          <w:marBottom w:val="0"/>
          <w:divBdr>
            <w:top w:val="none" w:sz="0" w:space="0" w:color="auto"/>
            <w:left w:val="none" w:sz="0" w:space="0" w:color="auto"/>
            <w:bottom w:val="none" w:sz="0" w:space="0" w:color="auto"/>
            <w:right w:val="none" w:sz="0" w:space="0" w:color="auto"/>
          </w:divBdr>
          <w:divsChild>
            <w:div w:id="1810439077">
              <w:marLeft w:val="0"/>
              <w:marRight w:val="0"/>
              <w:marTop w:val="0"/>
              <w:marBottom w:val="0"/>
              <w:divBdr>
                <w:top w:val="none" w:sz="0" w:space="0" w:color="auto"/>
                <w:left w:val="none" w:sz="0" w:space="0" w:color="auto"/>
                <w:bottom w:val="none" w:sz="0" w:space="0" w:color="auto"/>
                <w:right w:val="none" w:sz="0" w:space="0" w:color="auto"/>
              </w:divBdr>
              <w:divsChild>
                <w:div w:id="2132438647">
                  <w:marLeft w:val="0"/>
                  <w:marRight w:val="0"/>
                  <w:marTop w:val="0"/>
                  <w:marBottom w:val="0"/>
                  <w:divBdr>
                    <w:top w:val="none" w:sz="0" w:space="0" w:color="auto"/>
                    <w:left w:val="none" w:sz="0" w:space="0" w:color="auto"/>
                    <w:bottom w:val="none" w:sz="0" w:space="0" w:color="auto"/>
                    <w:right w:val="none" w:sz="0" w:space="0" w:color="auto"/>
                  </w:divBdr>
                  <w:divsChild>
                    <w:div w:id="946542914">
                      <w:marLeft w:val="0"/>
                      <w:marRight w:val="0"/>
                      <w:marTop w:val="0"/>
                      <w:marBottom w:val="0"/>
                      <w:divBdr>
                        <w:top w:val="none" w:sz="0" w:space="0" w:color="auto"/>
                        <w:left w:val="none" w:sz="0" w:space="0" w:color="auto"/>
                        <w:bottom w:val="none" w:sz="0" w:space="0" w:color="auto"/>
                        <w:right w:val="none" w:sz="0" w:space="0" w:color="auto"/>
                      </w:divBdr>
                      <w:divsChild>
                        <w:div w:id="1836722600">
                          <w:marLeft w:val="0"/>
                          <w:marRight w:val="0"/>
                          <w:marTop w:val="0"/>
                          <w:marBottom w:val="0"/>
                          <w:divBdr>
                            <w:top w:val="none" w:sz="0" w:space="0" w:color="auto"/>
                            <w:left w:val="none" w:sz="0" w:space="0" w:color="auto"/>
                            <w:bottom w:val="none" w:sz="0" w:space="0" w:color="auto"/>
                            <w:right w:val="none" w:sz="0" w:space="0" w:color="auto"/>
                          </w:divBdr>
                          <w:divsChild>
                            <w:div w:id="387992597">
                              <w:marLeft w:val="0"/>
                              <w:marRight w:val="0"/>
                              <w:marTop w:val="0"/>
                              <w:marBottom w:val="0"/>
                              <w:divBdr>
                                <w:top w:val="none" w:sz="0" w:space="0" w:color="auto"/>
                                <w:left w:val="none" w:sz="0" w:space="0" w:color="auto"/>
                                <w:bottom w:val="none" w:sz="0" w:space="0" w:color="auto"/>
                                <w:right w:val="none" w:sz="0" w:space="0" w:color="auto"/>
                              </w:divBdr>
                              <w:divsChild>
                                <w:div w:id="1755472683">
                                  <w:marLeft w:val="0"/>
                                  <w:marRight w:val="0"/>
                                  <w:marTop w:val="0"/>
                                  <w:marBottom w:val="0"/>
                                  <w:divBdr>
                                    <w:top w:val="none" w:sz="0" w:space="0" w:color="auto"/>
                                    <w:left w:val="none" w:sz="0" w:space="0" w:color="auto"/>
                                    <w:bottom w:val="none" w:sz="0" w:space="0" w:color="auto"/>
                                    <w:right w:val="none" w:sz="0" w:space="0" w:color="auto"/>
                                  </w:divBdr>
                                  <w:divsChild>
                                    <w:div w:id="2021662374">
                                      <w:marLeft w:val="0"/>
                                      <w:marRight w:val="0"/>
                                      <w:marTop w:val="0"/>
                                      <w:marBottom w:val="0"/>
                                      <w:divBdr>
                                        <w:top w:val="none" w:sz="0" w:space="0" w:color="auto"/>
                                        <w:left w:val="none" w:sz="0" w:space="0" w:color="auto"/>
                                        <w:bottom w:val="none" w:sz="0" w:space="0" w:color="auto"/>
                                        <w:right w:val="none" w:sz="0" w:space="0" w:color="auto"/>
                                      </w:divBdr>
                                      <w:divsChild>
                                        <w:div w:id="661811831">
                                          <w:marLeft w:val="0"/>
                                          <w:marRight w:val="0"/>
                                          <w:marTop w:val="0"/>
                                          <w:marBottom w:val="0"/>
                                          <w:divBdr>
                                            <w:top w:val="none" w:sz="0" w:space="0" w:color="auto"/>
                                            <w:left w:val="none" w:sz="0" w:space="0" w:color="auto"/>
                                            <w:bottom w:val="none" w:sz="0" w:space="0" w:color="auto"/>
                                            <w:right w:val="none" w:sz="0" w:space="0" w:color="auto"/>
                                          </w:divBdr>
                                          <w:divsChild>
                                            <w:div w:id="437599287">
                                              <w:marLeft w:val="0"/>
                                              <w:marRight w:val="0"/>
                                              <w:marTop w:val="0"/>
                                              <w:marBottom w:val="0"/>
                                              <w:divBdr>
                                                <w:top w:val="none" w:sz="0" w:space="0" w:color="auto"/>
                                                <w:left w:val="none" w:sz="0" w:space="0" w:color="auto"/>
                                                <w:bottom w:val="none" w:sz="0" w:space="0" w:color="auto"/>
                                                <w:right w:val="none" w:sz="0" w:space="0" w:color="auto"/>
                                              </w:divBdr>
                                              <w:divsChild>
                                                <w:div w:id="1615946082">
                                                  <w:marLeft w:val="0"/>
                                                  <w:marRight w:val="0"/>
                                                  <w:marTop w:val="0"/>
                                                  <w:marBottom w:val="0"/>
                                                  <w:divBdr>
                                                    <w:top w:val="none" w:sz="0" w:space="0" w:color="auto"/>
                                                    <w:left w:val="none" w:sz="0" w:space="0" w:color="auto"/>
                                                    <w:bottom w:val="none" w:sz="0" w:space="0" w:color="auto"/>
                                                    <w:right w:val="none" w:sz="0" w:space="0" w:color="auto"/>
                                                  </w:divBdr>
                                                  <w:divsChild>
                                                    <w:div w:id="25176923">
                                                      <w:marLeft w:val="0"/>
                                                      <w:marRight w:val="0"/>
                                                      <w:marTop w:val="0"/>
                                                      <w:marBottom w:val="0"/>
                                                      <w:divBdr>
                                                        <w:top w:val="none" w:sz="0" w:space="0" w:color="auto"/>
                                                        <w:left w:val="none" w:sz="0" w:space="0" w:color="auto"/>
                                                        <w:bottom w:val="none" w:sz="0" w:space="0" w:color="auto"/>
                                                        <w:right w:val="none" w:sz="0" w:space="0" w:color="auto"/>
                                                      </w:divBdr>
                                                      <w:divsChild>
                                                        <w:div w:id="10426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5460592">
      <w:bodyDiv w:val="1"/>
      <w:marLeft w:val="0"/>
      <w:marRight w:val="0"/>
      <w:marTop w:val="0"/>
      <w:marBottom w:val="0"/>
      <w:divBdr>
        <w:top w:val="none" w:sz="0" w:space="0" w:color="auto"/>
        <w:left w:val="none" w:sz="0" w:space="0" w:color="auto"/>
        <w:bottom w:val="none" w:sz="0" w:space="0" w:color="auto"/>
        <w:right w:val="none" w:sz="0" w:space="0" w:color="auto"/>
      </w:divBdr>
    </w:div>
    <w:div w:id="198902216">
      <w:bodyDiv w:val="1"/>
      <w:marLeft w:val="0"/>
      <w:marRight w:val="0"/>
      <w:marTop w:val="0"/>
      <w:marBottom w:val="0"/>
      <w:divBdr>
        <w:top w:val="none" w:sz="0" w:space="0" w:color="auto"/>
        <w:left w:val="none" w:sz="0" w:space="0" w:color="auto"/>
        <w:bottom w:val="none" w:sz="0" w:space="0" w:color="auto"/>
        <w:right w:val="none" w:sz="0" w:space="0" w:color="auto"/>
      </w:divBdr>
    </w:div>
    <w:div w:id="209223408">
      <w:bodyDiv w:val="1"/>
      <w:marLeft w:val="0"/>
      <w:marRight w:val="0"/>
      <w:marTop w:val="0"/>
      <w:marBottom w:val="0"/>
      <w:divBdr>
        <w:top w:val="none" w:sz="0" w:space="0" w:color="auto"/>
        <w:left w:val="none" w:sz="0" w:space="0" w:color="auto"/>
        <w:bottom w:val="none" w:sz="0" w:space="0" w:color="auto"/>
        <w:right w:val="none" w:sz="0" w:space="0" w:color="auto"/>
      </w:divBdr>
      <w:divsChild>
        <w:div w:id="2110735343">
          <w:marLeft w:val="0"/>
          <w:marRight w:val="0"/>
          <w:marTop w:val="0"/>
          <w:marBottom w:val="0"/>
          <w:divBdr>
            <w:top w:val="none" w:sz="0" w:space="0" w:color="auto"/>
            <w:left w:val="none" w:sz="0" w:space="0" w:color="auto"/>
            <w:bottom w:val="none" w:sz="0" w:space="0" w:color="auto"/>
            <w:right w:val="none" w:sz="0" w:space="0" w:color="auto"/>
          </w:divBdr>
        </w:div>
        <w:div w:id="873930124">
          <w:marLeft w:val="0"/>
          <w:marRight w:val="0"/>
          <w:marTop w:val="0"/>
          <w:marBottom w:val="0"/>
          <w:divBdr>
            <w:top w:val="none" w:sz="0" w:space="0" w:color="auto"/>
            <w:left w:val="none" w:sz="0" w:space="0" w:color="auto"/>
            <w:bottom w:val="none" w:sz="0" w:space="0" w:color="auto"/>
            <w:right w:val="none" w:sz="0" w:space="0" w:color="auto"/>
          </w:divBdr>
        </w:div>
      </w:divsChild>
    </w:div>
    <w:div w:id="214630501">
      <w:bodyDiv w:val="1"/>
      <w:marLeft w:val="0"/>
      <w:marRight w:val="0"/>
      <w:marTop w:val="0"/>
      <w:marBottom w:val="0"/>
      <w:divBdr>
        <w:top w:val="none" w:sz="0" w:space="0" w:color="auto"/>
        <w:left w:val="none" w:sz="0" w:space="0" w:color="auto"/>
        <w:bottom w:val="none" w:sz="0" w:space="0" w:color="auto"/>
        <w:right w:val="none" w:sz="0" w:space="0" w:color="auto"/>
      </w:divBdr>
      <w:divsChild>
        <w:div w:id="1308437328">
          <w:marLeft w:val="0"/>
          <w:marRight w:val="0"/>
          <w:marTop w:val="0"/>
          <w:marBottom w:val="0"/>
          <w:divBdr>
            <w:top w:val="none" w:sz="0" w:space="0" w:color="auto"/>
            <w:left w:val="none" w:sz="0" w:space="0" w:color="auto"/>
            <w:bottom w:val="none" w:sz="0" w:space="0" w:color="auto"/>
            <w:right w:val="none" w:sz="0" w:space="0" w:color="auto"/>
          </w:divBdr>
        </w:div>
        <w:div w:id="1014382293">
          <w:marLeft w:val="0"/>
          <w:marRight w:val="0"/>
          <w:marTop w:val="0"/>
          <w:marBottom w:val="0"/>
          <w:divBdr>
            <w:top w:val="none" w:sz="0" w:space="0" w:color="auto"/>
            <w:left w:val="none" w:sz="0" w:space="0" w:color="auto"/>
            <w:bottom w:val="none" w:sz="0" w:space="0" w:color="auto"/>
            <w:right w:val="none" w:sz="0" w:space="0" w:color="auto"/>
          </w:divBdr>
        </w:div>
      </w:divsChild>
    </w:div>
    <w:div w:id="229586469">
      <w:bodyDiv w:val="1"/>
      <w:marLeft w:val="0"/>
      <w:marRight w:val="0"/>
      <w:marTop w:val="0"/>
      <w:marBottom w:val="0"/>
      <w:divBdr>
        <w:top w:val="none" w:sz="0" w:space="0" w:color="auto"/>
        <w:left w:val="none" w:sz="0" w:space="0" w:color="auto"/>
        <w:bottom w:val="none" w:sz="0" w:space="0" w:color="auto"/>
        <w:right w:val="none" w:sz="0" w:space="0" w:color="auto"/>
      </w:divBdr>
    </w:div>
    <w:div w:id="245959323">
      <w:bodyDiv w:val="1"/>
      <w:marLeft w:val="0"/>
      <w:marRight w:val="0"/>
      <w:marTop w:val="0"/>
      <w:marBottom w:val="0"/>
      <w:divBdr>
        <w:top w:val="none" w:sz="0" w:space="0" w:color="auto"/>
        <w:left w:val="none" w:sz="0" w:space="0" w:color="auto"/>
        <w:bottom w:val="none" w:sz="0" w:space="0" w:color="auto"/>
        <w:right w:val="none" w:sz="0" w:space="0" w:color="auto"/>
      </w:divBdr>
    </w:div>
    <w:div w:id="254167943">
      <w:bodyDiv w:val="1"/>
      <w:marLeft w:val="0"/>
      <w:marRight w:val="0"/>
      <w:marTop w:val="0"/>
      <w:marBottom w:val="0"/>
      <w:divBdr>
        <w:top w:val="none" w:sz="0" w:space="0" w:color="auto"/>
        <w:left w:val="none" w:sz="0" w:space="0" w:color="auto"/>
        <w:bottom w:val="none" w:sz="0" w:space="0" w:color="auto"/>
        <w:right w:val="none" w:sz="0" w:space="0" w:color="auto"/>
      </w:divBdr>
    </w:div>
    <w:div w:id="270552241">
      <w:bodyDiv w:val="1"/>
      <w:marLeft w:val="0"/>
      <w:marRight w:val="0"/>
      <w:marTop w:val="0"/>
      <w:marBottom w:val="0"/>
      <w:divBdr>
        <w:top w:val="none" w:sz="0" w:space="0" w:color="auto"/>
        <w:left w:val="none" w:sz="0" w:space="0" w:color="auto"/>
        <w:bottom w:val="none" w:sz="0" w:space="0" w:color="auto"/>
        <w:right w:val="none" w:sz="0" w:space="0" w:color="auto"/>
      </w:divBdr>
      <w:divsChild>
        <w:div w:id="1132476166">
          <w:marLeft w:val="0"/>
          <w:marRight w:val="0"/>
          <w:marTop w:val="0"/>
          <w:marBottom w:val="0"/>
          <w:divBdr>
            <w:top w:val="none" w:sz="0" w:space="0" w:color="auto"/>
            <w:left w:val="none" w:sz="0" w:space="0" w:color="auto"/>
            <w:bottom w:val="none" w:sz="0" w:space="0" w:color="auto"/>
            <w:right w:val="none" w:sz="0" w:space="0" w:color="auto"/>
          </w:divBdr>
        </w:div>
        <w:div w:id="1989938461">
          <w:marLeft w:val="0"/>
          <w:marRight w:val="0"/>
          <w:marTop w:val="0"/>
          <w:marBottom w:val="0"/>
          <w:divBdr>
            <w:top w:val="none" w:sz="0" w:space="0" w:color="auto"/>
            <w:left w:val="none" w:sz="0" w:space="0" w:color="auto"/>
            <w:bottom w:val="none" w:sz="0" w:space="0" w:color="auto"/>
            <w:right w:val="none" w:sz="0" w:space="0" w:color="auto"/>
          </w:divBdr>
        </w:div>
      </w:divsChild>
    </w:div>
    <w:div w:id="302194193">
      <w:bodyDiv w:val="1"/>
      <w:marLeft w:val="0"/>
      <w:marRight w:val="0"/>
      <w:marTop w:val="0"/>
      <w:marBottom w:val="0"/>
      <w:divBdr>
        <w:top w:val="none" w:sz="0" w:space="0" w:color="auto"/>
        <w:left w:val="none" w:sz="0" w:space="0" w:color="auto"/>
        <w:bottom w:val="none" w:sz="0" w:space="0" w:color="auto"/>
        <w:right w:val="none" w:sz="0" w:space="0" w:color="auto"/>
      </w:divBdr>
    </w:div>
    <w:div w:id="310600173">
      <w:bodyDiv w:val="1"/>
      <w:marLeft w:val="0"/>
      <w:marRight w:val="0"/>
      <w:marTop w:val="0"/>
      <w:marBottom w:val="0"/>
      <w:divBdr>
        <w:top w:val="none" w:sz="0" w:space="0" w:color="auto"/>
        <w:left w:val="none" w:sz="0" w:space="0" w:color="auto"/>
        <w:bottom w:val="none" w:sz="0" w:space="0" w:color="auto"/>
        <w:right w:val="none" w:sz="0" w:space="0" w:color="auto"/>
      </w:divBdr>
      <w:divsChild>
        <w:div w:id="1148941777">
          <w:marLeft w:val="0"/>
          <w:marRight w:val="0"/>
          <w:marTop w:val="0"/>
          <w:marBottom w:val="0"/>
          <w:divBdr>
            <w:top w:val="none" w:sz="0" w:space="0" w:color="auto"/>
            <w:left w:val="none" w:sz="0" w:space="0" w:color="auto"/>
            <w:bottom w:val="none" w:sz="0" w:space="0" w:color="auto"/>
            <w:right w:val="none" w:sz="0" w:space="0" w:color="auto"/>
          </w:divBdr>
        </w:div>
        <w:div w:id="66731103">
          <w:marLeft w:val="0"/>
          <w:marRight w:val="0"/>
          <w:marTop w:val="0"/>
          <w:marBottom w:val="0"/>
          <w:divBdr>
            <w:top w:val="none" w:sz="0" w:space="0" w:color="auto"/>
            <w:left w:val="none" w:sz="0" w:space="0" w:color="auto"/>
            <w:bottom w:val="none" w:sz="0" w:space="0" w:color="auto"/>
            <w:right w:val="none" w:sz="0" w:space="0" w:color="auto"/>
          </w:divBdr>
        </w:div>
      </w:divsChild>
    </w:div>
    <w:div w:id="322896478">
      <w:bodyDiv w:val="1"/>
      <w:marLeft w:val="0"/>
      <w:marRight w:val="0"/>
      <w:marTop w:val="0"/>
      <w:marBottom w:val="0"/>
      <w:divBdr>
        <w:top w:val="none" w:sz="0" w:space="0" w:color="auto"/>
        <w:left w:val="none" w:sz="0" w:space="0" w:color="auto"/>
        <w:bottom w:val="none" w:sz="0" w:space="0" w:color="auto"/>
        <w:right w:val="none" w:sz="0" w:space="0" w:color="auto"/>
      </w:divBdr>
    </w:div>
    <w:div w:id="352651945">
      <w:bodyDiv w:val="1"/>
      <w:marLeft w:val="0"/>
      <w:marRight w:val="0"/>
      <w:marTop w:val="0"/>
      <w:marBottom w:val="0"/>
      <w:divBdr>
        <w:top w:val="none" w:sz="0" w:space="0" w:color="auto"/>
        <w:left w:val="none" w:sz="0" w:space="0" w:color="auto"/>
        <w:bottom w:val="none" w:sz="0" w:space="0" w:color="auto"/>
        <w:right w:val="none" w:sz="0" w:space="0" w:color="auto"/>
      </w:divBdr>
    </w:div>
    <w:div w:id="375205417">
      <w:bodyDiv w:val="1"/>
      <w:marLeft w:val="0"/>
      <w:marRight w:val="0"/>
      <w:marTop w:val="0"/>
      <w:marBottom w:val="0"/>
      <w:divBdr>
        <w:top w:val="none" w:sz="0" w:space="0" w:color="auto"/>
        <w:left w:val="none" w:sz="0" w:space="0" w:color="auto"/>
        <w:bottom w:val="none" w:sz="0" w:space="0" w:color="auto"/>
        <w:right w:val="none" w:sz="0" w:space="0" w:color="auto"/>
      </w:divBdr>
    </w:div>
    <w:div w:id="380522777">
      <w:bodyDiv w:val="1"/>
      <w:marLeft w:val="0"/>
      <w:marRight w:val="0"/>
      <w:marTop w:val="0"/>
      <w:marBottom w:val="0"/>
      <w:divBdr>
        <w:top w:val="none" w:sz="0" w:space="0" w:color="auto"/>
        <w:left w:val="none" w:sz="0" w:space="0" w:color="auto"/>
        <w:bottom w:val="none" w:sz="0" w:space="0" w:color="auto"/>
        <w:right w:val="none" w:sz="0" w:space="0" w:color="auto"/>
      </w:divBdr>
    </w:div>
    <w:div w:id="396628242">
      <w:bodyDiv w:val="1"/>
      <w:marLeft w:val="0"/>
      <w:marRight w:val="0"/>
      <w:marTop w:val="0"/>
      <w:marBottom w:val="0"/>
      <w:divBdr>
        <w:top w:val="none" w:sz="0" w:space="0" w:color="auto"/>
        <w:left w:val="none" w:sz="0" w:space="0" w:color="auto"/>
        <w:bottom w:val="none" w:sz="0" w:space="0" w:color="auto"/>
        <w:right w:val="none" w:sz="0" w:space="0" w:color="auto"/>
      </w:divBdr>
    </w:div>
    <w:div w:id="403455342">
      <w:bodyDiv w:val="1"/>
      <w:marLeft w:val="0"/>
      <w:marRight w:val="0"/>
      <w:marTop w:val="0"/>
      <w:marBottom w:val="0"/>
      <w:divBdr>
        <w:top w:val="none" w:sz="0" w:space="0" w:color="auto"/>
        <w:left w:val="none" w:sz="0" w:space="0" w:color="auto"/>
        <w:bottom w:val="none" w:sz="0" w:space="0" w:color="auto"/>
        <w:right w:val="none" w:sz="0" w:space="0" w:color="auto"/>
      </w:divBdr>
    </w:div>
    <w:div w:id="405037955">
      <w:bodyDiv w:val="1"/>
      <w:marLeft w:val="0"/>
      <w:marRight w:val="0"/>
      <w:marTop w:val="0"/>
      <w:marBottom w:val="0"/>
      <w:divBdr>
        <w:top w:val="none" w:sz="0" w:space="0" w:color="auto"/>
        <w:left w:val="none" w:sz="0" w:space="0" w:color="auto"/>
        <w:bottom w:val="none" w:sz="0" w:space="0" w:color="auto"/>
        <w:right w:val="none" w:sz="0" w:space="0" w:color="auto"/>
      </w:divBdr>
    </w:div>
    <w:div w:id="413090521">
      <w:bodyDiv w:val="1"/>
      <w:marLeft w:val="0"/>
      <w:marRight w:val="0"/>
      <w:marTop w:val="0"/>
      <w:marBottom w:val="0"/>
      <w:divBdr>
        <w:top w:val="none" w:sz="0" w:space="0" w:color="auto"/>
        <w:left w:val="none" w:sz="0" w:space="0" w:color="auto"/>
        <w:bottom w:val="none" w:sz="0" w:space="0" w:color="auto"/>
        <w:right w:val="none" w:sz="0" w:space="0" w:color="auto"/>
      </w:divBdr>
    </w:div>
    <w:div w:id="417756444">
      <w:bodyDiv w:val="1"/>
      <w:marLeft w:val="0"/>
      <w:marRight w:val="0"/>
      <w:marTop w:val="0"/>
      <w:marBottom w:val="0"/>
      <w:divBdr>
        <w:top w:val="none" w:sz="0" w:space="0" w:color="auto"/>
        <w:left w:val="none" w:sz="0" w:space="0" w:color="auto"/>
        <w:bottom w:val="none" w:sz="0" w:space="0" w:color="auto"/>
        <w:right w:val="none" w:sz="0" w:space="0" w:color="auto"/>
      </w:divBdr>
    </w:div>
    <w:div w:id="426653102">
      <w:bodyDiv w:val="1"/>
      <w:marLeft w:val="0"/>
      <w:marRight w:val="0"/>
      <w:marTop w:val="0"/>
      <w:marBottom w:val="0"/>
      <w:divBdr>
        <w:top w:val="none" w:sz="0" w:space="0" w:color="auto"/>
        <w:left w:val="none" w:sz="0" w:space="0" w:color="auto"/>
        <w:bottom w:val="none" w:sz="0" w:space="0" w:color="auto"/>
        <w:right w:val="none" w:sz="0" w:space="0" w:color="auto"/>
      </w:divBdr>
    </w:div>
    <w:div w:id="433595778">
      <w:bodyDiv w:val="1"/>
      <w:marLeft w:val="0"/>
      <w:marRight w:val="0"/>
      <w:marTop w:val="0"/>
      <w:marBottom w:val="0"/>
      <w:divBdr>
        <w:top w:val="none" w:sz="0" w:space="0" w:color="auto"/>
        <w:left w:val="none" w:sz="0" w:space="0" w:color="auto"/>
        <w:bottom w:val="none" w:sz="0" w:space="0" w:color="auto"/>
        <w:right w:val="none" w:sz="0" w:space="0" w:color="auto"/>
      </w:divBdr>
    </w:div>
    <w:div w:id="436872205">
      <w:bodyDiv w:val="1"/>
      <w:marLeft w:val="0"/>
      <w:marRight w:val="0"/>
      <w:marTop w:val="0"/>
      <w:marBottom w:val="0"/>
      <w:divBdr>
        <w:top w:val="none" w:sz="0" w:space="0" w:color="auto"/>
        <w:left w:val="none" w:sz="0" w:space="0" w:color="auto"/>
        <w:bottom w:val="none" w:sz="0" w:space="0" w:color="auto"/>
        <w:right w:val="none" w:sz="0" w:space="0" w:color="auto"/>
      </w:divBdr>
    </w:div>
    <w:div w:id="442459296">
      <w:bodyDiv w:val="1"/>
      <w:marLeft w:val="0"/>
      <w:marRight w:val="0"/>
      <w:marTop w:val="0"/>
      <w:marBottom w:val="0"/>
      <w:divBdr>
        <w:top w:val="none" w:sz="0" w:space="0" w:color="auto"/>
        <w:left w:val="none" w:sz="0" w:space="0" w:color="auto"/>
        <w:bottom w:val="none" w:sz="0" w:space="0" w:color="auto"/>
        <w:right w:val="none" w:sz="0" w:space="0" w:color="auto"/>
      </w:divBdr>
      <w:divsChild>
        <w:div w:id="1203589883">
          <w:marLeft w:val="0"/>
          <w:marRight w:val="0"/>
          <w:marTop w:val="0"/>
          <w:marBottom w:val="0"/>
          <w:divBdr>
            <w:top w:val="none" w:sz="0" w:space="0" w:color="auto"/>
            <w:left w:val="none" w:sz="0" w:space="0" w:color="auto"/>
            <w:bottom w:val="none" w:sz="0" w:space="0" w:color="auto"/>
            <w:right w:val="none" w:sz="0" w:space="0" w:color="auto"/>
          </w:divBdr>
        </w:div>
        <w:div w:id="2138378285">
          <w:marLeft w:val="0"/>
          <w:marRight w:val="0"/>
          <w:marTop w:val="0"/>
          <w:marBottom w:val="0"/>
          <w:divBdr>
            <w:top w:val="none" w:sz="0" w:space="0" w:color="auto"/>
            <w:left w:val="none" w:sz="0" w:space="0" w:color="auto"/>
            <w:bottom w:val="none" w:sz="0" w:space="0" w:color="auto"/>
            <w:right w:val="none" w:sz="0" w:space="0" w:color="auto"/>
          </w:divBdr>
        </w:div>
      </w:divsChild>
    </w:div>
    <w:div w:id="444009950">
      <w:bodyDiv w:val="1"/>
      <w:marLeft w:val="0"/>
      <w:marRight w:val="0"/>
      <w:marTop w:val="0"/>
      <w:marBottom w:val="0"/>
      <w:divBdr>
        <w:top w:val="none" w:sz="0" w:space="0" w:color="auto"/>
        <w:left w:val="none" w:sz="0" w:space="0" w:color="auto"/>
        <w:bottom w:val="none" w:sz="0" w:space="0" w:color="auto"/>
        <w:right w:val="none" w:sz="0" w:space="0" w:color="auto"/>
      </w:divBdr>
    </w:div>
    <w:div w:id="445317360">
      <w:bodyDiv w:val="1"/>
      <w:marLeft w:val="0"/>
      <w:marRight w:val="0"/>
      <w:marTop w:val="0"/>
      <w:marBottom w:val="0"/>
      <w:divBdr>
        <w:top w:val="none" w:sz="0" w:space="0" w:color="auto"/>
        <w:left w:val="none" w:sz="0" w:space="0" w:color="auto"/>
        <w:bottom w:val="none" w:sz="0" w:space="0" w:color="auto"/>
        <w:right w:val="none" w:sz="0" w:space="0" w:color="auto"/>
      </w:divBdr>
    </w:div>
    <w:div w:id="449981243">
      <w:bodyDiv w:val="1"/>
      <w:marLeft w:val="0"/>
      <w:marRight w:val="0"/>
      <w:marTop w:val="0"/>
      <w:marBottom w:val="0"/>
      <w:divBdr>
        <w:top w:val="none" w:sz="0" w:space="0" w:color="auto"/>
        <w:left w:val="none" w:sz="0" w:space="0" w:color="auto"/>
        <w:bottom w:val="none" w:sz="0" w:space="0" w:color="auto"/>
        <w:right w:val="none" w:sz="0" w:space="0" w:color="auto"/>
      </w:divBdr>
    </w:div>
    <w:div w:id="454443920">
      <w:bodyDiv w:val="1"/>
      <w:marLeft w:val="0"/>
      <w:marRight w:val="0"/>
      <w:marTop w:val="0"/>
      <w:marBottom w:val="0"/>
      <w:divBdr>
        <w:top w:val="none" w:sz="0" w:space="0" w:color="auto"/>
        <w:left w:val="none" w:sz="0" w:space="0" w:color="auto"/>
        <w:bottom w:val="none" w:sz="0" w:space="0" w:color="auto"/>
        <w:right w:val="none" w:sz="0" w:space="0" w:color="auto"/>
      </w:divBdr>
      <w:divsChild>
        <w:div w:id="138572569">
          <w:marLeft w:val="0"/>
          <w:marRight w:val="0"/>
          <w:marTop w:val="0"/>
          <w:marBottom w:val="0"/>
          <w:divBdr>
            <w:top w:val="none" w:sz="0" w:space="0" w:color="auto"/>
            <w:left w:val="none" w:sz="0" w:space="0" w:color="auto"/>
            <w:bottom w:val="none" w:sz="0" w:space="0" w:color="auto"/>
            <w:right w:val="none" w:sz="0" w:space="0" w:color="auto"/>
          </w:divBdr>
        </w:div>
        <w:div w:id="694581914">
          <w:marLeft w:val="0"/>
          <w:marRight w:val="0"/>
          <w:marTop w:val="0"/>
          <w:marBottom w:val="0"/>
          <w:divBdr>
            <w:top w:val="none" w:sz="0" w:space="0" w:color="auto"/>
            <w:left w:val="none" w:sz="0" w:space="0" w:color="auto"/>
            <w:bottom w:val="none" w:sz="0" w:space="0" w:color="auto"/>
            <w:right w:val="none" w:sz="0" w:space="0" w:color="auto"/>
          </w:divBdr>
        </w:div>
      </w:divsChild>
    </w:div>
    <w:div w:id="497619324">
      <w:bodyDiv w:val="1"/>
      <w:marLeft w:val="0"/>
      <w:marRight w:val="0"/>
      <w:marTop w:val="0"/>
      <w:marBottom w:val="0"/>
      <w:divBdr>
        <w:top w:val="none" w:sz="0" w:space="0" w:color="auto"/>
        <w:left w:val="none" w:sz="0" w:space="0" w:color="auto"/>
        <w:bottom w:val="none" w:sz="0" w:space="0" w:color="auto"/>
        <w:right w:val="none" w:sz="0" w:space="0" w:color="auto"/>
      </w:divBdr>
      <w:divsChild>
        <w:div w:id="1403530284">
          <w:marLeft w:val="0"/>
          <w:marRight w:val="0"/>
          <w:marTop w:val="0"/>
          <w:marBottom w:val="0"/>
          <w:divBdr>
            <w:top w:val="none" w:sz="0" w:space="0" w:color="auto"/>
            <w:left w:val="none" w:sz="0" w:space="0" w:color="auto"/>
            <w:bottom w:val="none" w:sz="0" w:space="0" w:color="auto"/>
            <w:right w:val="none" w:sz="0" w:space="0" w:color="auto"/>
          </w:divBdr>
          <w:divsChild>
            <w:div w:id="519391189">
              <w:marLeft w:val="0"/>
              <w:marRight w:val="0"/>
              <w:marTop w:val="0"/>
              <w:marBottom w:val="0"/>
              <w:divBdr>
                <w:top w:val="none" w:sz="0" w:space="0" w:color="auto"/>
                <w:left w:val="none" w:sz="0" w:space="0" w:color="auto"/>
                <w:bottom w:val="none" w:sz="0" w:space="0" w:color="auto"/>
                <w:right w:val="none" w:sz="0" w:space="0" w:color="auto"/>
              </w:divBdr>
              <w:divsChild>
                <w:div w:id="1029724013">
                  <w:marLeft w:val="0"/>
                  <w:marRight w:val="0"/>
                  <w:marTop w:val="0"/>
                  <w:marBottom w:val="0"/>
                  <w:divBdr>
                    <w:top w:val="none" w:sz="0" w:space="0" w:color="auto"/>
                    <w:left w:val="none" w:sz="0" w:space="0" w:color="auto"/>
                    <w:bottom w:val="none" w:sz="0" w:space="0" w:color="auto"/>
                    <w:right w:val="none" w:sz="0" w:space="0" w:color="auto"/>
                  </w:divBdr>
                  <w:divsChild>
                    <w:div w:id="1223105586">
                      <w:marLeft w:val="0"/>
                      <w:marRight w:val="0"/>
                      <w:marTop w:val="0"/>
                      <w:marBottom w:val="0"/>
                      <w:divBdr>
                        <w:top w:val="none" w:sz="0" w:space="0" w:color="auto"/>
                        <w:left w:val="none" w:sz="0" w:space="0" w:color="auto"/>
                        <w:bottom w:val="none" w:sz="0" w:space="0" w:color="auto"/>
                        <w:right w:val="none" w:sz="0" w:space="0" w:color="auto"/>
                      </w:divBdr>
                      <w:divsChild>
                        <w:div w:id="1335034695">
                          <w:marLeft w:val="0"/>
                          <w:marRight w:val="0"/>
                          <w:marTop w:val="0"/>
                          <w:marBottom w:val="0"/>
                          <w:divBdr>
                            <w:top w:val="none" w:sz="0" w:space="0" w:color="auto"/>
                            <w:left w:val="none" w:sz="0" w:space="0" w:color="auto"/>
                            <w:bottom w:val="none" w:sz="0" w:space="0" w:color="auto"/>
                            <w:right w:val="none" w:sz="0" w:space="0" w:color="auto"/>
                          </w:divBdr>
                          <w:divsChild>
                            <w:div w:id="1468820243">
                              <w:marLeft w:val="0"/>
                              <w:marRight w:val="0"/>
                              <w:marTop w:val="0"/>
                              <w:marBottom w:val="0"/>
                              <w:divBdr>
                                <w:top w:val="none" w:sz="0" w:space="0" w:color="auto"/>
                                <w:left w:val="none" w:sz="0" w:space="0" w:color="auto"/>
                                <w:bottom w:val="none" w:sz="0" w:space="0" w:color="auto"/>
                                <w:right w:val="none" w:sz="0" w:space="0" w:color="auto"/>
                              </w:divBdr>
                              <w:divsChild>
                                <w:div w:id="880048929">
                                  <w:marLeft w:val="0"/>
                                  <w:marRight w:val="0"/>
                                  <w:marTop w:val="0"/>
                                  <w:marBottom w:val="0"/>
                                  <w:divBdr>
                                    <w:top w:val="none" w:sz="0" w:space="0" w:color="auto"/>
                                    <w:left w:val="none" w:sz="0" w:space="0" w:color="auto"/>
                                    <w:bottom w:val="none" w:sz="0" w:space="0" w:color="auto"/>
                                    <w:right w:val="none" w:sz="0" w:space="0" w:color="auto"/>
                                  </w:divBdr>
                                  <w:divsChild>
                                    <w:div w:id="1243298808">
                                      <w:marLeft w:val="0"/>
                                      <w:marRight w:val="0"/>
                                      <w:marTop w:val="0"/>
                                      <w:marBottom w:val="0"/>
                                      <w:divBdr>
                                        <w:top w:val="none" w:sz="0" w:space="0" w:color="auto"/>
                                        <w:left w:val="none" w:sz="0" w:space="0" w:color="auto"/>
                                        <w:bottom w:val="none" w:sz="0" w:space="0" w:color="auto"/>
                                        <w:right w:val="none" w:sz="0" w:space="0" w:color="auto"/>
                                      </w:divBdr>
                                      <w:divsChild>
                                        <w:div w:id="754326862">
                                          <w:marLeft w:val="0"/>
                                          <w:marRight w:val="0"/>
                                          <w:marTop w:val="0"/>
                                          <w:marBottom w:val="0"/>
                                          <w:divBdr>
                                            <w:top w:val="none" w:sz="0" w:space="0" w:color="auto"/>
                                            <w:left w:val="none" w:sz="0" w:space="0" w:color="auto"/>
                                            <w:bottom w:val="none" w:sz="0" w:space="0" w:color="auto"/>
                                            <w:right w:val="none" w:sz="0" w:space="0" w:color="auto"/>
                                          </w:divBdr>
                                          <w:divsChild>
                                            <w:div w:id="896666696">
                                              <w:marLeft w:val="0"/>
                                              <w:marRight w:val="0"/>
                                              <w:marTop w:val="0"/>
                                              <w:marBottom w:val="0"/>
                                              <w:divBdr>
                                                <w:top w:val="none" w:sz="0" w:space="0" w:color="auto"/>
                                                <w:left w:val="none" w:sz="0" w:space="0" w:color="auto"/>
                                                <w:bottom w:val="none" w:sz="0" w:space="0" w:color="auto"/>
                                                <w:right w:val="none" w:sz="0" w:space="0" w:color="auto"/>
                                              </w:divBdr>
                                              <w:divsChild>
                                                <w:div w:id="490562473">
                                                  <w:marLeft w:val="0"/>
                                                  <w:marRight w:val="0"/>
                                                  <w:marTop w:val="0"/>
                                                  <w:marBottom w:val="0"/>
                                                  <w:divBdr>
                                                    <w:top w:val="none" w:sz="0" w:space="0" w:color="auto"/>
                                                    <w:left w:val="none" w:sz="0" w:space="0" w:color="auto"/>
                                                    <w:bottom w:val="none" w:sz="0" w:space="0" w:color="auto"/>
                                                    <w:right w:val="none" w:sz="0" w:space="0" w:color="auto"/>
                                                  </w:divBdr>
                                                </w:div>
                                                <w:div w:id="167518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2037568">
      <w:bodyDiv w:val="1"/>
      <w:marLeft w:val="0"/>
      <w:marRight w:val="0"/>
      <w:marTop w:val="0"/>
      <w:marBottom w:val="0"/>
      <w:divBdr>
        <w:top w:val="none" w:sz="0" w:space="0" w:color="auto"/>
        <w:left w:val="none" w:sz="0" w:space="0" w:color="auto"/>
        <w:bottom w:val="none" w:sz="0" w:space="0" w:color="auto"/>
        <w:right w:val="none" w:sz="0" w:space="0" w:color="auto"/>
      </w:divBdr>
    </w:div>
    <w:div w:id="515972197">
      <w:bodyDiv w:val="1"/>
      <w:marLeft w:val="0"/>
      <w:marRight w:val="0"/>
      <w:marTop w:val="0"/>
      <w:marBottom w:val="0"/>
      <w:divBdr>
        <w:top w:val="none" w:sz="0" w:space="0" w:color="auto"/>
        <w:left w:val="none" w:sz="0" w:space="0" w:color="auto"/>
        <w:bottom w:val="none" w:sz="0" w:space="0" w:color="auto"/>
        <w:right w:val="none" w:sz="0" w:space="0" w:color="auto"/>
      </w:divBdr>
    </w:div>
    <w:div w:id="517937470">
      <w:bodyDiv w:val="1"/>
      <w:marLeft w:val="0"/>
      <w:marRight w:val="0"/>
      <w:marTop w:val="0"/>
      <w:marBottom w:val="0"/>
      <w:divBdr>
        <w:top w:val="none" w:sz="0" w:space="0" w:color="auto"/>
        <w:left w:val="none" w:sz="0" w:space="0" w:color="auto"/>
        <w:bottom w:val="none" w:sz="0" w:space="0" w:color="auto"/>
        <w:right w:val="none" w:sz="0" w:space="0" w:color="auto"/>
      </w:divBdr>
    </w:div>
    <w:div w:id="520322650">
      <w:bodyDiv w:val="1"/>
      <w:marLeft w:val="0"/>
      <w:marRight w:val="0"/>
      <w:marTop w:val="0"/>
      <w:marBottom w:val="0"/>
      <w:divBdr>
        <w:top w:val="none" w:sz="0" w:space="0" w:color="auto"/>
        <w:left w:val="none" w:sz="0" w:space="0" w:color="auto"/>
        <w:bottom w:val="none" w:sz="0" w:space="0" w:color="auto"/>
        <w:right w:val="none" w:sz="0" w:space="0" w:color="auto"/>
      </w:divBdr>
    </w:div>
    <w:div w:id="538005887">
      <w:bodyDiv w:val="1"/>
      <w:marLeft w:val="0"/>
      <w:marRight w:val="0"/>
      <w:marTop w:val="0"/>
      <w:marBottom w:val="0"/>
      <w:divBdr>
        <w:top w:val="none" w:sz="0" w:space="0" w:color="auto"/>
        <w:left w:val="none" w:sz="0" w:space="0" w:color="auto"/>
        <w:bottom w:val="none" w:sz="0" w:space="0" w:color="auto"/>
        <w:right w:val="none" w:sz="0" w:space="0" w:color="auto"/>
      </w:divBdr>
    </w:div>
    <w:div w:id="552236731">
      <w:bodyDiv w:val="1"/>
      <w:marLeft w:val="0"/>
      <w:marRight w:val="0"/>
      <w:marTop w:val="0"/>
      <w:marBottom w:val="0"/>
      <w:divBdr>
        <w:top w:val="none" w:sz="0" w:space="0" w:color="auto"/>
        <w:left w:val="none" w:sz="0" w:space="0" w:color="auto"/>
        <w:bottom w:val="none" w:sz="0" w:space="0" w:color="auto"/>
        <w:right w:val="none" w:sz="0" w:space="0" w:color="auto"/>
      </w:divBdr>
    </w:div>
    <w:div w:id="557590701">
      <w:bodyDiv w:val="1"/>
      <w:marLeft w:val="0"/>
      <w:marRight w:val="0"/>
      <w:marTop w:val="0"/>
      <w:marBottom w:val="0"/>
      <w:divBdr>
        <w:top w:val="none" w:sz="0" w:space="0" w:color="auto"/>
        <w:left w:val="none" w:sz="0" w:space="0" w:color="auto"/>
        <w:bottom w:val="none" w:sz="0" w:space="0" w:color="auto"/>
        <w:right w:val="none" w:sz="0" w:space="0" w:color="auto"/>
      </w:divBdr>
    </w:div>
    <w:div w:id="559052124">
      <w:bodyDiv w:val="1"/>
      <w:marLeft w:val="0"/>
      <w:marRight w:val="0"/>
      <w:marTop w:val="0"/>
      <w:marBottom w:val="0"/>
      <w:divBdr>
        <w:top w:val="none" w:sz="0" w:space="0" w:color="auto"/>
        <w:left w:val="none" w:sz="0" w:space="0" w:color="auto"/>
        <w:bottom w:val="none" w:sz="0" w:space="0" w:color="auto"/>
        <w:right w:val="none" w:sz="0" w:space="0" w:color="auto"/>
      </w:divBdr>
    </w:div>
    <w:div w:id="564337048">
      <w:bodyDiv w:val="1"/>
      <w:marLeft w:val="0"/>
      <w:marRight w:val="0"/>
      <w:marTop w:val="0"/>
      <w:marBottom w:val="0"/>
      <w:divBdr>
        <w:top w:val="none" w:sz="0" w:space="0" w:color="auto"/>
        <w:left w:val="none" w:sz="0" w:space="0" w:color="auto"/>
        <w:bottom w:val="none" w:sz="0" w:space="0" w:color="auto"/>
        <w:right w:val="none" w:sz="0" w:space="0" w:color="auto"/>
      </w:divBdr>
    </w:div>
    <w:div w:id="570624446">
      <w:bodyDiv w:val="1"/>
      <w:marLeft w:val="0"/>
      <w:marRight w:val="0"/>
      <w:marTop w:val="0"/>
      <w:marBottom w:val="0"/>
      <w:divBdr>
        <w:top w:val="none" w:sz="0" w:space="0" w:color="auto"/>
        <w:left w:val="none" w:sz="0" w:space="0" w:color="auto"/>
        <w:bottom w:val="none" w:sz="0" w:space="0" w:color="auto"/>
        <w:right w:val="none" w:sz="0" w:space="0" w:color="auto"/>
      </w:divBdr>
    </w:div>
    <w:div w:id="580456015">
      <w:bodyDiv w:val="1"/>
      <w:marLeft w:val="0"/>
      <w:marRight w:val="0"/>
      <w:marTop w:val="0"/>
      <w:marBottom w:val="0"/>
      <w:divBdr>
        <w:top w:val="none" w:sz="0" w:space="0" w:color="auto"/>
        <w:left w:val="none" w:sz="0" w:space="0" w:color="auto"/>
        <w:bottom w:val="none" w:sz="0" w:space="0" w:color="auto"/>
        <w:right w:val="none" w:sz="0" w:space="0" w:color="auto"/>
      </w:divBdr>
    </w:div>
    <w:div w:id="597635588">
      <w:bodyDiv w:val="1"/>
      <w:marLeft w:val="0"/>
      <w:marRight w:val="0"/>
      <w:marTop w:val="0"/>
      <w:marBottom w:val="0"/>
      <w:divBdr>
        <w:top w:val="none" w:sz="0" w:space="0" w:color="auto"/>
        <w:left w:val="none" w:sz="0" w:space="0" w:color="auto"/>
        <w:bottom w:val="none" w:sz="0" w:space="0" w:color="auto"/>
        <w:right w:val="none" w:sz="0" w:space="0" w:color="auto"/>
      </w:divBdr>
    </w:div>
    <w:div w:id="599532623">
      <w:bodyDiv w:val="1"/>
      <w:marLeft w:val="0"/>
      <w:marRight w:val="0"/>
      <w:marTop w:val="0"/>
      <w:marBottom w:val="0"/>
      <w:divBdr>
        <w:top w:val="none" w:sz="0" w:space="0" w:color="auto"/>
        <w:left w:val="none" w:sz="0" w:space="0" w:color="auto"/>
        <w:bottom w:val="none" w:sz="0" w:space="0" w:color="auto"/>
        <w:right w:val="none" w:sz="0" w:space="0" w:color="auto"/>
      </w:divBdr>
      <w:divsChild>
        <w:div w:id="440494846">
          <w:marLeft w:val="0"/>
          <w:marRight w:val="0"/>
          <w:marTop w:val="0"/>
          <w:marBottom w:val="0"/>
          <w:divBdr>
            <w:top w:val="none" w:sz="0" w:space="0" w:color="auto"/>
            <w:left w:val="none" w:sz="0" w:space="0" w:color="auto"/>
            <w:bottom w:val="none" w:sz="0" w:space="0" w:color="auto"/>
            <w:right w:val="none" w:sz="0" w:space="0" w:color="auto"/>
          </w:divBdr>
        </w:div>
        <w:div w:id="817654779">
          <w:marLeft w:val="0"/>
          <w:marRight w:val="0"/>
          <w:marTop w:val="0"/>
          <w:marBottom w:val="0"/>
          <w:divBdr>
            <w:top w:val="none" w:sz="0" w:space="0" w:color="auto"/>
            <w:left w:val="none" w:sz="0" w:space="0" w:color="auto"/>
            <w:bottom w:val="none" w:sz="0" w:space="0" w:color="auto"/>
            <w:right w:val="none" w:sz="0" w:space="0" w:color="auto"/>
          </w:divBdr>
        </w:div>
      </w:divsChild>
    </w:div>
    <w:div w:id="601763646">
      <w:bodyDiv w:val="1"/>
      <w:marLeft w:val="0"/>
      <w:marRight w:val="0"/>
      <w:marTop w:val="0"/>
      <w:marBottom w:val="0"/>
      <w:divBdr>
        <w:top w:val="none" w:sz="0" w:space="0" w:color="auto"/>
        <w:left w:val="none" w:sz="0" w:space="0" w:color="auto"/>
        <w:bottom w:val="none" w:sz="0" w:space="0" w:color="auto"/>
        <w:right w:val="none" w:sz="0" w:space="0" w:color="auto"/>
      </w:divBdr>
    </w:div>
    <w:div w:id="604927654">
      <w:bodyDiv w:val="1"/>
      <w:marLeft w:val="0"/>
      <w:marRight w:val="0"/>
      <w:marTop w:val="0"/>
      <w:marBottom w:val="0"/>
      <w:divBdr>
        <w:top w:val="none" w:sz="0" w:space="0" w:color="auto"/>
        <w:left w:val="none" w:sz="0" w:space="0" w:color="auto"/>
        <w:bottom w:val="none" w:sz="0" w:space="0" w:color="auto"/>
        <w:right w:val="none" w:sz="0" w:space="0" w:color="auto"/>
      </w:divBdr>
    </w:div>
    <w:div w:id="607808775">
      <w:bodyDiv w:val="1"/>
      <w:marLeft w:val="0"/>
      <w:marRight w:val="0"/>
      <w:marTop w:val="0"/>
      <w:marBottom w:val="0"/>
      <w:divBdr>
        <w:top w:val="none" w:sz="0" w:space="0" w:color="auto"/>
        <w:left w:val="none" w:sz="0" w:space="0" w:color="auto"/>
        <w:bottom w:val="none" w:sz="0" w:space="0" w:color="auto"/>
        <w:right w:val="none" w:sz="0" w:space="0" w:color="auto"/>
      </w:divBdr>
    </w:div>
    <w:div w:id="636881773">
      <w:bodyDiv w:val="1"/>
      <w:marLeft w:val="0"/>
      <w:marRight w:val="0"/>
      <w:marTop w:val="0"/>
      <w:marBottom w:val="0"/>
      <w:divBdr>
        <w:top w:val="none" w:sz="0" w:space="0" w:color="auto"/>
        <w:left w:val="none" w:sz="0" w:space="0" w:color="auto"/>
        <w:bottom w:val="none" w:sz="0" w:space="0" w:color="auto"/>
        <w:right w:val="none" w:sz="0" w:space="0" w:color="auto"/>
      </w:divBdr>
    </w:div>
    <w:div w:id="652873260">
      <w:bodyDiv w:val="1"/>
      <w:marLeft w:val="0"/>
      <w:marRight w:val="0"/>
      <w:marTop w:val="0"/>
      <w:marBottom w:val="0"/>
      <w:divBdr>
        <w:top w:val="none" w:sz="0" w:space="0" w:color="auto"/>
        <w:left w:val="none" w:sz="0" w:space="0" w:color="auto"/>
        <w:bottom w:val="none" w:sz="0" w:space="0" w:color="auto"/>
        <w:right w:val="none" w:sz="0" w:space="0" w:color="auto"/>
      </w:divBdr>
    </w:div>
    <w:div w:id="660737808">
      <w:bodyDiv w:val="1"/>
      <w:marLeft w:val="0"/>
      <w:marRight w:val="0"/>
      <w:marTop w:val="0"/>
      <w:marBottom w:val="0"/>
      <w:divBdr>
        <w:top w:val="none" w:sz="0" w:space="0" w:color="auto"/>
        <w:left w:val="none" w:sz="0" w:space="0" w:color="auto"/>
        <w:bottom w:val="none" w:sz="0" w:space="0" w:color="auto"/>
        <w:right w:val="none" w:sz="0" w:space="0" w:color="auto"/>
      </w:divBdr>
    </w:div>
    <w:div w:id="675498428">
      <w:bodyDiv w:val="1"/>
      <w:marLeft w:val="0"/>
      <w:marRight w:val="0"/>
      <w:marTop w:val="0"/>
      <w:marBottom w:val="0"/>
      <w:divBdr>
        <w:top w:val="none" w:sz="0" w:space="0" w:color="auto"/>
        <w:left w:val="none" w:sz="0" w:space="0" w:color="auto"/>
        <w:bottom w:val="none" w:sz="0" w:space="0" w:color="auto"/>
        <w:right w:val="none" w:sz="0" w:space="0" w:color="auto"/>
      </w:divBdr>
    </w:div>
    <w:div w:id="683285566">
      <w:bodyDiv w:val="1"/>
      <w:marLeft w:val="0"/>
      <w:marRight w:val="0"/>
      <w:marTop w:val="0"/>
      <w:marBottom w:val="0"/>
      <w:divBdr>
        <w:top w:val="none" w:sz="0" w:space="0" w:color="auto"/>
        <w:left w:val="none" w:sz="0" w:space="0" w:color="auto"/>
        <w:bottom w:val="none" w:sz="0" w:space="0" w:color="auto"/>
        <w:right w:val="none" w:sz="0" w:space="0" w:color="auto"/>
      </w:divBdr>
      <w:divsChild>
        <w:div w:id="1137137988">
          <w:marLeft w:val="0"/>
          <w:marRight w:val="0"/>
          <w:marTop w:val="0"/>
          <w:marBottom w:val="0"/>
          <w:divBdr>
            <w:top w:val="none" w:sz="0" w:space="0" w:color="auto"/>
            <w:left w:val="none" w:sz="0" w:space="0" w:color="auto"/>
            <w:bottom w:val="none" w:sz="0" w:space="0" w:color="auto"/>
            <w:right w:val="none" w:sz="0" w:space="0" w:color="auto"/>
          </w:divBdr>
        </w:div>
        <w:div w:id="944381194">
          <w:marLeft w:val="0"/>
          <w:marRight w:val="0"/>
          <w:marTop w:val="0"/>
          <w:marBottom w:val="0"/>
          <w:divBdr>
            <w:top w:val="none" w:sz="0" w:space="0" w:color="auto"/>
            <w:left w:val="none" w:sz="0" w:space="0" w:color="auto"/>
            <w:bottom w:val="none" w:sz="0" w:space="0" w:color="auto"/>
            <w:right w:val="none" w:sz="0" w:space="0" w:color="auto"/>
          </w:divBdr>
        </w:div>
      </w:divsChild>
    </w:div>
    <w:div w:id="701125879">
      <w:bodyDiv w:val="1"/>
      <w:marLeft w:val="0"/>
      <w:marRight w:val="0"/>
      <w:marTop w:val="0"/>
      <w:marBottom w:val="0"/>
      <w:divBdr>
        <w:top w:val="none" w:sz="0" w:space="0" w:color="auto"/>
        <w:left w:val="none" w:sz="0" w:space="0" w:color="auto"/>
        <w:bottom w:val="none" w:sz="0" w:space="0" w:color="auto"/>
        <w:right w:val="none" w:sz="0" w:space="0" w:color="auto"/>
      </w:divBdr>
    </w:div>
    <w:div w:id="702481305">
      <w:bodyDiv w:val="1"/>
      <w:marLeft w:val="0"/>
      <w:marRight w:val="0"/>
      <w:marTop w:val="0"/>
      <w:marBottom w:val="0"/>
      <w:divBdr>
        <w:top w:val="none" w:sz="0" w:space="0" w:color="auto"/>
        <w:left w:val="none" w:sz="0" w:space="0" w:color="auto"/>
        <w:bottom w:val="none" w:sz="0" w:space="0" w:color="auto"/>
        <w:right w:val="none" w:sz="0" w:space="0" w:color="auto"/>
      </w:divBdr>
    </w:div>
    <w:div w:id="718626746">
      <w:bodyDiv w:val="1"/>
      <w:marLeft w:val="0"/>
      <w:marRight w:val="0"/>
      <w:marTop w:val="0"/>
      <w:marBottom w:val="0"/>
      <w:divBdr>
        <w:top w:val="none" w:sz="0" w:space="0" w:color="auto"/>
        <w:left w:val="none" w:sz="0" w:space="0" w:color="auto"/>
        <w:bottom w:val="none" w:sz="0" w:space="0" w:color="auto"/>
        <w:right w:val="none" w:sz="0" w:space="0" w:color="auto"/>
      </w:divBdr>
    </w:div>
    <w:div w:id="749348539">
      <w:bodyDiv w:val="1"/>
      <w:marLeft w:val="0"/>
      <w:marRight w:val="0"/>
      <w:marTop w:val="0"/>
      <w:marBottom w:val="0"/>
      <w:divBdr>
        <w:top w:val="none" w:sz="0" w:space="0" w:color="auto"/>
        <w:left w:val="none" w:sz="0" w:space="0" w:color="auto"/>
        <w:bottom w:val="none" w:sz="0" w:space="0" w:color="auto"/>
        <w:right w:val="none" w:sz="0" w:space="0" w:color="auto"/>
      </w:divBdr>
    </w:div>
    <w:div w:id="749425363">
      <w:bodyDiv w:val="1"/>
      <w:marLeft w:val="0"/>
      <w:marRight w:val="0"/>
      <w:marTop w:val="0"/>
      <w:marBottom w:val="0"/>
      <w:divBdr>
        <w:top w:val="none" w:sz="0" w:space="0" w:color="auto"/>
        <w:left w:val="none" w:sz="0" w:space="0" w:color="auto"/>
        <w:bottom w:val="none" w:sz="0" w:space="0" w:color="auto"/>
        <w:right w:val="none" w:sz="0" w:space="0" w:color="auto"/>
      </w:divBdr>
    </w:div>
    <w:div w:id="750737948">
      <w:bodyDiv w:val="1"/>
      <w:marLeft w:val="0"/>
      <w:marRight w:val="0"/>
      <w:marTop w:val="0"/>
      <w:marBottom w:val="0"/>
      <w:divBdr>
        <w:top w:val="none" w:sz="0" w:space="0" w:color="auto"/>
        <w:left w:val="none" w:sz="0" w:space="0" w:color="auto"/>
        <w:bottom w:val="none" w:sz="0" w:space="0" w:color="auto"/>
        <w:right w:val="none" w:sz="0" w:space="0" w:color="auto"/>
      </w:divBdr>
    </w:div>
    <w:div w:id="759107103">
      <w:bodyDiv w:val="1"/>
      <w:marLeft w:val="0"/>
      <w:marRight w:val="0"/>
      <w:marTop w:val="0"/>
      <w:marBottom w:val="0"/>
      <w:divBdr>
        <w:top w:val="none" w:sz="0" w:space="0" w:color="auto"/>
        <w:left w:val="none" w:sz="0" w:space="0" w:color="auto"/>
        <w:bottom w:val="none" w:sz="0" w:space="0" w:color="auto"/>
        <w:right w:val="none" w:sz="0" w:space="0" w:color="auto"/>
      </w:divBdr>
    </w:div>
    <w:div w:id="774524220">
      <w:bodyDiv w:val="1"/>
      <w:marLeft w:val="0"/>
      <w:marRight w:val="0"/>
      <w:marTop w:val="0"/>
      <w:marBottom w:val="0"/>
      <w:divBdr>
        <w:top w:val="none" w:sz="0" w:space="0" w:color="auto"/>
        <w:left w:val="none" w:sz="0" w:space="0" w:color="auto"/>
        <w:bottom w:val="none" w:sz="0" w:space="0" w:color="auto"/>
        <w:right w:val="none" w:sz="0" w:space="0" w:color="auto"/>
      </w:divBdr>
    </w:div>
    <w:div w:id="782304022">
      <w:bodyDiv w:val="1"/>
      <w:marLeft w:val="0"/>
      <w:marRight w:val="0"/>
      <w:marTop w:val="0"/>
      <w:marBottom w:val="0"/>
      <w:divBdr>
        <w:top w:val="none" w:sz="0" w:space="0" w:color="auto"/>
        <w:left w:val="none" w:sz="0" w:space="0" w:color="auto"/>
        <w:bottom w:val="none" w:sz="0" w:space="0" w:color="auto"/>
        <w:right w:val="none" w:sz="0" w:space="0" w:color="auto"/>
      </w:divBdr>
      <w:divsChild>
        <w:div w:id="1323854688">
          <w:marLeft w:val="0"/>
          <w:marRight w:val="0"/>
          <w:marTop w:val="0"/>
          <w:marBottom w:val="0"/>
          <w:divBdr>
            <w:top w:val="none" w:sz="0" w:space="0" w:color="auto"/>
            <w:left w:val="none" w:sz="0" w:space="0" w:color="auto"/>
            <w:bottom w:val="none" w:sz="0" w:space="0" w:color="auto"/>
            <w:right w:val="none" w:sz="0" w:space="0" w:color="auto"/>
          </w:divBdr>
        </w:div>
        <w:div w:id="1818179072">
          <w:marLeft w:val="0"/>
          <w:marRight w:val="0"/>
          <w:marTop w:val="0"/>
          <w:marBottom w:val="0"/>
          <w:divBdr>
            <w:top w:val="none" w:sz="0" w:space="0" w:color="auto"/>
            <w:left w:val="none" w:sz="0" w:space="0" w:color="auto"/>
            <w:bottom w:val="none" w:sz="0" w:space="0" w:color="auto"/>
            <w:right w:val="none" w:sz="0" w:space="0" w:color="auto"/>
          </w:divBdr>
        </w:div>
      </w:divsChild>
    </w:div>
    <w:div w:id="786235943">
      <w:bodyDiv w:val="1"/>
      <w:marLeft w:val="0"/>
      <w:marRight w:val="0"/>
      <w:marTop w:val="0"/>
      <w:marBottom w:val="0"/>
      <w:divBdr>
        <w:top w:val="none" w:sz="0" w:space="0" w:color="auto"/>
        <w:left w:val="none" w:sz="0" w:space="0" w:color="auto"/>
        <w:bottom w:val="none" w:sz="0" w:space="0" w:color="auto"/>
        <w:right w:val="none" w:sz="0" w:space="0" w:color="auto"/>
      </w:divBdr>
    </w:div>
    <w:div w:id="788822984">
      <w:bodyDiv w:val="1"/>
      <w:marLeft w:val="0"/>
      <w:marRight w:val="0"/>
      <w:marTop w:val="0"/>
      <w:marBottom w:val="0"/>
      <w:divBdr>
        <w:top w:val="none" w:sz="0" w:space="0" w:color="auto"/>
        <w:left w:val="none" w:sz="0" w:space="0" w:color="auto"/>
        <w:bottom w:val="none" w:sz="0" w:space="0" w:color="auto"/>
        <w:right w:val="none" w:sz="0" w:space="0" w:color="auto"/>
      </w:divBdr>
    </w:div>
    <w:div w:id="797140923">
      <w:bodyDiv w:val="1"/>
      <w:marLeft w:val="0"/>
      <w:marRight w:val="0"/>
      <w:marTop w:val="0"/>
      <w:marBottom w:val="0"/>
      <w:divBdr>
        <w:top w:val="none" w:sz="0" w:space="0" w:color="auto"/>
        <w:left w:val="none" w:sz="0" w:space="0" w:color="auto"/>
        <w:bottom w:val="none" w:sz="0" w:space="0" w:color="auto"/>
        <w:right w:val="none" w:sz="0" w:space="0" w:color="auto"/>
      </w:divBdr>
    </w:div>
    <w:div w:id="821390839">
      <w:bodyDiv w:val="1"/>
      <w:marLeft w:val="0"/>
      <w:marRight w:val="0"/>
      <w:marTop w:val="0"/>
      <w:marBottom w:val="0"/>
      <w:divBdr>
        <w:top w:val="none" w:sz="0" w:space="0" w:color="auto"/>
        <w:left w:val="none" w:sz="0" w:space="0" w:color="auto"/>
        <w:bottom w:val="none" w:sz="0" w:space="0" w:color="auto"/>
        <w:right w:val="none" w:sz="0" w:space="0" w:color="auto"/>
      </w:divBdr>
    </w:div>
    <w:div w:id="839731749">
      <w:bodyDiv w:val="1"/>
      <w:marLeft w:val="0"/>
      <w:marRight w:val="0"/>
      <w:marTop w:val="0"/>
      <w:marBottom w:val="0"/>
      <w:divBdr>
        <w:top w:val="none" w:sz="0" w:space="0" w:color="auto"/>
        <w:left w:val="none" w:sz="0" w:space="0" w:color="auto"/>
        <w:bottom w:val="none" w:sz="0" w:space="0" w:color="auto"/>
        <w:right w:val="none" w:sz="0" w:space="0" w:color="auto"/>
      </w:divBdr>
    </w:div>
    <w:div w:id="840504223">
      <w:bodyDiv w:val="1"/>
      <w:marLeft w:val="0"/>
      <w:marRight w:val="0"/>
      <w:marTop w:val="0"/>
      <w:marBottom w:val="0"/>
      <w:divBdr>
        <w:top w:val="none" w:sz="0" w:space="0" w:color="auto"/>
        <w:left w:val="none" w:sz="0" w:space="0" w:color="auto"/>
        <w:bottom w:val="none" w:sz="0" w:space="0" w:color="auto"/>
        <w:right w:val="none" w:sz="0" w:space="0" w:color="auto"/>
      </w:divBdr>
    </w:div>
    <w:div w:id="847407451">
      <w:bodyDiv w:val="1"/>
      <w:marLeft w:val="0"/>
      <w:marRight w:val="0"/>
      <w:marTop w:val="0"/>
      <w:marBottom w:val="0"/>
      <w:divBdr>
        <w:top w:val="none" w:sz="0" w:space="0" w:color="auto"/>
        <w:left w:val="none" w:sz="0" w:space="0" w:color="auto"/>
        <w:bottom w:val="none" w:sz="0" w:space="0" w:color="auto"/>
        <w:right w:val="none" w:sz="0" w:space="0" w:color="auto"/>
      </w:divBdr>
    </w:div>
    <w:div w:id="849636779">
      <w:bodyDiv w:val="1"/>
      <w:marLeft w:val="0"/>
      <w:marRight w:val="0"/>
      <w:marTop w:val="0"/>
      <w:marBottom w:val="0"/>
      <w:divBdr>
        <w:top w:val="none" w:sz="0" w:space="0" w:color="auto"/>
        <w:left w:val="none" w:sz="0" w:space="0" w:color="auto"/>
        <w:bottom w:val="none" w:sz="0" w:space="0" w:color="auto"/>
        <w:right w:val="none" w:sz="0" w:space="0" w:color="auto"/>
      </w:divBdr>
    </w:div>
    <w:div w:id="857045390">
      <w:bodyDiv w:val="1"/>
      <w:marLeft w:val="0"/>
      <w:marRight w:val="0"/>
      <w:marTop w:val="0"/>
      <w:marBottom w:val="0"/>
      <w:divBdr>
        <w:top w:val="none" w:sz="0" w:space="0" w:color="auto"/>
        <w:left w:val="none" w:sz="0" w:space="0" w:color="auto"/>
        <w:bottom w:val="none" w:sz="0" w:space="0" w:color="auto"/>
        <w:right w:val="none" w:sz="0" w:space="0" w:color="auto"/>
      </w:divBdr>
    </w:div>
    <w:div w:id="876435685">
      <w:bodyDiv w:val="1"/>
      <w:marLeft w:val="0"/>
      <w:marRight w:val="0"/>
      <w:marTop w:val="0"/>
      <w:marBottom w:val="0"/>
      <w:divBdr>
        <w:top w:val="none" w:sz="0" w:space="0" w:color="auto"/>
        <w:left w:val="none" w:sz="0" w:space="0" w:color="auto"/>
        <w:bottom w:val="none" w:sz="0" w:space="0" w:color="auto"/>
        <w:right w:val="none" w:sz="0" w:space="0" w:color="auto"/>
      </w:divBdr>
    </w:div>
    <w:div w:id="892034907">
      <w:bodyDiv w:val="1"/>
      <w:marLeft w:val="0"/>
      <w:marRight w:val="0"/>
      <w:marTop w:val="0"/>
      <w:marBottom w:val="0"/>
      <w:divBdr>
        <w:top w:val="none" w:sz="0" w:space="0" w:color="auto"/>
        <w:left w:val="none" w:sz="0" w:space="0" w:color="auto"/>
        <w:bottom w:val="none" w:sz="0" w:space="0" w:color="auto"/>
        <w:right w:val="none" w:sz="0" w:space="0" w:color="auto"/>
      </w:divBdr>
    </w:div>
    <w:div w:id="915283062">
      <w:bodyDiv w:val="1"/>
      <w:marLeft w:val="0"/>
      <w:marRight w:val="0"/>
      <w:marTop w:val="0"/>
      <w:marBottom w:val="0"/>
      <w:divBdr>
        <w:top w:val="none" w:sz="0" w:space="0" w:color="auto"/>
        <w:left w:val="none" w:sz="0" w:space="0" w:color="auto"/>
        <w:bottom w:val="none" w:sz="0" w:space="0" w:color="auto"/>
        <w:right w:val="none" w:sz="0" w:space="0" w:color="auto"/>
      </w:divBdr>
    </w:div>
    <w:div w:id="927153036">
      <w:bodyDiv w:val="1"/>
      <w:marLeft w:val="0"/>
      <w:marRight w:val="0"/>
      <w:marTop w:val="0"/>
      <w:marBottom w:val="0"/>
      <w:divBdr>
        <w:top w:val="none" w:sz="0" w:space="0" w:color="auto"/>
        <w:left w:val="none" w:sz="0" w:space="0" w:color="auto"/>
        <w:bottom w:val="none" w:sz="0" w:space="0" w:color="auto"/>
        <w:right w:val="none" w:sz="0" w:space="0" w:color="auto"/>
      </w:divBdr>
    </w:div>
    <w:div w:id="940378755">
      <w:bodyDiv w:val="1"/>
      <w:marLeft w:val="0"/>
      <w:marRight w:val="0"/>
      <w:marTop w:val="0"/>
      <w:marBottom w:val="0"/>
      <w:divBdr>
        <w:top w:val="none" w:sz="0" w:space="0" w:color="auto"/>
        <w:left w:val="none" w:sz="0" w:space="0" w:color="auto"/>
        <w:bottom w:val="none" w:sz="0" w:space="0" w:color="auto"/>
        <w:right w:val="none" w:sz="0" w:space="0" w:color="auto"/>
      </w:divBdr>
      <w:divsChild>
        <w:div w:id="125202627">
          <w:marLeft w:val="0"/>
          <w:marRight w:val="0"/>
          <w:marTop w:val="0"/>
          <w:marBottom w:val="0"/>
          <w:divBdr>
            <w:top w:val="none" w:sz="0" w:space="0" w:color="auto"/>
            <w:left w:val="none" w:sz="0" w:space="0" w:color="auto"/>
            <w:bottom w:val="none" w:sz="0" w:space="0" w:color="auto"/>
            <w:right w:val="none" w:sz="0" w:space="0" w:color="auto"/>
          </w:divBdr>
        </w:div>
        <w:div w:id="61373193">
          <w:marLeft w:val="0"/>
          <w:marRight w:val="0"/>
          <w:marTop w:val="0"/>
          <w:marBottom w:val="0"/>
          <w:divBdr>
            <w:top w:val="none" w:sz="0" w:space="0" w:color="auto"/>
            <w:left w:val="none" w:sz="0" w:space="0" w:color="auto"/>
            <w:bottom w:val="none" w:sz="0" w:space="0" w:color="auto"/>
            <w:right w:val="none" w:sz="0" w:space="0" w:color="auto"/>
          </w:divBdr>
        </w:div>
      </w:divsChild>
    </w:div>
    <w:div w:id="972952722">
      <w:bodyDiv w:val="1"/>
      <w:marLeft w:val="0"/>
      <w:marRight w:val="0"/>
      <w:marTop w:val="0"/>
      <w:marBottom w:val="0"/>
      <w:divBdr>
        <w:top w:val="none" w:sz="0" w:space="0" w:color="auto"/>
        <w:left w:val="none" w:sz="0" w:space="0" w:color="auto"/>
        <w:bottom w:val="none" w:sz="0" w:space="0" w:color="auto"/>
        <w:right w:val="none" w:sz="0" w:space="0" w:color="auto"/>
      </w:divBdr>
      <w:divsChild>
        <w:div w:id="174660962">
          <w:marLeft w:val="0"/>
          <w:marRight w:val="0"/>
          <w:marTop w:val="0"/>
          <w:marBottom w:val="0"/>
          <w:divBdr>
            <w:top w:val="none" w:sz="0" w:space="0" w:color="auto"/>
            <w:left w:val="none" w:sz="0" w:space="0" w:color="auto"/>
            <w:bottom w:val="none" w:sz="0" w:space="0" w:color="auto"/>
            <w:right w:val="none" w:sz="0" w:space="0" w:color="auto"/>
          </w:divBdr>
        </w:div>
        <w:div w:id="1093546689">
          <w:marLeft w:val="0"/>
          <w:marRight w:val="0"/>
          <w:marTop w:val="0"/>
          <w:marBottom w:val="0"/>
          <w:divBdr>
            <w:top w:val="none" w:sz="0" w:space="0" w:color="auto"/>
            <w:left w:val="none" w:sz="0" w:space="0" w:color="auto"/>
            <w:bottom w:val="none" w:sz="0" w:space="0" w:color="auto"/>
            <w:right w:val="none" w:sz="0" w:space="0" w:color="auto"/>
          </w:divBdr>
        </w:div>
      </w:divsChild>
    </w:div>
    <w:div w:id="976956827">
      <w:bodyDiv w:val="1"/>
      <w:marLeft w:val="0"/>
      <w:marRight w:val="0"/>
      <w:marTop w:val="0"/>
      <w:marBottom w:val="0"/>
      <w:divBdr>
        <w:top w:val="none" w:sz="0" w:space="0" w:color="auto"/>
        <w:left w:val="none" w:sz="0" w:space="0" w:color="auto"/>
        <w:bottom w:val="none" w:sz="0" w:space="0" w:color="auto"/>
        <w:right w:val="none" w:sz="0" w:space="0" w:color="auto"/>
      </w:divBdr>
    </w:div>
    <w:div w:id="980647759">
      <w:bodyDiv w:val="1"/>
      <w:marLeft w:val="0"/>
      <w:marRight w:val="0"/>
      <w:marTop w:val="0"/>
      <w:marBottom w:val="0"/>
      <w:divBdr>
        <w:top w:val="none" w:sz="0" w:space="0" w:color="auto"/>
        <w:left w:val="none" w:sz="0" w:space="0" w:color="auto"/>
        <w:bottom w:val="none" w:sz="0" w:space="0" w:color="auto"/>
        <w:right w:val="none" w:sz="0" w:space="0" w:color="auto"/>
      </w:divBdr>
    </w:div>
    <w:div w:id="987980571">
      <w:bodyDiv w:val="1"/>
      <w:marLeft w:val="0"/>
      <w:marRight w:val="0"/>
      <w:marTop w:val="0"/>
      <w:marBottom w:val="0"/>
      <w:divBdr>
        <w:top w:val="none" w:sz="0" w:space="0" w:color="auto"/>
        <w:left w:val="none" w:sz="0" w:space="0" w:color="auto"/>
        <w:bottom w:val="none" w:sz="0" w:space="0" w:color="auto"/>
        <w:right w:val="none" w:sz="0" w:space="0" w:color="auto"/>
      </w:divBdr>
    </w:div>
    <w:div w:id="998314716">
      <w:bodyDiv w:val="1"/>
      <w:marLeft w:val="0"/>
      <w:marRight w:val="0"/>
      <w:marTop w:val="0"/>
      <w:marBottom w:val="0"/>
      <w:divBdr>
        <w:top w:val="none" w:sz="0" w:space="0" w:color="auto"/>
        <w:left w:val="none" w:sz="0" w:space="0" w:color="auto"/>
        <w:bottom w:val="none" w:sz="0" w:space="0" w:color="auto"/>
        <w:right w:val="none" w:sz="0" w:space="0" w:color="auto"/>
      </w:divBdr>
    </w:div>
    <w:div w:id="1002242510">
      <w:bodyDiv w:val="1"/>
      <w:marLeft w:val="0"/>
      <w:marRight w:val="0"/>
      <w:marTop w:val="0"/>
      <w:marBottom w:val="0"/>
      <w:divBdr>
        <w:top w:val="none" w:sz="0" w:space="0" w:color="auto"/>
        <w:left w:val="none" w:sz="0" w:space="0" w:color="auto"/>
        <w:bottom w:val="none" w:sz="0" w:space="0" w:color="auto"/>
        <w:right w:val="none" w:sz="0" w:space="0" w:color="auto"/>
      </w:divBdr>
    </w:div>
    <w:div w:id="1004741358">
      <w:bodyDiv w:val="1"/>
      <w:marLeft w:val="0"/>
      <w:marRight w:val="0"/>
      <w:marTop w:val="0"/>
      <w:marBottom w:val="0"/>
      <w:divBdr>
        <w:top w:val="none" w:sz="0" w:space="0" w:color="auto"/>
        <w:left w:val="none" w:sz="0" w:space="0" w:color="auto"/>
        <w:bottom w:val="none" w:sz="0" w:space="0" w:color="auto"/>
        <w:right w:val="none" w:sz="0" w:space="0" w:color="auto"/>
      </w:divBdr>
    </w:div>
    <w:div w:id="1039664639">
      <w:bodyDiv w:val="1"/>
      <w:marLeft w:val="0"/>
      <w:marRight w:val="0"/>
      <w:marTop w:val="0"/>
      <w:marBottom w:val="0"/>
      <w:divBdr>
        <w:top w:val="none" w:sz="0" w:space="0" w:color="auto"/>
        <w:left w:val="none" w:sz="0" w:space="0" w:color="auto"/>
        <w:bottom w:val="none" w:sz="0" w:space="0" w:color="auto"/>
        <w:right w:val="none" w:sz="0" w:space="0" w:color="auto"/>
      </w:divBdr>
      <w:divsChild>
        <w:div w:id="2140800589">
          <w:marLeft w:val="0"/>
          <w:marRight w:val="0"/>
          <w:marTop w:val="0"/>
          <w:marBottom w:val="0"/>
          <w:divBdr>
            <w:top w:val="none" w:sz="0" w:space="0" w:color="auto"/>
            <w:left w:val="none" w:sz="0" w:space="0" w:color="auto"/>
            <w:bottom w:val="none" w:sz="0" w:space="0" w:color="auto"/>
            <w:right w:val="none" w:sz="0" w:space="0" w:color="auto"/>
          </w:divBdr>
        </w:div>
        <w:div w:id="1187136832">
          <w:marLeft w:val="0"/>
          <w:marRight w:val="0"/>
          <w:marTop w:val="0"/>
          <w:marBottom w:val="0"/>
          <w:divBdr>
            <w:top w:val="none" w:sz="0" w:space="0" w:color="auto"/>
            <w:left w:val="none" w:sz="0" w:space="0" w:color="auto"/>
            <w:bottom w:val="none" w:sz="0" w:space="0" w:color="auto"/>
            <w:right w:val="none" w:sz="0" w:space="0" w:color="auto"/>
          </w:divBdr>
        </w:div>
      </w:divsChild>
    </w:div>
    <w:div w:id="1042291277">
      <w:bodyDiv w:val="1"/>
      <w:marLeft w:val="0"/>
      <w:marRight w:val="0"/>
      <w:marTop w:val="0"/>
      <w:marBottom w:val="0"/>
      <w:divBdr>
        <w:top w:val="none" w:sz="0" w:space="0" w:color="auto"/>
        <w:left w:val="none" w:sz="0" w:space="0" w:color="auto"/>
        <w:bottom w:val="none" w:sz="0" w:space="0" w:color="auto"/>
        <w:right w:val="none" w:sz="0" w:space="0" w:color="auto"/>
      </w:divBdr>
    </w:div>
    <w:div w:id="1046947528">
      <w:bodyDiv w:val="1"/>
      <w:marLeft w:val="0"/>
      <w:marRight w:val="0"/>
      <w:marTop w:val="0"/>
      <w:marBottom w:val="0"/>
      <w:divBdr>
        <w:top w:val="none" w:sz="0" w:space="0" w:color="auto"/>
        <w:left w:val="none" w:sz="0" w:space="0" w:color="auto"/>
        <w:bottom w:val="none" w:sz="0" w:space="0" w:color="auto"/>
        <w:right w:val="none" w:sz="0" w:space="0" w:color="auto"/>
      </w:divBdr>
      <w:divsChild>
        <w:div w:id="714694572">
          <w:marLeft w:val="0"/>
          <w:marRight w:val="0"/>
          <w:marTop w:val="0"/>
          <w:marBottom w:val="0"/>
          <w:divBdr>
            <w:top w:val="none" w:sz="0" w:space="0" w:color="auto"/>
            <w:left w:val="none" w:sz="0" w:space="0" w:color="auto"/>
            <w:bottom w:val="none" w:sz="0" w:space="0" w:color="auto"/>
            <w:right w:val="none" w:sz="0" w:space="0" w:color="auto"/>
          </w:divBdr>
        </w:div>
        <w:div w:id="2061709484">
          <w:marLeft w:val="0"/>
          <w:marRight w:val="0"/>
          <w:marTop w:val="0"/>
          <w:marBottom w:val="0"/>
          <w:divBdr>
            <w:top w:val="none" w:sz="0" w:space="0" w:color="auto"/>
            <w:left w:val="none" w:sz="0" w:space="0" w:color="auto"/>
            <w:bottom w:val="none" w:sz="0" w:space="0" w:color="auto"/>
            <w:right w:val="none" w:sz="0" w:space="0" w:color="auto"/>
          </w:divBdr>
        </w:div>
      </w:divsChild>
    </w:div>
    <w:div w:id="1065108992">
      <w:bodyDiv w:val="1"/>
      <w:marLeft w:val="0"/>
      <w:marRight w:val="0"/>
      <w:marTop w:val="0"/>
      <w:marBottom w:val="0"/>
      <w:divBdr>
        <w:top w:val="none" w:sz="0" w:space="0" w:color="auto"/>
        <w:left w:val="none" w:sz="0" w:space="0" w:color="auto"/>
        <w:bottom w:val="none" w:sz="0" w:space="0" w:color="auto"/>
        <w:right w:val="none" w:sz="0" w:space="0" w:color="auto"/>
      </w:divBdr>
    </w:div>
    <w:div w:id="1074619735">
      <w:bodyDiv w:val="1"/>
      <w:marLeft w:val="0"/>
      <w:marRight w:val="0"/>
      <w:marTop w:val="0"/>
      <w:marBottom w:val="0"/>
      <w:divBdr>
        <w:top w:val="none" w:sz="0" w:space="0" w:color="auto"/>
        <w:left w:val="none" w:sz="0" w:space="0" w:color="auto"/>
        <w:bottom w:val="none" w:sz="0" w:space="0" w:color="auto"/>
        <w:right w:val="none" w:sz="0" w:space="0" w:color="auto"/>
      </w:divBdr>
    </w:div>
    <w:div w:id="1078940720">
      <w:bodyDiv w:val="1"/>
      <w:marLeft w:val="0"/>
      <w:marRight w:val="0"/>
      <w:marTop w:val="0"/>
      <w:marBottom w:val="0"/>
      <w:divBdr>
        <w:top w:val="none" w:sz="0" w:space="0" w:color="auto"/>
        <w:left w:val="none" w:sz="0" w:space="0" w:color="auto"/>
        <w:bottom w:val="none" w:sz="0" w:space="0" w:color="auto"/>
        <w:right w:val="none" w:sz="0" w:space="0" w:color="auto"/>
      </w:divBdr>
    </w:div>
    <w:div w:id="1086684401">
      <w:bodyDiv w:val="1"/>
      <w:marLeft w:val="0"/>
      <w:marRight w:val="0"/>
      <w:marTop w:val="0"/>
      <w:marBottom w:val="0"/>
      <w:divBdr>
        <w:top w:val="none" w:sz="0" w:space="0" w:color="auto"/>
        <w:left w:val="none" w:sz="0" w:space="0" w:color="auto"/>
        <w:bottom w:val="none" w:sz="0" w:space="0" w:color="auto"/>
        <w:right w:val="none" w:sz="0" w:space="0" w:color="auto"/>
      </w:divBdr>
    </w:div>
    <w:div w:id="1089159660">
      <w:bodyDiv w:val="1"/>
      <w:marLeft w:val="0"/>
      <w:marRight w:val="0"/>
      <w:marTop w:val="0"/>
      <w:marBottom w:val="0"/>
      <w:divBdr>
        <w:top w:val="none" w:sz="0" w:space="0" w:color="auto"/>
        <w:left w:val="none" w:sz="0" w:space="0" w:color="auto"/>
        <w:bottom w:val="none" w:sz="0" w:space="0" w:color="auto"/>
        <w:right w:val="none" w:sz="0" w:space="0" w:color="auto"/>
      </w:divBdr>
    </w:div>
    <w:div w:id="1093891728">
      <w:bodyDiv w:val="1"/>
      <w:marLeft w:val="0"/>
      <w:marRight w:val="0"/>
      <w:marTop w:val="0"/>
      <w:marBottom w:val="0"/>
      <w:divBdr>
        <w:top w:val="none" w:sz="0" w:space="0" w:color="auto"/>
        <w:left w:val="none" w:sz="0" w:space="0" w:color="auto"/>
        <w:bottom w:val="none" w:sz="0" w:space="0" w:color="auto"/>
        <w:right w:val="none" w:sz="0" w:space="0" w:color="auto"/>
      </w:divBdr>
    </w:div>
    <w:div w:id="1094207034">
      <w:bodyDiv w:val="1"/>
      <w:marLeft w:val="0"/>
      <w:marRight w:val="0"/>
      <w:marTop w:val="0"/>
      <w:marBottom w:val="0"/>
      <w:divBdr>
        <w:top w:val="none" w:sz="0" w:space="0" w:color="auto"/>
        <w:left w:val="none" w:sz="0" w:space="0" w:color="auto"/>
        <w:bottom w:val="none" w:sz="0" w:space="0" w:color="auto"/>
        <w:right w:val="none" w:sz="0" w:space="0" w:color="auto"/>
      </w:divBdr>
    </w:div>
    <w:div w:id="1095712857">
      <w:bodyDiv w:val="1"/>
      <w:marLeft w:val="0"/>
      <w:marRight w:val="0"/>
      <w:marTop w:val="0"/>
      <w:marBottom w:val="0"/>
      <w:divBdr>
        <w:top w:val="none" w:sz="0" w:space="0" w:color="auto"/>
        <w:left w:val="none" w:sz="0" w:space="0" w:color="auto"/>
        <w:bottom w:val="none" w:sz="0" w:space="0" w:color="auto"/>
        <w:right w:val="none" w:sz="0" w:space="0" w:color="auto"/>
      </w:divBdr>
    </w:div>
    <w:div w:id="1097484505">
      <w:bodyDiv w:val="1"/>
      <w:marLeft w:val="0"/>
      <w:marRight w:val="0"/>
      <w:marTop w:val="0"/>
      <w:marBottom w:val="0"/>
      <w:divBdr>
        <w:top w:val="none" w:sz="0" w:space="0" w:color="auto"/>
        <w:left w:val="none" w:sz="0" w:space="0" w:color="auto"/>
        <w:bottom w:val="none" w:sz="0" w:space="0" w:color="auto"/>
        <w:right w:val="none" w:sz="0" w:space="0" w:color="auto"/>
      </w:divBdr>
    </w:div>
    <w:div w:id="1104228281">
      <w:bodyDiv w:val="1"/>
      <w:marLeft w:val="0"/>
      <w:marRight w:val="0"/>
      <w:marTop w:val="0"/>
      <w:marBottom w:val="0"/>
      <w:divBdr>
        <w:top w:val="none" w:sz="0" w:space="0" w:color="auto"/>
        <w:left w:val="none" w:sz="0" w:space="0" w:color="auto"/>
        <w:bottom w:val="none" w:sz="0" w:space="0" w:color="auto"/>
        <w:right w:val="none" w:sz="0" w:space="0" w:color="auto"/>
      </w:divBdr>
    </w:div>
    <w:div w:id="1107388406">
      <w:bodyDiv w:val="1"/>
      <w:marLeft w:val="0"/>
      <w:marRight w:val="0"/>
      <w:marTop w:val="0"/>
      <w:marBottom w:val="0"/>
      <w:divBdr>
        <w:top w:val="none" w:sz="0" w:space="0" w:color="auto"/>
        <w:left w:val="none" w:sz="0" w:space="0" w:color="auto"/>
        <w:bottom w:val="none" w:sz="0" w:space="0" w:color="auto"/>
        <w:right w:val="none" w:sz="0" w:space="0" w:color="auto"/>
      </w:divBdr>
      <w:divsChild>
        <w:div w:id="932590351">
          <w:marLeft w:val="0"/>
          <w:marRight w:val="0"/>
          <w:marTop w:val="0"/>
          <w:marBottom w:val="0"/>
          <w:divBdr>
            <w:top w:val="none" w:sz="0" w:space="0" w:color="auto"/>
            <w:left w:val="none" w:sz="0" w:space="0" w:color="auto"/>
            <w:bottom w:val="none" w:sz="0" w:space="0" w:color="auto"/>
            <w:right w:val="none" w:sz="0" w:space="0" w:color="auto"/>
          </w:divBdr>
        </w:div>
        <w:div w:id="1570119070">
          <w:marLeft w:val="0"/>
          <w:marRight w:val="0"/>
          <w:marTop w:val="0"/>
          <w:marBottom w:val="0"/>
          <w:divBdr>
            <w:top w:val="none" w:sz="0" w:space="0" w:color="auto"/>
            <w:left w:val="none" w:sz="0" w:space="0" w:color="auto"/>
            <w:bottom w:val="none" w:sz="0" w:space="0" w:color="auto"/>
            <w:right w:val="none" w:sz="0" w:space="0" w:color="auto"/>
          </w:divBdr>
        </w:div>
      </w:divsChild>
    </w:div>
    <w:div w:id="1122379561">
      <w:bodyDiv w:val="1"/>
      <w:marLeft w:val="0"/>
      <w:marRight w:val="0"/>
      <w:marTop w:val="0"/>
      <w:marBottom w:val="0"/>
      <w:divBdr>
        <w:top w:val="none" w:sz="0" w:space="0" w:color="auto"/>
        <w:left w:val="none" w:sz="0" w:space="0" w:color="auto"/>
        <w:bottom w:val="none" w:sz="0" w:space="0" w:color="auto"/>
        <w:right w:val="none" w:sz="0" w:space="0" w:color="auto"/>
      </w:divBdr>
    </w:div>
    <w:div w:id="1124232617">
      <w:bodyDiv w:val="1"/>
      <w:marLeft w:val="0"/>
      <w:marRight w:val="0"/>
      <w:marTop w:val="0"/>
      <w:marBottom w:val="0"/>
      <w:divBdr>
        <w:top w:val="none" w:sz="0" w:space="0" w:color="auto"/>
        <w:left w:val="none" w:sz="0" w:space="0" w:color="auto"/>
        <w:bottom w:val="none" w:sz="0" w:space="0" w:color="auto"/>
        <w:right w:val="none" w:sz="0" w:space="0" w:color="auto"/>
      </w:divBdr>
    </w:div>
    <w:div w:id="1131438488">
      <w:bodyDiv w:val="1"/>
      <w:marLeft w:val="0"/>
      <w:marRight w:val="0"/>
      <w:marTop w:val="0"/>
      <w:marBottom w:val="0"/>
      <w:divBdr>
        <w:top w:val="none" w:sz="0" w:space="0" w:color="auto"/>
        <w:left w:val="none" w:sz="0" w:space="0" w:color="auto"/>
        <w:bottom w:val="none" w:sz="0" w:space="0" w:color="auto"/>
        <w:right w:val="none" w:sz="0" w:space="0" w:color="auto"/>
      </w:divBdr>
    </w:div>
    <w:div w:id="1140616444">
      <w:bodyDiv w:val="1"/>
      <w:marLeft w:val="0"/>
      <w:marRight w:val="0"/>
      <w:marTop w:val="0"/>
      <w:marBottom w:val="0"/>
      <w:divBdr>
        <w:top w:val="none" w:sz="0" w:space="0" w:color="auto"/>
        <w:left w:val="none" w:sz="0" w:space="0" w:color="auto"/>
        <w:bottom w:val="none" w:sz="0" w:space="0" w:color="auto"/>
        <w:right w:val="none" w:sz="0" w:space="0" w:color="auto"/>
      </w:divBdr>
    </w:div>
    <w:div w:id="1157108820">
      <w:bodyDiv w:val="1"/>
      <w:marLeft w:val="0"/>
      <w:marRight w:val="0"/>
      <w:marTop w:val="0"/>
      <w:marBottom w:val="0"/>
      <w:divBdr>
        <w:top w:val="none" w:sz="0" w:space="0" w:color="auto"/>
        <w:left w:val="none" w:sz="0" w:space="0" w:color="auto"/>
        <w:bottom w:val="none" w:sz="0" w:space="0" w:color="auto"/>
        <w:right w:val="none" w:sz="0" w:space="0" w:color="auto"/>
      </w:divBdr>
    </w:div>
    <w:div w:id="1163661918">
      <w:bodyDiv w:val="1"/>
      <w:marLeft w:val="0"/>
      <w:marRight w:val="0"/>
      <w:marTop w:val="0"/>
      <w:marBottom w:val="0"/>
      <w:divBdr>
        <w:top w:val="none" w:sz="0" w:space="0" w:color="auto"/>
        <w:left w:val="none" w:sz="0" w:space="0" w:color="auto"/>
        <w:bottom w:val="none" w:sz="0" w:space="0" w:color="auto"/>
        <w:right w:val="none" w:sz="0" w:space="0" w:color="auto"/>
      </w:divBdr>
    </w:div>
    <w:div w:id="1178882895">
      <w:bodyDiv w:val="1"/>
      <w:marLeft w:val="0"/>
      <w:marRight w:val="0"/>
      <w:marTop w:val="0"/>
      <w:marBottom w:val="0"/>
      <w:divBdr>
        <w:top w:val="none" w:sz="0" w:space="0" w:color="auto"/>
        <w:left w:val="none" w:sz="0" w:space="0" w:color="auto"/>
        <w:bottom w:val="none" w:sz="0" w:space="0" w:color="auto"/>
        <w:right w:val="none" w:sz="0" w:space="0" w:color="auto"/>
      </w:divBdr>
    </w:div>
    <w:div w:id="1223374276">
      <w:bodyDiv w:val="1"/>
      <w:marLeft w:val="0"/>
      <w:marRight w:val="0"/>
      <w:marTop w:val="0"/>
      <w:marBottom w:val="0"/>
      <w:divBdr>
        <w:top w:val="none" w:sz="0" w:space="0" w:color="auto"/>
        <w:left w:val="none" w:sz="0" w:space="0" w:color="auto"/>
        <w:bottom w:val="none" w:sz="0" w:space="0" w:color="auto"/>
        <w:right w:val="none" w:sz="0" w:space="0" w:color="auto"/>
      </w:divBdr>
      <w:divsChild>
        <w:div w:id="1739790536">
          <w:marLeft w:val="0"/>
          <w:marRight w:val="0"/>
          <w:marTop w:val="0"/>
          <w:marBottom w:val="0"/>
          <w:divBdr>
            <w:top w:val="none" w:sz="0" w:space="0" w:color="auto"/>
            <w:left w:val="none" w:sz="0" w:space="0" w:color="auto"/>
            <w:bottom w:val="none" w:sz="0" w:space="0" w:color="auto"/>
            <w:right w:val="none" w:sz="0" w:space="0" w:color="auto"/>
          </w:divBdr>
        </w:div>
        <w:div w:id="992485036">
          <w:marLeft w:val="0"/>
          <w:marRight w:val="0"/>
          <w:marTop w:val="0"/>
          <w:marBottom w:val="0"/>
          <w:divBdr>
            <w:top w:val="none" w:sz="0" w:space="0" w:color="auto"/>
            <w:left w:val="none" w:sz="0" w:space="0" w:color="auto"/>
            <w:bottom w:val="none" w:sz="0" w:space="0" w:color="auto"/>
            <w:right w:val="none" w:sz="0" w:space="0" w:color="auto"/>
          </w:divBdr>
        </w:div>
      </w:divsChild>
    </w:div>
    <w:div w:id="1224373482">
      <w:bodyDiv w:val="1"/>
      <w:marLeft w:val="0"/>
      <w:marRight w:val="0"/>
      <w:marTop w:val="0"/>
      <w:marBottom w:val="0"/>
      <w:divBdr>
        <w:top w:val="none" w:sz="0" w:space="0" w:color="auto"/>
        <w:left w:val="none" w:sz="0" w:space="0" w:color="auto"/>
        <w:bottom w:val="none" w:sz="0" w:space="0" w:color="auto"/>
        <w:right w:val="none" w:sz="0" w:space="0" w:color="auto"/>
      </w:divBdr>
    </w:div>
    <w:div w:id="1251769540">
      <w:bodyDiv w:val="1"/>
      <w:marLeft w:val="0"/>
      <w:marRight w:val="0"/>
      <w:marTop w:val="0"/>
      <w:marBottom w:val="0"/>
      <w:divBdr>
        <w:top w:val="none" w:sz="0" w:space="0" w:color="auto"/>
        <w:left w:val="none" w:sz="0" w:space="0" w:color="auto"/>
        <w:bottom w:val="none" w:sz="0" w:space="0" w:color="auto"/>
        <w:right w:val="none" w:sz="0" w:space="0" w:color="auto"/>
      </w:divBdr>
    </w:div>
    <w:div w:id="1255819363">
      <w:bodyDiv w:val="1"/>
      <w:marLeft w:val="0"/>
      <w:marRight w:val="0"/>
      <w:marTop w:val="0"/>
      <w:marBottom w:val="0"/>
      <w:divBdr>
        <w:top w:val="none" w:sz="0" w:space="0" w:color="auto"/>
        <w:left w:val="none" w:sz="0" w:space="0" w:color="auto"/>
        <w:bottom w:val="none" w:sz="0" w:space="0" w:color="auto"/>
        <w:right w:val="none" w:sz="0" w:space="0" w:color="auto"/>
      </w:divBdr>
    </w:div>
    <w:div w:id="1317034464">
      <w:bodyDiv w:val="1"/>
      <w:marLeft w:val="0"/>
      <w:marRight w:val="0"/>
      <w:marTop w:val="0"/>
      <w:marBottom w:val="0"/>
      <w:divBdr>
        <w:top w:val="none" w:sz="0" w:space="0" w:color="auto"/>
        <w:left w:val="none" w:sz="0" w:space="0" w:color="auto"/>
        <w:bottom w:val="none" w:sz="0" w:space="0" w:color="auto"/>
        <w:right w:val="none" w:sz="0" w:space="0" w:color="auto"/>
      </w:divBdr>
    </w:div>
    <w:div w:id="1319727397">
      <w:bodyDiv w:val="1"/>
      <w:marLeft w:val="0"/>
      <w:marRight w:val="0"/>
      <w:marTop w:val="0"/>
      <w:marBottom w:val="0"/>
      <w:divBdr>
        <w:top w:val="none" w:sz="0" w:space="0" w:color="auto"/>
        <w:left w:val="none" w:sz="0" w:space="0" w:color="auto"/>
        <w:bottom w:val="none" w:sz="0" w:space="0" w:color="auto"/>
        <w:right w:val="none" w:sz="0" w:space="0" w:color="auto"/>
      </w:divBdr>
    </w:div>
    <w:div w:id="1332561354">
      <w:bodyDiv w:val="1"/>
      <w:marLeft w:val="0"/>
      <w:marRight w:val="0"/>
      <w:marTop w:val="0"/>
      <w:marBottom w:val="0"/>
      <w:divBdr>
        <w:top w:val="none" w:sz="0" w:space="0" w:color="auto"/>
        <w:left w:val="none" w:sz="0" w:space="0" w:color="auto"/>
        <w:bottom w:val="none" w:sz="0" w:space="0" w:color="auto"/>
        <w:right w:val="none" w:sz="0" w:space="0" w:color="auto"/>
      </w:divBdr>
    </w:div>
    <w:div w:id="1337879618">
      <w:bodyDiv w:val="1"/>
      <w:marLeft w:val="0"/>
      <w:marRight w:val="0"/>
      <w:marTop w:val="0"/>
      <w:marBottom w:val="0"/>
      <w:divBdr>
        <w:top w:val="none" w:sz="0" w:space="0" w:color="auto"/>
        <w:left w:val="none" w:sz="0" w:space="0" w:color="auto"/>
        <w:bottom w:val="none" w:sz="0" w:space="0" w:color="auto"/>
        <w:right w:val="none" w:sz="0" w:space="0" w:color="auto"/>
      </w:divBdr>
    </w:div>
    <w:div w:id="1341547996">
      <w:bodyDiv w:val="1"/>
      <w:marLeft w:val="0"/>
      <w:marRight w:val="0"/>
      <w:marTop w:val="0"/>
      <w:marBottom w:val="0"/>
      <w:divBdr>
        <w:top w:val="none" w:sz="0" w:space="0" w:color="auto"/>
        <w:left w:val="none" w:sz="0" w:space="0" w:color="auto"/>
        <w:bottom w:val="none" w:sz="0" w:space="0" w:color="auto"/>
        <w:right w:val="none" w:sz="0" w:space="0" w:color="auto"/>
      </w:divBdr>
      <w:divsChild>
        <w:div w:id="2109888198">
          <w:marLeft w:val="0"/>
          <w:marRight w:val="0"/>
          <w:marTop w:val="0"/>
          <w:marBottom w:val="0"/>
          <w:divBdr>
            <w:top w:val="none" w:sz="0" w:space="0" w:color="auto"/>
            <w:left w:val="none" w:sz="0" w:space="0" w:color="auto"/>
            <w:bottom w:val="none" w:sz="0" w:space="0" w:color="auto"/>
            <w:right w:val="none" w:sz="0" w:space="0" w:color="auto"/>
          </w:divBdr>
        </w:div>
        <w:div w:id="2110157520">
          <w:marLeft w:val="0"/>
          <w:marRight w:val="0"/>
          <w:marTop w:val="0"/>
          <w:marBottom w:val="0"/>
          <w:divBdr>
            <w:top w:val="none" w:sz="0" w:space="0" w:color="auto"/>
            <w:left w:val="none" w:sz="0" w:space="0" w:color="auto"/>
            <w:bottom w:val="none" w:sz="0" w:space="0" w:color="auto"/>
            <w:right w:val="none" w:sz="0" w:space="0" w:color="auto"/>
          </w:divBdr>
        </w:div>
      </w:divsChild>
    </w:div>
    <w:div w:id="1357342145">
      <w:bodyDiv w:val="1"/>
      <w:marLeft w:val="0"/>
      <w:marRight w:val="0"/>
      <w:marTop w:val="0"/>
      <w:marBottom w:val="0"/>
      <w:divBdr>
        <w:top w:val="none" w:sz="0" w:space="0" w:color="auto"/>
        <w:left w:val="none" w:sz="0" w:space="0" w:color="auto"/>
        <w:bottom w:val="none" w:sz="0" w:space="0" w:color="auto"/>
        <w:right w:val="none" w:sz="0" w:space="0" w:color="auto"/>
      </w:divBdr>
      <w:divsChild>
        <w:div w:id="848448669">
          <w:marLeft w:val="0"/>
          <w:marRight w:val="0"/>
          <w:marTop w:val="0"/>
          <w:marBottom w:val="0"/>
          <w:divBdr>
            <w:top w:val="none" w:sz="0" w:space="0" w:color="auto"/>
            <w:left w:val="none" w:sz="0" w:space="0" w:color="auto"/>
            <w:bottom w:val="none" w:sz="0" w:space="0" w:color="auto"/>
            <w:right w:val="none" w:sz="0" w:space="0" w:color="auto"/>
          </w:divBdr>
          <w:divsChild>
            <w:div w:id="827094749">
              <w:marLeft w:val="0"/>
              <w:marRight w:val="0"/>
              <w:marTop w:val="0"/>
              <w:marBottom w:val="0"/>
              <w:divBdr>
                <w:top w:val="none" w:sz="0" w:space="0" w:color="auto"/>
                <w:left w:val="none" w:sz="0" w:space="0" w:color="auto"/>
                <w:bottom w:val="none" w:sz="0" w:space="0" w:color="auto"/>
                <w:right w:val="none" w:sz="0" w:space="0" w:color="auto"/>
              </w:divBdr>
              <w:divsChild>
                <w:div w:id="533932803">
                  <w:marLeft w:val="0"/>
                  <w:marRight w:val="0"/>
                  <w:marTop w:val="0"/>
                  <w:marBottom w:val="0"/>
                  <w:divBdr>
                    <w:top w:val="none" w:sz="0" w:space="0" w:color="auto"/>
                    <w:left w:val="none" w:sz="0" w:space="0" w:color="auto"/>
                    <w:bottom w:val="none" w:sz="0" w:space="0" w:color="auto"/>
                    <w:right w:val="none" w:sz="0" w:space="0" w:color="auto"/>
                  </w:divBdr>
                  <w:divsChild>
                    <w:div w:id="231739434">
                      <w:marLeft w:val="0"/>
                      <w:marRight w:val="0"/>
                      <w:marTop w:val="0"/>
                      <w:marBottom w:val="0"/>
                      <w:divBdr>
                        <w:top w:val="none" w:sz="0" w:space="0" w:color="auto"/>
                        <w:left w:val="none" w:sz="0" w:space="0" w:color="auto"/>
                        <w:bottom w:val="none" w:sz="0" w:space="0" w:color="auto"/>
                        <w:right w:val="none" w:sz="0" w:space="0" w:color="auto"/>
                      </w:divBdr>
                      <w:divsChild>
                        <w:div w:id="2050690573">
                          <w:marLeft w:val="0"/>
                          <w:marRight w:val="0"/>
                          <w:marTop w:val="0"/>
                          <w:marBottom w:val="0"/>
                          <w:divBdr>
                            <w:top w:val="none" w:sz="0" w:space="0" w:color="auto"/>
                            <w:left w:val="none" w:sz="0" w:space="0" w:color="auto"/>
                            <w:bottom w:val="none" w:sz="0" w:space="0" w:color="auto"/>
                            <w:right w:val="none" w:sz="0" w:space="0" w:color="auto"/>
                          </w:divBdr>
                          <w:divsChild>
                            <w:div w:id="238565576">
                              <w:marLeft w:val="0"/>
                              <w:marRight w:val="0"/>
                              <w:marTop w:val="0"/>
                              <w:marBottom w:val="0"/>
                              <w:divBdr>
                                <w:top w:val="none" w:sz="0" w:space="0" w:color="auto"/>
                                <w:left w:val="none" w:sz="0" w:space="0" w:color="auto"/>
                                <w:bottom w:val="none" w:sz="0" w:space="0" w:color="auto"/>
                                <w:right w:val="none" w:sz="0" w:space="0" w:color="auto"/>
                              </w:divBdr>
                              <w:divsChild>
                                <w:div w:id="1041784742">
                                  <w:marLeft w:val="0"/>
                                  <w:marRight w:val="0"/>
                                  <w:marTop w:val="0"/>
                                  <w:marBottom w:val="0"/>
                                  <w:divBdr>
                                    <w:top w:val="none" w:sz="0" w:space="0" w:color="auto"/>
                                    <w:left w:val="none" w:sz="0" w:space="0" w:color="auto"/>
                                    <w:bottom w:val="none" w:sz="0" w:space="0" w:color="auto"/>
                                    <w:right w:val="none" w:sz="0" w:space="0" w:color="auto"/>
                                  </w:divBdr>
                                  <w:divsChild>
                                    <w:div w:id="598634759">
                                      <w:marLeft w:val="0"/>
                                      <w:marRight w:val="0"/>
                                      <w:marTop w:val="0"/>
                                      <w:marBottom w:val="0"/>
                                      <w:divBdr>
                                        <w:top w:val="none" w:sz="0" w:space="0" w:color="auto"/>
                                        <w:left w:val="none" w:sz="0" w:space="0" w:color="auto"/>
                                        <w:bottom w:val="none" w:sz="0" w:space="0" w:color="auto"/>
                                        <w:right w:val="none" w:sz="0" w:space="0" w:color="auto"/>
                                      </w:divBdr>
                                      <w:divsChild>
                                        <w:div w:id="153227463">
                                          <w:marLeft w:val="0"/>
                                          <w:marRight w:val="0"/>
                                          <w:marTop w:val="0"/>
                                          <w:marBottom w:val="0"/>
                                          <w:divBdr>
                                            <w:top w:val="none" w:sz="0" w:space="0" w:color="auto"/>
                                            <w:left w:val="none" w:sz="0" w:space="0" w:color="auto"/>
                                            <w:bottom w:val="none" w:sz="0" w:space="0" w:color="auto"/>
                                            <w:right w:val="none" w:sz="0" w:space="0" w:color="auto"/>
                                          </w:divBdr>
                                          <w:divsChild>
                                            <w:div w:id="123668581">
                                              <w:marLeft w:val="0"/>
                                              <w:marRight w:val="0"/>
                                              <w:marTop w:val="0"/>
                                              <w:marBottom w:val="0"/>
                                              <w:divBdr>
                                                <w:top w:val="none" w:sz="0" w:space="0" w:color="auto"/>
                                                <w:left w:val="none" w:sz="0" w:space="0" w:color="auto"/>
                                                <w:bottom w:val="none" w:sz="0" w:space="0" w:color="auto"/>
                                                <w:right w:val="none" w:sz="0" w:space="0" w:color="auto"/>
                                              </w:divBdr>
                                              <w:divsChild>
                                                <w:div w:id="2067297796">
                                                  <w:marLeft w:val="0"/>
                                                  <w:marRight w:val="0"/>
                                                  <w:marTop w:val="0"/>
                                                  <w:marBottom w:val="0"/>
                                                  <w:divBdr>
                                                    <w:top w:val="none" w:sz="0" w:space="0" w:color="auto"/>
                                                    <w:left w:val="none" w:sz="0" w:space="0" w:color="auto"/>
                                                    <w:bottom w:val="none" w:sz="0" w:space="0" w:color="auto"/>
                                                    <w:right w:val="none" w:sz="0" w:space="0" w:color="auto"/>
                                                  </w:divBdr>
                                                </w:div>
                                                <w:div w:id="52163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58701299">
      <w:bodyDiv w:val="1"/>
      <w:marLeft w:val="0"/>
      <w:marRight w:val="0"/>
      <w:marTop w:val="0"/>
      <w:marBottom w:val="0"/>
      <w:divBdr>
        <w:top w:val="none" w:sz="0" w:space="0" w:color="auto"/>
        <w:left w:val="none" w:sz="0" w:space="0" w:color="auto"/>
        <w:bottom w:val="none" w:sz="0" w:space="0" w:color="auto"/>
        <w:right w:val="none" w:sz="0" w:space="0" w:color="auto"/>
      </w:divBdr>
    </w:div>
    <w:div w:id="1380202670">
      <w:bodyDiv w:val="1"/>
      <w:marLeft w:val="0"/>
      <w:marRight w:val="0"/>
      <w:marTop w:val="0"/>
      <w:marBottom w:val="0"/>
      <w:divBdr>
        <w:top w:val="none" w:sz="0" w:space="0" w:color="auto"/>
        <w:left w:val="none" w:sz="0" w:space="0" w:color="auto"/>
        <w:bottom w:val="none" w:sz="0" w:space="0" w:color="auto"/>
        <w:right w:val="none" w:sz="0" w:space="0" w:color="auto"/>
      </w:divBdr>
    </w:div>
    <w:div w:id="1388187830">
      <w:bodyDiv w:val="1"/>
      <w:marLeft w:val="0"/>
      <w:marRight w:val="0"/>
      <w:marTop w:val="0"/>
      <w:marBottom w:val="0"/>
      <w:divBdr>
        <w:top w:val="none" w:sz="0" w:space="0" w:color="auto"/>
        <w:left w:val="none" w:sz="0" w:space="0" w:color="auto"/>
        <w:bottom w:val="none" w:sz="0" w:space="0" w:color="auto"/>
        <w:right w:val="none" w:sz="0" w:space="0" w:color="auto"/>
      </w:divBdr>
    </w:div>
    <w:div w:id="1393116075">
      <w:bodyDiv w:val="1"/>
      <w:marLeft w:val="0"/>
      <w:marRight w:val="0"/>
      <w:marTop w:val="0"/>
      <w:marBottom w:val="0"/>
      <w:divBdr>
        <w:top w:val="none" w:sz="0" w:space="0" w:color="auto"/>
        <w:left w:val="none" w:sz="0" w:space="0" w:color="auto"/>
        <w:bottom w:val="none" w:sz="0" w:space="0" w:color="auto"/>
        <w:right w:val="none" w:sz="0" w:space="0" w:color="auto"/>
      </w:divBdr>
      <w:divsChild>
        <w:div w:id="203949148">
          <w:marLeft w:val="0"/>
          <w:marRight w:val="0"/>
          <w:marTop w:val="0"/>
          <w:marBottom w:val="0"/>
          <w:divBdr>
            <w:top w:val="none" w:sz="0" w:space="0" w:color="auto"/>
            <w:left w:val="none" w:sz="0" w:space="0" w:color="auto"/>
            <w:bottom w:val="none" w:sz="0" w:space="0" w:color="auto"/>
            <w:right w:val="none" w:sz="0" w:space="0" w:color="auto"/>
          </w:divBdr>
        </w:div>
        <w:div w:id="1080517287">
          <w:marLeft w:val="0"/>
          <w:marRight w:val="0"/>
          <w:marTop w:val="0"/>
          <w:marBottom w:val="0"/>
          <w:divBdr>
            <w:top w:val="none" w:sz="0" w:space="0" w:color="auto"/>
            <w:left w:val="none" w:sz="0" w:space="0" w:color="auto"/>
            <w:bottom w:val="none" w:sz="0" w:space="0" w:color="auto"/>
            <w:right w:val="none" w:sz="0" w:space="0" w:color="auto"/>
          </w:divBdr>
        </w:div>
      </w:divsChild>
    </w:div>
    <w:div w:id="1442453585">
      <w:bodyDiv w:val="1"/>
      <w:marLeft w:val="0"/>
      <w:marRight w:val="0"/>
      <w:marTop w:val="0"/>
      <w:marBottom w:val="0"/>
      <w:divBdr>
        <w:top w:val="none" w:sz="0" w:space="0" w:color="auto"/>
        <w:left w:val="none" w:sz="0" w:space="0" w:color="auto"/>
        <w:bottom w:val="none" w:sz="0" w:space="0" w:color="auto"/>
        <w:right w:val="none" w:sz="0" w:space="0" w:color="auto"/>
      </w:divBdr>
      <w:divsChild>
        <w:div w:id="378550765">
          <w:marLeft w:val="0"/>
          <w:marRight w:val="0"/>
          <w:marTop w:val="0"/>
          <w:marBottom w:val="0"/>
          <w:divBdr>
            <w:top w:val="none" w:sz="0" w:space="0" w:color="auto"/>
            <w:left w:val="none" w:sz="0" w:space="0" w:color="auto"/>
            <w:bottom w:val="none" w:sz="0" w:space="0" w:color="auto"/>
            <w:right w:val="none" w:sz="0" w:space="0" w:color="auto"/>
          </w:divBdr>
          <w:divsChild>
            <w:div w:id="836968280">
              <w:marLeft w:val="0"/>
              <w:marRight w:val="0"/>
              <w:marTop w:val="0"/>
              <w:marBottom w:val="0"/>
              <w:divBdr>
                <w:top w:val="none" w:sz="0" w:space="0" w:color="auto"/>
                <w:left w:val="none" w:sz="0" w:space="0" w:color="auto"/>
                <w:bottom w:val="none" w:sz="0" w:space="0" w:color="auto"/>
                <w:right w:val="none" w:sz="0" w:space="0" w:color="auto"/>
              </w:divBdr>
              <w:divsChild>
                <w:div w:id="967587788">
                  <w:marLeft w:val="0"/>
                  <w:marRight w:val="0"/>
                  <w:marTop w:val="0"/>
                  <w:marBottom w:val="0"/>
                  <w:divBdr>
                    <w:top w:val="none" w:sz="0" w:space="0" w:color="auto"/>
                    <w:left w:val="none" w:sz="0" w:space="0" w:color="auto"/>
                    <w:bottom w:val="none" w:sz="0" w:space="0" w:color="auto"/>
                    <w:right w:val="none" w:sz="0" w:space="0" w:color="auto"/>
                  </w:divBdr>
                  <w:divsChild>
                    <w:div w:id="1438023430">
                      <w:marLeft w:val="0"/>
                      <w:marRight w:val="0"/>
                      <w:marTop w:val="0"/>
                      <w:marBottom w:val="0"/>
                      <w:divBdr>
                        <w:top w:val="none" w:sz="0" w:space="0" w:color="auto"/>
                        <w:left w:val="none" w:sz="0" w:space="0" w:color="auto"/>
                        <w:bottom w:val="none" w:sz="0" w:space="0" w:color="auto"/>
                        <w:right w:val="none" w:sz="0" w:space="0" w:color="auto"/>
                      </w:divBdr>
                      <w:divsChild>
                        <w:div w:id="295842194">
                          <w:marLeft w:val="0"/>
                          <w:marRight w:val="0"/>
                          <w:marTop w:val="0"/>
                          <w:marBottom w:val="0"/>
                          <w:divBdr>
                            <w:top w:val="none" w:sz="0" w:space="0" w:color="auto"/>
                            <w:left w:val="none" w:sz="0" w:space="0" w:color="auto"/>
                            <w:bottom w:val="none" w:sz="0" w:space="0" w:color="auto"/>
                            <w:right w:val="none" w:sz="0" w:space="0" w:color="auto"/>
                          </w:divBdr>
                          <w:divsChild>
                            <w:div w:id="466825273">
                              <w:marLeft w:val="0"/>
                              <w:marRight w:val="0"/>
                              <w:marTop w:val="0"/>
                              <w:marBottom w:val="0"/>
                              <w:divBdr>
                                <w:top w:val="none" w:sz="0" w:space="0" w:color="auto"/>
                                <w:left w:val="none" w:sz="0" w:space="0" w:color="auto"/>
                                <w:bottom w:val="none" w:sz="0" w:space="0" w:color="auto"/>
                                <w:right w:val="none" w:sz="0" w:space="0" w:color="auto"/>
                              </w:divBdr>
                              <w:divsChild>
                                <w:div w:id="1571309030">
                                  <w:marLeft w:val="0"/>
                                  <w:marRight w:val="0"/>
                                  <w:marTop w:val="0"/>
                                  <w:marBottom w:val="0"/>
                                  <w:divBdr>
                                    <w:top w:val="none" w:sz="0" w:space="0" w:color="auto"/>
                                    <w:left w:val="none" w:sz="0" w:space="0" w:color="auto"/>
                                    <w:bottom w:val="none" w:sz="0" w:space="0" w:color="auto"/>
                                    <w:right w:val="none" w:sz="0" w:space="0" w:color="auto"/>
                                  </w:divBdr>
                                  <w:divsChild>
                                    <w:div w:id="627516214">
                                      <w:marLeft w:val="0"/>
                                      <w:marRight w:val="0"/>
                                      <w:marTop w:val="0"/>
                                      <w:marBottom w:val="0"/>
                                      <w:divBdr>
                                        <w:top w:val="none" w:sz="0" w:space="0" w:color="auto"/>
                                        <w:left w:val="none" w:sz="0" w:space="0" w:color="auto"/>
                                        <w:bottom w:val="none" w:sz="0" w:space="0" w:color="auto"/>
                                        <w:right w:val="none" w:sz="0" w:space="0" w:color="auto"/>
                                      </w:divBdr>
                                      <w:divsChild>
                                        <w:div w:id="938104645">
                                          <w:marLeft w:val="0"/>
                                          <w:marRight w:val="0"/>
                                          <w:marTop w:val="0"/>
                                          <w:marBottom w:val="0"/>
                                          <w:divBdr>
                                            <w:top w:val="none" w:sz="0" w:space="0" w:color="auto"/>
                                            <w:left w:val="none" w:sz="0" w:space="0" w:color="auto"/>
                                            <w:bottom w:val="none" w:sz="0" w:space="0" w:color="auto"/>
                                            <w:right w:val="none" w:sz="0" w:space="0" w:color="auto"/>
                                          </w:divBdr>
                                          <w:divsChild>
                                            <w:div w:id="480394336">
                                              <w:marLeft w:val="0"/>
                                              <w:marRight w:val="0"/>
                                              <w:marTop w:val="0"/>
                                              <w:marBottom w:val="0"/>
                                              <w:divBdr>
                                                <w:top w:val="none" w:sz="0" w:space="0" w:color="auto"/>
                                                <w:left w:val="none" w:sz="0" w:space="0" w:color="auto"/>
                                                <w:bottom w:val="none" w:sz="0" w:space="0" w:color="auto"/>
                                                <w:right w:val="none" w:sz="0" w:space="0" w:color="auto"/>
                                              </w:divBdr>
                                              <w:divsChild>
                                                <w:div w:id="92552701">
                                                  <w:marLeft w:val="0"/>
                                                  <w:marRight w:val="0"/>
                                                  <w:marTop w:val="0"/>
                                                  <w:marBottom w:val="0"/>
                                                  <w:divBdr>
                                                    <w:top w:val="none" w:sz="0" w:space="0" w:color="auto"/>
                                                    <w:left w:val="none" w:sz="0" w:space="0" w:color="auto"/>
                                                    <w:bottom w:val="none" w:sz="0" w:space="0" w:color="auto"/>
                                                    <w:right w:val="none" w:sz="0" w:space="0" w:color="auto"/>
                                                  </w:divBdr>
                                                </w:div>
                                                <w:div w:id="58268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1680612">
          <w:marLeft w:val="0"/>
          <w:marRight w:val="0"/>
          <w:marTop w:val="0"/>
          <w:marBottom w:val="0"/>
          <w:divBdr>
            <w:top w:val="none" w:sz="0" w:space="0" w:color="auto"/>
            <w:left w:val="none" w:sz="0" w:space="0" w:color="auto"/>
            <w:bottom w:val="none" w:sz="0" w:space="0" w:color="auto"/>
            <w:right w:val="none" w:sz="0" w:space="0" w:color="auto"/>
          </w:divBdr>
          <w:divsChild>
            <w:div w:id="1686593137">
              <w:marLeft w:val="0"/>
              <w:marRight w:val="0"/>
              <w:marTop w:val="0"/>
              <w:marBottom w:val="0"/>
              <w:divBdr>
                <w:top w:val="none" w:sz="0" w:space="0" w:color="auto"/>
                <w:left w:val="none" w:sz="0" w:space="0" w:color="auto"/>
                <w:bottom w:val="none" w:sz="0" w:space="0" w:color="auto"/>
                <w:right w:val="none" w:sz="0" w:space="0" w:color="auto"/>
              </w:divBdr>
              <w:divsChild>
                <w:div w:id="187061173">
                  <w:marLeft w:val="0"/>
                  <w:marRight w:val="0"/>
                  <w:marTop w:val="0"/>
                  <w:marBottom w:val="0"/>
                  <w:divBdr>
                    <w:top w:val="none" w:sz="0" w:space="0" w:color="auto"/>
                    <w:left w:val="none" w:sz="0" w:space="0" w:color="auto"/>
                    <w:bottom w:val="none" w:sz="0" w:space="0" w:color="auto"/>
                    <w:right w:val="none" w:sz="0" w:space="0" w:color="auto"/>
                  </w:divBdr>
                  <w:divsChild>
                    <w:div w:id="1319261881">
                      <w:marLeft w:val="0"/>
                      <w:marRight w:val="0"/>
                      <w:marTop w:val="0"/>
                      <w:marBottom w:val="0"/>
                      <w:divBdr>
                        <w:top w:val="none" w:sz="0" w:space="0" w:color="auto"/>
                        <w:left w:val="none" w:sz="0" w:space="0" w:color="auto"/>
                        <w:bottom w:val="none" w:sz="0" w:space="0" w:color="auto"/>
                        <w:right w:val="none" w:sz="0" w:space="0" w:color="auto"/>
                      </w:divBdr>
                      <w:divsChild>
                        <w:div w:id="681396221">
                          <w:marLeft w:val="0"/>
                          <w:marRight w:val="0"/>
                          <w:marTop w:val="0"/>
                          <w:marBottom w:val="0"/>
                          <w:divBdr>
                            <w:top w:val="none" w:sz="0" w:space="0" w:color="auto"/>
                            <w:left w:val="none" w:sz="0" w:space="0" w:color="auto"/>
                            <w:bottom w:val="none" w:sz="0" w:space="0" w:color="auto"/>
                            <w:right w:val="none" w:sz="0" w:space="0" w:color="auto"/>
                          </w:divBdr>
                          <w:divsChild>
                            <w:div w:id="110058807">
                              <w:marLeft w:val="0"/>
                              <w:marRight w:val="0"/>
                              <w:marTop w:val="0"/>
                              <w:marBottom w:val="0"/>
                              <w:divBdr>
                                <w:top w:val="none" w:sz="0" w:space="0" w:color="auto"/>
                                <w:left w:val="none" w:sz="0" w:space="0" w:color="auto"/>
                                <w:bottom w:val="none" w:sz="0" w:space="0" w:color="auto"/>
                                <w:right w:val="none" w:sz="0" w:space="0" w:color="auto"/>
                              </w:divBdr>
                              <w:divsChild>
                                <w:div w:id="908266076">
                                  <w:marLeft w:val="0"/>
                                  <w:marRight w:val="0"/>
                                  <w:marTop w:val="0"/>
                                  <w:marBottom w:val="0"/>
                                  <w:divBdr>
                                    <w:top w:val="none" w:sz="0" w:space="0" w:color="auto"/>
                                    <w:left w:val="none" w:sz="0" w:space="0" w:color="auto"/>
                                    <w:bottom w:val="none" w:sz="0" w:space="0" w:color="auto"/>
                                    <w:right w:val="none" w:sz="0" w:space="0" w:color="auto"/>
                                  </w:divBdr>
                                  <w:divsChild>
                                    <w:div w:id="1008219985">
                                      <w:marLeft w:val="0"/>
                                      <w:marRight w:val="0"/>
                                      <w:marTop w:val="0"/>
                                      <w:marBottom w:val="0"/>
                                      <w:divBdr>
                                        <w:top w:val="none" w:sz="0" w:space="0" w:color="auto"/>
                                        <w:left w:val="none" w:sz="0" w:space="0" w:color="auto"/>
                                        <w:bottom w:val="none" w:sz="0" w:space="0" w:color="auto"/>
                                        <w:right w:val="none" w:sz="0" w:space="0" w:color="auto"/>
                                      </w:divBdr>
                                      <w:divsChild>
                                        <w:div w:id="1964186571">
                                          <w:marLeft w:val="0"/>
                                          <w:marRight w:val="0"/>
                                          <w:marTop w:val="0"/>
                                          <w:marBottom w:val="0"/>
                                          <w:divBdr>
                                            <w:top w:val="none" w:sz="0" w:space="0" w:color="auto"/>
                                            <w:left w:val="none" w:sz="0" w:space="0" w:color="auto"/>
                                            <w:bottom w:val="none" w:sz="0" w:space="0" w:color="auto"/>
                                            <w:right w:val="none" w:sz="0" w:space="0" w:color="auto"/>
                                          </w:divBdr>
                                          <w:divsChild>
                                            <w:div w:id="580604606">
                                              <w:marLeft w:val="0"/>
                                              <w:marRight w:val="0"/>
                                              <w:marTop w:val="0"/>
                                              <w:marBottom w:val="0"/>
                                              <w:divBdr>
                                                <w:top w:val="none" w:sz="0" w:space="0" w:color="auto"/>
                                                <w:left w:val="none" w:sz="0" w:space="0" w:color="auto"/>
                                                <w:bottom w:val="none" w:sz="0" w:space="0" w:color="auto"/>
                                                <w:right w:val="none" w:sz="0" w:space="0" w:color="auto"/>
                                              </w:divBdr>
                                              <w:divsChild>
                                                <w:div w:id="162673478">
                                                  <w:marLeft w:val="0"/>
                                                  <w:marRight w:val="0"/>
                                                  <w:marTop w:val="0"/>
                                                  <w:marBottom w:val="0"/>
                                                  <w:divBdr>
                                                    <w:top w:val="none" w:sz="0" w:space="0" w:color="auto"/>
                                                    <w:left w:val="none" w:sz="0" w:space="0" w:color="auto"/>
                                                    <w:bottom w:val="none" w:sz="0" w:space="0" w:color="auto"/>
                                                    <w:right w:val="none" w:sz="0" w:space="0" w:color="auto"/>
                                                  </w:divBdr>
                                                  <w:divsChild>
                                                    <w:div w:id="1310940280">
                                                      <w:marLeft w:val="0"/>
                                                      <w:marRight w:val="0"/>
                                                      <w:marTop w:val="0"/>
                                                      <w:marBottom w:val="0"/>
                                                      <w:divBdr>
                                                        <w:top w:val="none" w:sz="0" w:space="0" w:color="auto"/>
                                                        <w:left w:val="none" w:sz="0" w:space="0" w:color="auto"/>
                                                        <w:bottom w:val="none" w:sz="0" w:space="0" w:color="auto"/>
                                                        <w:right w:val="none" w:sz="0" w:space="0" w:color="auto"/>
                                                      </w:divBdr>
                                                      <w:divsChild>
                                                        <w:div w:id="119997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74447188">
      <w:bodyDiv w:val="1"/>
      <w:marLeft w:val="0"/>
      <w:marRight w:val="0"/>
      <w:marTop w:val="0"/>
      <w:marBottom w:val="0"/>
      <w:divBdr>
        <w:top w:val="none" w:sz="0" w:space="0" w:color="auto"/>
        <w:left w:val="none" w:sz="0" w:space="0" w:color="auto"/>
        <w:bottom w:val="none" w:sz="0" w:space="0" w:color="auto"/>
        <w:right w:val="none" w:sz="0" w:space="0" w:color="auto"/>
      </w:divBdr>
    </w:div>
    <w:div w:id="1475293884">
      <w:bodyDiv w:val="1"/>
      <w:marLeft w:val="0"/>
      <w:marRight w:val="0"/>
      <w:marTop w:val="0"/>
      <w:marBottom w:val="0"/>
      <w:divBdr>
        <w:top w:val="none" w:sz="0" w:space="0" w:color="auto"/>
        <w:left w:val="none" w:sz="0" w:space="0" w:color="auto"/>
        <w:bottom w:val="none" w:sz="0" w:space="0" w:color="auto"/>
        <w:right w:val="none" w:sz="0" w:space="0" w:color="auto"/>
      </w:divBdr>
    </w:div>
    <w:div w:id="1480343454">
      <w:bodyDiv w:val="1"/>
      <w:marLeft w:val="0"/>
      <w:marRight w:val="0"/>
      <w:marTop w:val="0"/>
      <w:marBottom w:val="0"/>
      <w:divBdr>
        <w:top w:val="none" w:sz="0" w:space="0" w:color="auto"/>
        <w:left w:val="none" w:sz="0" w:space="0" w:color="auto"/>
        <w:bottom w:val="none" w:sz="0" w:space="0" w:color="auto"/>
        <w:right w:val="none" w:sz="0" w:space="0" w:color="auto"/>
      </w:divBdr>
    </w:div>
    <w:div w:id="1487940946">
      <w:bodyDiv w:val="1"/>
      <w:marLeft w:val="0"/>
      <w:marRight w:val="0"/>
      <w:marTop w:val="0"/>
      <w:marBottom w:val="0"/>
      <w:divBdr>
        <w:top w:val="none" w:sz="0" w:space="0" w:color="auto"/>
        <w:left w:val="none" w:sz="0" w:space="0" w:color="auto"/>
        <w:bottom w:val="none" w:sz="0" w:space="0" w:color="auto"/>
        <w:right w:val="none" w:sz="0" w:space="0" w:color="auto"/>
      </w:divBdr>
      <w:divsChild>
        <w:div w:id="71582059">
          <w:marLeft w:val="0"/>
          <w:marRight w:val="0"/>
          <w:marTop w:val="0"/>
          <w:marBottom w:val="0"/>
          <w:divBdr>
            <w:top w:val="none" w:sz="0" w:space="0" w:color="auto"/>
            <w:left w:val="none" w:sz="0" w:space="0" w:color="auto"/>
            <w:bottom w:val="none" w:sz="0" w:space="0" w:color="auto"/>
            <w:right w:val="none" w:sz="0" w:space="0" w:color="auto"/>
          </w:divBdr>
        </w:div>
        <w:div w:id="1319918784">
          <w:marLeft w:val="0"/>
          <w:marRight w:val="0"/>
          <w:marTop w:val="0"/>
          <w:marBottom w:val="0"/>
          <w:divBdr>
            <w:top w:val="none" w:sz="0" w:space="0" w:color="auto"/>
            <w:left w:val="none" w:sz="0" w:space="0" w:color="auto"/>
            <w:bottom w:val="none" w:sz="0" w:space="0" w:color="auto"/>
            <w:right w:val="none" w:sz="0" w:space="0" w:color="auto"/>
          </w:divBdr>
        </w:div>
      </w:divsChild>
    </w:div>
    <w:div w:id="1492789068">
      <w:bodyDiv w:val="1"/>
      <w:marLeft w:val="0"/>
      <w:marRight w:val="0"/>
      <w:marTop w:val="0"/>
      <w:marBottom w:val="0"/>
      <w:divBdr>
        <w:top w:val="none" w:sz="0" w:space="0" w:color="auto"/>
        <w:left w:val="none" w:sz="0" w:space="0" w:color="auto"/>
        <w:bottom w:val="none" w:sz="0" w:space="0" w:color="auto"/>
        <w:right w:val="none" w:sz="0" w:space="0" w:color="auto"/>
      </w:divBdr>
    </w:div>
    <w:div w:id="1502968078">
      <w:bodyDiv w:val="1"/>
      <w:marLeft w:val="0"/>
      <w:marRight w:val="0"/>
      <w:marTop w:val="0"/>
      <w:marBottom w:val="0"/>
      <w:divBdr>
        <w:top w:val="none" w:sz="0" w:space="0" w:color="auto"/>
        <w:left w:val="none" w:sz="0" w:space="0" w:color="auto"/>
        <w:bottom w:val="none" w:sz="0" w:space="0" w:color="auto"/>
        <w:right w:val="none" w:sz="0" w:space="0" w:color="auto"/>
      </w:divBdr>
    </w:div>
    <w:div w:id="1508642402">
      <w:bodyDiv w:val="1"/>
      <w:marLeft w:val="0"/>
      <w:marRight w:val="0"/>
      <w:marTop w:val="0"/>
      <w:marBottom w:val="0"/>
      <w:divBdr>
        <w:top w:val="none" w:sz="0" w:space="0" w:color="auto"/>
        <w:left w:val="none" w:sz="0" w:space="0" w:color="auto"/>
        <w:bottom w:val="none" w:sz="0" w:space="0" w:color="auto"/>
        <w:right w:val="none" w:sz="0" w:space="0" w:color="auto"/>
      </w:divBdr>
    </w:div>
    <w:div w:id="1545095975">
      <w:bodyDiv w:val="1"/>
      <w:marLeft w:val="0"/>
      <w:marRight w:val="0"/>
      <w:marTop w:val="0"/>
      <w:marBottom w:val="0"/>
      <w:divBdr>
        <w:top w:val="none" w:sz="0" w:space="0" w:color="auto"/>
        <w:left w:val="none" w:sz="0" w:space="0" w:color="auto"/>
        <w:bottom w:val="none" w:sz="0" w:space="0" w:color="auto"/>
        <w:right w:val="none" w:sz="0" w:space="0" w:color="auto"/>
      </w:divBdr>
      <w:divsChild>
        <w:div w:id="1289819609">
          <w:marLeft w:val="0"/>
          <w:marRight w:val="0"/>
          <w:marTop w:val="0"/>
          <w:marBottom w:val="0"/>
          <w:divBdr>
            <w:top w:val="none" w:sz="0" w:space="0" w:color="auto"/>
            <w:left w:val="none" w:sz="0" w:space="0" w:color="auto"/>
            <w:bottom w:val="none" w:sz="0" w:space="0" w:color="auto"/>
            <w:right w:val="none" w:sz="0" w:space="0" w:color="auto"/>
          </w:divBdr>
        </w:div>
        <w:div w:id="943611923">
          <w:marLeft w:val="0"/>
          <w:marRight w:val="0"/>
          <w:marTop w:val="0"/>
          <w:marBottom w:val="0"/>
          <w:divBdr>
            <w:top w:val="none" w:sz="0" w:space="0" w:color="auto"/>
            <w:left w:val="none" w:sz="0" w:space="0" w:color="auto"/>
            <w:bottom w:val="none" w:sz="0" w:space="0" w:color="auto"/>
            <w:right w:val="none" w:sz="0" w:space="0" w:color="auto"/>
          </w:divBdr>
        </w:div>
      </w:divsChild>
    </w:div>
    <w:div w:id="1547789390">
      <w:bodyDiv w:val="1"/>
      <w:marLeft w:val="0"/>
      <w:marRight w:val="0"/>
      <w:marTop w:val="0"/>
      <w:marBottom w:val="0"/>
      <w:divBdr>
        <w:top w:val="none" w:sz="0" w:space="0" w:color="auto"/>
        <w:left w:val="none" w:sz="0" w:space="0" w:color="auto"/>
        <w:bottom w:val="none" w:sz="0" w:space="0" w:color="auto"/>
        <w:right w:val="none" w:sz="0" w:space="0" w:color="auto"/>
      </w:divBdr>
    </w:div>
    <w:div w:id="1577545600">
      <w:bodyDiv w:val="1"/>
      <w:marLeft w:val="0"/>
      <w:marRight w:val="0"/>
      <w:marTop w:val="0"/>
      <w:marBottom w:val="0"/>
      <w:divBdr>
        <w:top w:val="none" w:sz="0" w:space="0" w:color="auto"/>
        <w:left w:val="none" w:sz="0" w:space="0" w:color="auto"/>
        <w:bottom w:val="none" w:sz="0" w:space="0" w:color="auto"/>
        <w:right w:val="none" w:sz="0" w:space="0" w:color="auto"/>
      </w:divBdr>
    </w:div>
    <w:div w:id="1604722151">
      <w:bodyDiv w:val="1"/>
      <w:marLeft w:val="0"/>
      <w:marRight w:val="0"/>
      <w:marTop w:val="0"/>
      <w:marBottom w:val="0"/>
      <w:divBdr>
        <w:top w:val="none" w:sz="0" w:space="0" w:color="auto"/>
        <w:left w:val="none" w:sz="0" w:space="0" w:color="auto"/>
        <w:bottom w:val="none" w:sz="0" w:space="0" w:color="auto"/>
        <w:right w:val="none" w:sz="0" w:space="0" w:color="auto"/>
      </w:divBdr>
    </w:div>
    <w:div w:id="1609584081">
      <w:bodyDiv w:val="1"/>
      <w:marLeft w:val="0"/>
      <w:marRight w:val="0"/>
      <w:marTop w:val="0"/>
      <w:marBottom w:val="0"/>
      <w:divBdr>
        <w:top w:val="none" w:sz="0" w:space="0" w:color="auto"/>
        <w:left w:val="none" w:sz="0" w:space="0" w:color="auto"/>
        <w:bottom w:val="none" w:sz="0" w:space="0" w:color="auto"/>
        <w:right w:val="none" w:sz="0" w:space="0" w:color="auto"/>
      </w:divBdr>
      <w:divsChild>
        <w:div w:id="1183545932">
          <w:marLeft w:val="0"/>
          <w:marRight w:val="0"/>
          <w:marTop w:val="0"/>
          <w:marBottom w:val="0"/>
          <w:divBdr>
            <w:top w:val="none" w:sz="0" w:space="0" w:color="auto"/>
            <w:left w:val="none" w:sz="0" w:space="0" w:color="auto"/>
            <w:bottom w:val="none" w:sz="0" w:space="0" w:color="auto"/>
            <w:right w:val="none" w:sz="0" w:space="0" w:color="auto"/>
          </w:divBdr>
          <w:divsChild>
            <w:div w:id="385035753">
              <w:marLeft w:val="0"/>
              <w:marRight w:val="0"/>
              <w:marTop w:val="0"/>
              <w:marBottom w:val="0"/>
              <w:divBdr>
                <w:top w:val="none" w:sz="0" w:space="0" w:color="auto"/>
                <w:left w:val="none" w:sz="0" w:space="0" w:color="auto"/>
                <w:bottom w:val="none" w:sz="0" w:space="0" w:color="auto"/>
                <w:right w:val="none" w:sz="0" w:space="0" w:color="auto"/>
              </w:divBdr>
              <w:divsChild>
                <w:div w:id="915361975">
                  <w:marLeft w:val="0"/>
                  <w:marRight w:val="0"/>
                  <w:marTop w:val="0"/>
                  <w:marBottom w:val="0"/>
                  <w:divBdr>
                    <w:top w:val="none" w:sz="0" w:space="0" w:color="auto"/>
                    <w:left w:val="none" w:sz="0" w:space="0" w:color="auto"/>
                    <w:bottom w:val="none" w:sz="0" w:space="0" w:color="auto"/>
                    <w:right w:val="none" w:sz="0" w:space="0" w:color="auto"/>
                  </w:divBdr>
                  <w:divsChild>
                    <w:div w:id="1240794707">
                      <w:marLeft w:val="0"/>
                      <w:marRight w:val="0"/>
                      <w:marTop w:val="0"/>
                      <w:marBottom w:val="0"/>
                      <w:divBdr>
                        <w:top w:val="none" w:sz="0" w:space="0" w:color="auto"/>
                        <w:left w:val="none" w:sz="0" w:space="0" w:color="auto"/>
                        <w:bottom w:val="none" w:sz="0" w:space="0" w:color="auto"/>
                        <w:right w:val="none" w:sz="0" w:space="0" w:color="auto"/>
                      </w:divBdr>
                      <w:divsChild>
                        <w:div w:id="1795706394">
                          <w:marLeft w:val="0"/>
                          <w:marRight w:val="0"/>
                          <w:marTop w:val="0"/>
                          <w:marBottom w:val="0"/>
                          <w:divBdr>
                            <w:top w:val="none" w:sz="0" w:space="0" w:color="auto"/>
                            <w:left w:val="none" w:sz="0" w:space="0" w:color="auto"/>
                            <w:bottom w:val="none" w:sz="0" w:space="0" w:color="auto"/>
                            <w:right w:val="none" w:sz="0" w:space="0" w:color="auto"/>
                          </w:divBdr>
                          <w:divsChild>
                            <w:div w:id="1555041794">
                              <w:marLeft w:val="0"/>
                              <w:marRight w:val="0"/>
                              <w:marTop w:val="0"/>
                              <w:marBottom w:val="0"/>
                              <w:divBdr>
                                <w:top w:val="none" w:sz="0" w:space="0" w:color="auto"/>
                                <w:left w:val="none" w:sz="0" w:space="0" w:color="auto"/>
                                <w:bottom w:val="none" w:sz="0" w:space="0" w:color="auto"/>
                                <w:right w:val="none" w:sz="0" w:space="0" w:color="auto"/>
                              </w:divBdr>
                              <w:divsChild>
                                <w:div w:id="772432895">
                                  <w:marLeft w:val="0"/>
                                  <w:marRight w:val="0"/>
                                  <w:marTop w:val="0"/>
                                  <w:marBottom w:val="0"/>
                                  <w:divBdr>
                                    <w:top w:val="none" w:sz="0" w:space="0" w:color="auto"/>
                                    <w:left w:val="none" w:sz="0" w:space="0" w:color="auto"/>
                                    <w:bottom w:val="none" w:sz="0" w:space="0" w:color="auto"/>
                                    <w:right w:val="none" w:sz="0" w:space="0" w:color="auto"/>
                                  </w:divBdr>
                                  <w:divsChild>
                                    <w:div w:id="594094861">
                                      <w:marLeft w:val="0"/>
                                      <w:marRight w:val="0"/>
                                      <w:marTop w:val="0"/>
                                      <w:marBottom w:val="0"/>
                                      <w:divBdr>
                                        <w:top w:val="none" w:sz="0" w:space="0" w:color="auto"/>
                                        <w:left w:val="none" w:sz="0" w:space="0" w:color="auto"/>
                                        <w:bottom w:val="none" w:sz="0" w:space="0" w:color="auto"/>
                                        <w:right w:val="none" w:sz="0" w:space="0" w:color="auto"/>
                                      </w:divBdr>
                                      <w:divsChild>
                                        <w:div w:id="2089572643">
                                          <w:marLeft w:val="0"/>
                                          <w:marRight w:val="0"/>
                                          <w:marTop w:val="0"/>
                                          <w:marBottom w:val="0"/>
                                          <w:divBdr>
                                            <w:top w:val="none" w:sz="0" w:space="0" w:color="auto"/>
                                            <w:left w:val="none" w:sz="0" w:space="0" w:color="auto"/>
                                            <w:bottom w:val="none" w:sz="0" w:space="0" w:color="auto"/>
                                            <w:right w:val="none" w:sz="0" w:space="0" w:color="auto"/>
                                          </w:divBdr>
                                          <w:divsChild>
                                            <w:div w:id="1294486867">
                                              <w:marLeft w:val="0"/>
                                              <w:marRight w:val="0"/>
                                              <w:marTop w:val="0"/>
                                              <w:marBottom w:val="0"/>
                                              <w:divBdr>
                                                <w:top w:val="none" w:sz="0" w:space="0" w:color="auto"/>
                                                <w:left w:val="none" w:sz="0" w:space="0" w:color="auto"/>
                                                <w:bottom w:val="none" w:sz="0" w:space="0" w:color="auto"/>
                                                <w:right w:val="none" w:sz="0" w:space="0" w:color="auto"/>
                                              </w:divBdr>
                                              <w:divsChild>
                                                <w:div w:id="641496331">
                                                  <w:marLeft w:val="0"/>
                                                  <w:marRight w:val="0"/>
                                                  <w:marTop w:val="0"/>
                                                  <w:marBottom w:val="0"/>
                                                  <w:divBdr>
                                                    <w:top w:val="none" w:sz="0" w:space="0" w:color="auto"/>
                                                    <w:left w:val="none" w:sz="0" w:space="0" w:color="auto"/>
                                                    <w:bottom w:val="none" w:sz="0" w:space="0" w:color="auto"/>
                                                    <w:right w:val="none" w:sz="0" w:space="0" w:color="auto"/>
                                                  </w:divBdr>
                                                </w:div>
                                                <w:div w:id="116682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0697878">
      <w:bodyDiv w:val="1"/>
      <w:marLeft w:val="0"/>
      <w:marRight w:val="0"/>
      <w:marTop w:val="0"/>
      <w:marBottom w:val="0"/>
      <w:divBdr>
        <w:top w:val="none" w:sz="0" w:space="0" w:color="auto"/>
        <w:left w:val="none" w:sz="0" w:space="0" w:color="auto"/>
        <w:bottom w:val="none" w:sz="0" w:space="0" w:color="auto"/>
        <w:right w:val="none" w:sz="0" w:space="0" w:color="auto"/>
      </w:divBdr>
      <w:divsChild>
        <w:div w:id="629020398">
          <w:marLeft w:val="0"/>
          <w:marRight w:val="0"/>
          <w:marTop w:val="0"/>
          <w:marBottom w:val="0"/>
          <w:divBdr>
            <w:top w:val="none" w:sz="0" w:space="0" w:color="auto"/>
            <w:left w:val="none" w:sz="0" w:space="0" w:color="auto"/>
            <w:bottom w:val="none" w:sz="0" w:space="0" w:color="auto"/>
            <w:right w:val="none" w:sz="0" w:space="0" w:color="auto"/>
          </w:divBdr>
        </w:div>
        <w:div w:id="625544652">
          <w:marLeft w:val="0"/>
          <w:marRight w:val="0"/>
          <w:marTop w:val="0"/>
          <w:marBottom w:val="0"/>
          <w:divBdr>
            <w:top w:val="none" w:sz="0" w:space="0" w:color="auto"/>
            <w:left w:val="none" w:sz="0" w:space="0" w:color="auto"/>
            <w:bottom w:val="none" w:sz="0" w:space="0" w:color="auto"/>
            <w:right w:val="none" w:sz="0" w:space="0" w:color="auto"/>
          </w:divBdr>
        </w:div>
      </w:divsChild>
    </w:div>
    <w:div w:id="1620213705">
      <w:bodyDiv w:val="1"/>
      <w:marLeft w:val="0"/>
      <w:marRight w:val="0"/>
      <w:marTop w:val="0"/>
      <w:marBottom w:val="0"/>
      <w:divBdr>
        <w:top w:val="none" w:sz="0" w:space="0" w:color="auto"/>
        <w:left w:val="none" w:sz="0" w:space="0" w:color="auto"/>
        <w:bottom w:val="none" w:sz="0" w:space="0" w:color="auto"/>
        <w:right w:val="none" w:sz="0" w:space="0" w:color="auto"/>
      </w:divBdr>
    </w:div>
    <w:div w:id="1632593015">
      <w:bodyDiv w:val="1"/>
      <w:marLeft w:val="0"/>
      <w:marRight w:val="0"/>
      <w:marTop w:val="0"/>
      <w:marBottom w:val="0"/>
      <w:divBdr>
        <w:top w:val="none" w:sz="0" w:space="0" w:color="auto"/>
        <w:left w:val="none" w:sz="0" w:space="0" w:color="auto"/>
        <w:bottom w:val="none" w:sz="0" w:space="0" w:color="auto"/>
        <w:right w:val="none" w:sz="0" w:space="0" w:color="auto"/>
      </w:divBdr>
    </w:div>
    <w:div w:id="1636833791">
      <w:bodyDiv w:val="1"/>
      <w:marLeft w:val="0"/>
      <w:marRight w:val="0"/>
      <w:marTop w:val="0"/>
      <w:marBottom w:val="0"/>
      <w:divBdr>
        <w:top w:val="none" w:sz="0" w:space="0" w:color="auto"/>
        <w:left w:val="none" w:sz="0" w:space="0" w:color="auto"/>
        <w:bottom w:val="none" w:sz="0" w:space="0" w:color="auto"/>
        <w:right w:val="none" w:sz="0" w:space="0" w:color="auto"/>
      </w:divBdr>
    </w:div>
    <w:div w:id="1639456001">
      <w:bodyDiv w:val="1"/>
      <w:marLeft w:val="0"/>
      <w:marRight w:val="0"/>
      <w:marTop w:val="0"/>
      <w:marBottom w:val="0"/>
      <w:divBdr>
        <w:top w:val="none" w:sz="0" w:space="0" w:color="auto"/>
        <w:left w:val="none" w:sz="0" w:space="0" w:color="auto"/>
        <w:bottom w:val="none" w:sz="0" w:space="0" w:color="auto"/>
        <w:right w:val="none" w:sz="0" w:space="0" w:color="auto"/>
      </w:divBdr>
      <w:divsChild>
        <w:div w:id="469707765">
          <w:marLeft w:val="0"/>
          <w:marRight w:val="0"/>
          <w:marTop w:val="0"/>
          <w:marBottom w:val="0"/>
          <w:divBdr>
            <w:top w:val="none" w:sz="0" w:space="0" w:color="auto"/>
            <w:left w:val="none" w:sz="0" w:space="0" w:color="auto"/>
            <w:bottom w:val="none" w:sz="0" w:space="0" w:color="auto"/>
            <w:right w:val="none" w:sz="0" w:space="0" w:color="auto"/>
          </w:divBdr>
          <w:divsChild>
            <w:div w:id="628783690">
              <w:marLeft w:val="0"/>
              <w:marRight w:val="0"/>
              <w:marTop w:val="0"/>
              <w:marBottom w:val="0"/>
              <w:divBdr>
                <w:top w:val="none" w:sz="0" w:space="0" w:color="auto"/>
                <w:left w:val="none" w:sz="0" w:space="0" w:color="auto"/>
                <w:bottom w:val="none" w:sz="0" w:space="0" w:color="auto"/>
                <w:right w:val="none" w:sz="0" w:space="0" w:color="auto"/>
              </w:divBdr>
              <w:divsChild>
                <w:div w:id="201983808">
                  <w:marLeft w:val="0"/>
                  <w:marRight w:val="0"/>
                  <w:marTop w:val="0"/>
                  <w:marBottom w:val="0"/>
                  <w:divBdr>
                    <w:top w:val="none" w:sz="0" w:space="0" w:color="auto"/>
                    <w:left w:val="none" w:sz="0" w:space="0" w:color="auto"/>
                    <w:bottom w:val="none" w:sz="0" w:space="0" w:color="auto"/>
                    <w:right w:val="none" w:sz="0" w:space="0" w:color="auto"/>
                  </w:divBdr>
                  <w:divsChild>
                    <w:div w:id="1525627391">
                      <w:marLeft w:val="0"/>
                      <w:marRight w:val="0"/>
                      <w:marTop w:val="0"/>
                      <w:marBottom w:val="0"/>
                      <w:divBdr>
                        <w:top w:val="none" w:sz="0" w:space="0" w:color="auto"/>
                        <w:left w:val="none" w:sz="0" w:space="0" w:color="auto"/>
                        <w:bottom w:val="none" w:sz="0" w:space="0" w:color="auto"/>
                        <w:right w:val="none" w:sz="0" w:space="0" w:color="auto"/>
                      </w:divBdr>
                      <w:divsChild>
                        <w:div w:id="315064208">
                          <w:marLeft w:val="0"/>
                          <w:marRight w:val="0"/>
                          <w:marTop w:val="0"/>
                          <w:marBottom w:val="0"/>
                          <w:divBdr>
                            <w:top w:val="none" w:sz="0" w:space="0" w:color="auto"/>
                            <w:left w:val="none" w:sz="0" w:space="0" w:color="auto"/>
                            <w:bottom w:val="none" w:sz="0" w:space="0" w:color="auto"/>
                            <w:right w:val="none" w:sz="0" w:space="0" w:color="auto"/>
                          </w:divBdr>
                          <w:divsChild>
                            <w:div w:id="11226515">
                              <w:marLeft w:val="0"/>
                              <w:marRight w:val="0"/>
                              <w:marTop w:val="0"/>
                              <w:marBottom w:val="0"/>
                              <w:divBdr>
                                <w:top w:val="none" w:sz="0" w:space="0" w:color="auto"/>
                                <w:left w:val="none" w:sz="0" w:space="0" w:color="auto"/>
                                <w:bottom w:val="none" w:sz="0" w:space="0" w:color="auto"/>
                                <w:right w:val="none" w:sz="0" w:space="0" w:color="auto"/>
                              </w:divBdr>
                              <w:divsChild>
                                <w:div w:id="663554512">
                                  <w:marLeft w:val="0"/>
                                  <w:marRight w:val="0"/>
                                  <w:marTop w:val="0"/>
                                  <w:marBottom w:val="0"/>
                                  <w:divBdr>
                                    <w:top w:val="none" w:sz="0" w:space="0" w:color="auto"/>
                                    <w:left w:val="none" w:sz="0" w:space="0" w:color="auto"/>
                                    <w:bottom w:val="none" w:sz="0" w:space="0" w:color="auto"/>
                                    <w:right w:val="none" w:sz="0" w:space="0" w:color="auto"/>
                                  </w:divBdr>
                                  <w:divsChild>
                                    <w:div w:id="1048726641">
                                      <w:marLeft w:val="0"/>
                                      <w:marRight w:val="0"/>
                                      <w:marTop w:val="0"/>
                                      <w:marBottom w:val="0"/>
                                      <w:divBdr>
                                        <w:top w:val="none" w:sz="0" w:space="0" w:color="auto"/>
                                        <w:left w:val="none" w:sz="0" w:space="0" w:color="auto"/>
                                        <w:bottom w:val="none" w:sz="0" w:space="0" w:color="auto"/>
                                        <w:right w:val="none" w:sz="0" w:space="0" w:color="auto"/>
                                      </w:divBdr>
                                      <w:divsChild>
                                        <w:div w:id="602689186">
                                          <w:marLeft w:val="0"/>
                                          <w:marRight w:val="0"/>
                                          <w:marTop w:val="0"/>
                                          <w:marBottom w:val="0"/>
                                          <w:divBdr>
                                            <w:top w:val="none" w:sz="0" w:space="0" w:color="auto"/>
                                            <w:left w:val="none" w:sz="0" w:space="0" w:color="auto"/>
                                            <w:bottom w:val="none" w:sz="0" w:space="0" w:color="auto"/>
                                            <w:right w:val="none" w:sz="0" w:space="0" w:color="auto"/>
                                          </w:divBdr>
                                          <w:divsChild>
                                            <w:div w:id="271595068">
                                              <w:marLeft w:val="0"/>
                                              <w:marRight w:val="0"/>
                                              <w:marTop w:val="0"/>
                                              <w:marBottom w:val="0"/>
                                              <w:divBdr>
                                                <w:top w:val="none" w:sz="0" w:space="0" w:color="auto"/>
                                                <w:left w:val="none" w:sz="0" w:space="0" w:color="auto"/>
                                                <w:bottom w:val="none" w:sz="0" w:space="0" w:color="auto"/>
                                                <w:right w:val="none" w:sz="0" w:space="0" w:color="auto"/>
                                              </w:divBdr>
                                              <w:divsChild>
                                                <w:div w:id="436995280">
                                                  <w:marLeft w:val="0"/>
                                                  <w:marRight w:val="0"/>
                                                  <w:marTop w:val="0"/>
                                                  <w:marBottom w:val="0"/>
                                                  <w:divBdr>
                                                    <w:top w:val="none" w:sz="0" w:space="0" w:color="auto"/>
                                                    <w:left w:val="none" w:sz="0" w:space="0" w:color="auto"/>
                                                    <w:bottom w:val="none" w:sz="0" w:space="0" w:color="auto"/>
                                                    <w:right w:val="none" w:sz="0" w:space="0" w:color="auto"/>
                                                  </w:divBdr>
                                                </w:div>
                                                <w:div w:id="64520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9549516">
      <w:bodyDiv w:val="1"/>
      <w:marLeft w:val="0"/>
      <w:marRight w:val="0"/>
      <w:marTop w:val="0"/>
      <w:marBottom w:val="0"/>
      <w:divBdr>
        <w:top w:val="none" w:sz="0" w:space="0" w:color="auto"/>
        <w:left w:val="none" w:sz="0" w:space="0" w:color="auto"/>
        <w:bottom w:val="none" w:sz="0" w:space="0" w:color="auto"/>
        <w:right w:val="none" w:sz="0" w:space="0" w:color="auto"/>
      </w:divBdr>
      <w:divsChild>
        <w:div w:id="681469128">
          <w:marLeft w:val="0"/>
          <w:marRight w:val="0"/>
          <w:marTop w:val="0"/>
          <w:marBottom w:val="0"/>
          <w:divBdr>
            <w:top w:val="none" w:sz="0" w:space="0" w:color="auto"/>
            <w:left w:val="none" w:sz="0" w:space="0" w:color="auto"/>
            <w:bottom w:val="none" w:sz="0" w:space="0" w:color="auto"/>
            <w:right w:val="none" w:sz="0" w:space="0" w:color="auto"/>
          </w:divBdr>
        </w:div>
        <w:div w:id="1607226159">
          <w:marLeft w:val="0"/>
          <w:marRight w:val="0"/>
          <w:marTop w:val="0"/>
          <w:marBottom w:val="0"/>
          <w:divBdr>
            <w:top w:val="none" w:sz="0" w:space="0" w:color="auto"/>
            <w:left w:val="none" w:sz="0" w:space="0" w:color="auto"/>
            <w:bottom w:val="none" w:sz="0" w:space="0" w:color="auto"/>
            <w:right w:val="none" w:sz="0" w:space="0" w:color="auto"/>
          </w:divBdr>
        </w:div>
      </w:divsChild>
    </w:div>
    <w:div w:id="1658534658">
      <w:bodyDiv w:val="1"/>
      <w:marLeft w:val="0"/>
      <w:marRight w:val="0"/>
      <w:marTop w:val="0"/>
      <w:marBottom w:val="0"/>
      <w:divBdr>
        <w:top w:val="none" w:sz="0" w:space="0" w:color="auto"/>
        <w:left w:val="none" w:sz="0" w:space="0" w:color="auto"/>
        <w:bottom w:val="none" w:sz="0" w:space="0" w:color="auto"/>
        <w:right w:val="none" w:sz="0" w:space="0" w:color="auto"/>
      </w:divBdr>
    </w:div>
    <w:div w:id="1672217130">
      <w:bodyDiv w:val="1"/>
      <w:marLeft w:val="0"/>
      <w:marRight w:val="0"/>
      <w:marTop w:val="0"/>
      <w:marBottom w:val="0"/>
      <w:divBdr>
        <w:top w:val="none" w:sz="0" w:space="0" w:color="auto"/>
        <w:left w:val="none" w:sz="0" w:space="0" w:color="auto"/>
        <w:bottom w:val="none" w:sz="0" w:space="0" w:color="auto"/>
        <w:right w:val="none" w:sz="0" w:space="0" w:color="auto"/>
      </w:divBdr>
    </w:div>
    <w:div w:id="1681812523">
      <w:bodyDiv w:val="1"/>
      <w:marLeft w:val="0"/>
      <w:marRight w:val="0"/>
      <w:marTop w:val="0"/>
      <w:marBottom w:val="0"/>
      <w:divBdr>
        <w:top w:val="none" w:sz="0" w:space="0" w:color="auto"/>
        <w:left w:val="none" w:sz="0" w:space="0" w:color="auto"/>
        <w:bottom w:val="none" w:sz="0" w:space="0" w:color="auto"/>
        <w:right w:val="none" w:sz="0" w:space="0" w:color="auto"/>
      </w:divBdr>
    </w:div>
    <w:div w:id="1684283777">
      <w:bodyDiv w:val="1"/>
      <w:marLeft w:val="0"/>
      <w:marRight w:val="0"/>
      <w:marTop w:val="0"/>
      <w:marBottom w:val="0"/>
      <w:divBdr>
        <w:top w:val="none" w:sz="0" w:space="0" w:color="auto"/>
        <w:left w:val="none" w:sz="0" w:space="0" w:color="auto"/>
        <w:bottom w:val="none" w:sz="0" w:space="0" w:color="auto"/>
        <w:right w:val="none" w:sz="0" w:space="0" w:color="auto"/>
      </w:divBdr>
    </w:div>
    <w:div w:id="1691642541">
      <w:bodyDiv w:val="1"/>
      <w:marLeft w:val="0"/>
      <w:marRight w:val="0"/>
      <w:marTop w:val="0"/>
      <w:marBottom w:val="0"/>
      <w:divBdr>
        <w:top w:val="none" w:sz="0" w:space="0" w:color="auto"/>
        <w:left w:val="none" w:sz="0" w:space="0" w:color="auto"/>
        <w:bottom w:val="none" w:sz="0" w:space="0" w:color="auto"/>
        <w:right w:val="none" w:sz="0" w:space="0" w:color="auto"/>
      </w:divBdr>
    </w:div>
    <w:div w:id="1699425876">
      <w:bodyDiv w:val="1"/>
      <w:marLeft w:val="0"/>
      <w:marRight w:val="0"/>
      <w:marTop w:val="0"/>
      <w:marBottom w:val="0"/>
      <w:divBdr>
        <w:top w:val="none" w:sz="0" w:space="0" w:color="auto"/>
        <w:left w:val="none" w:sz="0" w:space="0" w:color="auto"/>
        <w:bottom w:val="none" w:sz="0" w:space="0" w:color="auto"/>
        <w:right w:val="none" w:sz="0" w:space="0" w:color="auto"/>
      </w:divBdr>
    </w:div>
    <w:div w:id="1715813139">
      <w:bodyDiv w:val="1"/>
      <w:marLeft w:val="0"/>
      <w:marRight w:val="0"/>
      <w:marTop w:val="0"/>
      <w:marBottom w:val="0"/>
      <w:divBdr>
        <w:top w:val="none" w:sz="0" w:space="0" w:color="auto"/>
        <w:left w:val="none" w:sz="0" w:space="0" w:color="auto"/>
        <w:bottom w:val="none" w:sz="0" w:space="0" w:color="auto"/>
        <w:right w:val="none" w:sz="0" w:space="0" w:color="auto"/>
      </w:divBdr>
    </w:div>
    <w:div w:id="1719434978">
      <w:bodyDiv w:val="1"/>
      <w:marLeft w:val="0"/>
      <w:marRight w:val="0"/>
      <w:marTop w:val="0"/>
      <w:marBottom w:val="0"/>
      <w:divBdr>
        <w:top w:val="none" w:sz="0" w:space="0" w:color="auto"/>
        <w:left w:val="none" w:sz="0" w:space="0" w:color="auto"/>
        <w:bottom w:val="none" w:sz="0" w:space="0" w:color="auto"/>
        <w:right w:val="none" w:sz="0" w:space="0" w:color="auto"/>
      </w:divBdr>
    </w:div>
    <w:div w:id="1780952279">
      <w:bodyDiv w:val="1"/>
      <w:marLeft w:val="0"/>
      <w:marRight w:val="0"/>
      <w:marTop w:val="0"/>
      <w:marBottom w:val="0"/>
      <w:divBdr>
        <w:top w:val="none" w:sz="0" w:space="0" w:color="auto"/>
        <w:left w:val="none" w:sz="0" w:space="0" w:color="auto"/>
        <w:bottom w:val="none" w:sz="0" w:space="0" w:color="auto"/>
        <w:right w:val="none" w:sz="0" w:space="0" w:color="auto"/>
      </w:divBdr>
      <w:divsChild>
        <w:div w:id="1044868943">
          <w:marLeft w:val="0"/>
          <w:marRight w:val="0"/>
          <w:marTop w:val="0"/>
          <w:marBottom w:val="0"/>
          <w:divBdr>
            <w:top w:val="none" w:sz="0" w:space="0" w:color="auto"/>
            <w:left w:val="none" w:sz="0" w:space="0" w:color="auto"/>
            <w:bottom w:val="none" w:sz="0" w:space="0" w:color="auto"/>
            <w:right w:val="none" w:sz="0" w:space="0" w:color="auto"/>
          </w:divBdr>
        </w:div>
        <w:div w:id="1276668942">
          <w:marLeft w:val="0"/>
          <w:marRight w:val="0"/>
          <w:marTop w:val="0"/>
          <w:marBottom w:val="0"/>
          <w:divBdr>
            <w:top w:val="none" w:sz="0" w:space="0" w:color="auto"/>
            <w:left w:val="none" w:sz="0" w:space="0" w:color="auto"/>
            <w:bottom w:val="none" w:sz="0" w:space="0" w:color="auto"/>
            <w:right w:val="none" w:sz="0" w:space="0" w:color="auto"/>
          </w:divBdr>
        </w:div>
      </w:divsChild>
    </w:div>
    <w:div w:id="1785421359">
      <w:bodyDiv w:val="1"/>
      <w:marLeft w:val="0"/>
      <w:marRight w:val="0"/>
      <w:marTop w:val="0"/>
      <w:marBottom w:val="0"/>
      <w:divBdr>
        <w:top w:val="none" w:sz="0" w:space="0" w:color="auto"/>
        <w:left w:val="none" w:sz="0" w:space="0" w:color="auto"/>
        <w:bottom w:val="none" w:sz="0" w:space="0" w:color="auto"/>
        <w:right w:val="none" w:sz="0" w:space="0" w:color="auto"/>
      </w:divBdr>
    </w:div>
    <w:div w:id="1796487425">
      <w:bodyDiv w:val="1"/>
      <w:marLeft w:val="0"/>
      <w:marRight w:val="0"/>
      <w:marTop w:val="0"/>
      <w:marBottom w:val="0"/>
      <w:divBdr>
        <w:top w:val="none" w:sz="0" w:space="0" w:color="auto"/>
        <w:left w:val="none" w:sz="0" w:space="0" w:color="auto"/>
        <w:bottom w:val="none" w:sz="0" w:space="0" w:color="auto"/>
        <w:right w:val="none" w:sz="0" w:space="0" w:color="auto"/>
      </w:divBdr>
    </w:div>
    <w:div w:id="1809739223">
      <w:bodyDiv w:val="1"/>
      <w:marLeft w:val="0"/>
      <w:marRight w:val="0"/>
      <w:marTop w:val="0"/>
      <w:marBottom w:val="0"/>
      <w:divBdr>
        <w:top w:val="none" w:sz="0" w:space="0" w:color="auto"/>
        <w:left w:val="none" w:sz="0" w:space="0" w:color="auto"/>
        <w:bottom w:val="none" w:sz="0" w:space="0" w:color="auto"/>
        <w:right w:val="none" w:sz="0" w:space="0" w:color="auto"/>
      </w:divBdr>
    </w:div>
    <w:div w:id="1818180882">
      <w:bodyDiv w:val="1"/>
      <w:marLeft w:val="0"/>
      <w:marRight w:val="0"/>
      <w:marTop w:val="0"/>
      <w:marBottom w:val="0"/>
      <w:divBdr>
        <w:top w:val="none" w:sz="0" w:space="0" w:color="auto"/>
        <w:left w:val="none" w:sz="0" w:space="0" w:color="auto"/>
        <w:bottom w:val="none" w:sz="0" w:space="0" w:color="auto"/>
        <w:right w:val="none" w:sz="0" w:space="0" w:color="auto"/>
      </w:divBdr>
    </w:div>
    <w:div w:id="1828129874">
      <w:bodyDiv w:val="1"/>
      <w:marLeft w:val="0"/>
      <w:marRight w:val="0"/>
      <w:marTop w:val="0"/>
      <w:marBottom w:val="0"/>
      <w:divBdr>
        <w:top w:val="none" w:sz="0" w:space="0" w:color="auto"/>
        <w:left w:val="none" w:sz="0" w:space="0" w:color="auto"/>
        <w:bottom w:val="none" w:sz="0" w:space="0" w:color="auto"/>
        <w:right w:val="none" w:sz="0" w:space="0" w:color="auto"/>
      </w:divBdr>
      <w:divsChild>
        <w:div w:id="547495617">
          <w:marLeft w:val="0"/>
          <w:marRight w:val="0"/>
          <w:marTop w:val="0"/>
          <w:marBottom w:val="0"/>
          <w:divBdr>
            <w:top w:val="none" w:sz="0" w:space="0" w:color="auto"/>
            <w:left w:val="none" w:sz="0" w:space="0" w:color="auto"/>
            <w:bottom w:val="none" w:sz="0" w:space="0" w:color="auto"/>
            <w:right w:val="none" w:sz="0" w:space="0" w:color="auto"/>
          </w:divBdr>
        </w:div>
        <w:div w:id="1610158147">
          <w:marLeft w:val="0"/>
          <w:marRight w:val="0"/>
          <w:marTop w:val="0"/>
          <w:marBottom w:val="0"/>
          <w:divBdr>
            <w:top w:val="none" w:sz="0" w:space="0" w:color="auto"/>
            <w:left w:val="none" w:sz="0" w:space="0" w:color="auto"/>
            <w:bottom w:val="none" w:sz="0" w:space="0" w:color="auto"/>
            <w:right w:val="none" w:sz="0" w:space="0" w:color="auto"/>
          </w:divBdr>
        </w:div>
      </w:divsChild>
    </w:div>
    <w:div w:id="1843163926">
      <w:bodyDiv w:val="1"/>
      <w:marLeft w:val="0"/>
      <w:marRight w:val="0"/>
      <w:marTop w:val="0"/>
      <w:marBottom w:val="0"/>
      <w:divBdr>
        <w:top w:val="none" w:sz="0" w:space="0" w:color="auto"/>
        <w:left w:val="none" w:sz="0" w:space="0" w:color="auto"/>
        <w:bottom w:val="none" w:sz="0" w:space="0" w:color="auto"/>
        <w:right w:val="none" w:sz="0" w:space="0" w:color="auto"/>
      </w:divBdr>
    </w:div>
    <w:div w:id="1846748181">
      <w:bodyDiv w:val="1"/>
      <w:marLeft w:val="0"/>
      <w:marRight w:val="0"/>
      <w:marTop w:val="0"/>
      <w:marBottom w:val="0"/>
      <w:divBdr>
        <w:top w:val="none" w:sz="0" w:space="0" w:color="auto"/>
        <w:left w:val="none" w:sz="0" w:space="0" w:color="auto"/>
        <w:bottom w:val="none" w:sz="0" w:space="0" w:color="auto"/>
        <w:right w:val="none" w:sz="0" w:space="0" w:color="auto"/>
      </w:divBdr>
    </w:div>
    <w:div w:id="1852185753">
      <w:bodyDiv w:val="1"/>
      <w:marLeft w:val="0"/>
      <w:marRight w:val="0"/>
      <w:marTop w:val="0"/>
      <w:marBottom w:val="0"/>
      <w:divBdr>
        <w:top w:val="none" w:sz="0" w:space="0" w:color="auto"/>
        <w:left w:val="none" w:sz="0" w:space="0" w:color="auto"/>
        <w:bottom w:val="none" w:sz="0" w:space="0" w:color="auto"/>
        <w:right w:val="none" w:sz="0" w:space="0" w:color="auto"/>
      </w:divBdr>
    </w:div>
    <w:div w:id="1860656007">
      <w:bodyDiv w:val="1"/>
      <w:marLeft w:val="0"/>
      <w:marRight w:val="0"/>
      <w:marTop w:val="0"/>
      <w:marBottom w:val="0"/>
      <w:divBdr>
        <w:top w:val="none" w:sz="0" w:space="0" w:color="auto"/>
        <w:left w:val="none" w:sz="0" w:space="0" w:color="auto"/>
        <w:bottom w:val="none" w:sz="0" w:space="0" w:color="auto"/>
        <w:right w:val="none" w:sz="0" w:space="0" w:color="auto"/>
      </w:divBdr>
    </w:div>
    <w:div w:id="1885672167">
      <w:bodyDiv w:val="1"/>
      <w:marLeft w:val="0"/>
      <w:marRight w:val="0"/>
      <w:marTop w:val="0"/>
      <w:marBottom w:val="0"/>
      <w:divBdr>
        <w:top w:val="none" w:sz="0" w:space="0" w:color="auto"/>
        <w:left w:val="none" w:sz="0" w:space="0" w:color="auto"/>
        <w:bottom w:val="none" w:sz="0" w:space="0" w:color="auto"/>
        <w:right w:val="none" w:sz="0" w:space="0" w:color="auto"/>
      </w:divBdr>
    </w:div>
    <w:div w:id="1885751695">
      <w:bodyDiv w:val="1"/>
      <w:marLeft w:val="0"/>
      <w:marRight w:val="0"/>
      <w:marTop w:val="0"/>
      <w:marBottom w:val="0"/>
      <w:divBdr>
        <w:top w:val="none" w:sz="0" w:space="0" w:color="auto"/>
        <w:left w:val="none" w:sz="0" w:space="0" w:color="auto"/>
        <w:bottom w:val="none" w:sz="0" w:space="0" w:color="auto"/>
        <w:right w:val="none" w:sz="0" w:space="0" w:color="auto"/>
      </w:divBdr>
    </w:div>
    <w:div w:id="1894350211">
      <w:bodyDiv w:val="1"/>
      <w:marLeft w:val="0"/>
      <w:marRight w:val="0"/>
      <w:marTop w:val="0"/>
      <w:marBottom w:val="0"/>
      <w:divBdr>
        <w:top w:val="none" w:sz="0" w:space="0" w:color="auto"/>
        <w:left w:val="none" w:sz="0" w:space="0" w:color="auto"/>
        <w:bottom w:val="none" w:sz="0" w:space="0" w:color="auto"/>
        <w:right w:val="none" w:sz="0" w:space="0" w:color="auto"/>
      </w:divBdr>
    </w:div>
    <w:div w:id="1905406449">
      <w:bodyDiv w:val="1"/>
      <w:marLeft w:val="0"/>
      <w:marRight w:val="0"/>
      <w:marTop w:val="0"/>
      <w:marBottom w:val="0"/>
      <w:divBdr>
        <w:top w:val="none" w:sz="0" w:space="0" w:color="auto"/>
        <w:left w:val="none" w:sz="0" w:space="0" w:color="auto"/>
        <w:bottom w:val="none" w:sz="0" w:space="0" w:color="auto"/>
        <w:right w:val="none" w:sz="0" w:space="0" w:color="auto"/>
      </w:divBdr>
    </w:div>
    <w:div w:id="1907372939">
      <w:bodyDiv w:val="1"/>
      <w:marLeft w:val="0"/>
      <w:marRight w:val="0"/>
      <w:marTop w:val="0"/>
      <w:marBottom w:val="0"/>
      <w:divBdr>
        <w:top w:val="none" w:sz="0" w:space="0" w:color="auto"/>
        <w:left w:val="none" w:sz="0" w:space="0" w:color="auto"/>
        <w:bottom w:val="none" w:sz="0" w:space="0" w:color="auto"/>
        <w:right w:val="none" w:sz="0" w:space="0" w:color="auto"/>
      </w:divBdr>
      <w:divsChild>
        <w:div w:id="224485876">
          <w:marLeft w:val="0"/>
          <w:marRight w:val="0"/>
          <w:marTop w:val="0"/>
          <w:marBottom w:val="0"/>
          <w:divBdr>
            <w:top w:val="none" w:sz="0" w:space="0" w:color="auto"/>
            <w:left w:val="none" w:sz="0" w:space="0" w:color="auto"/>
            <w:bottom w:val="none" w:sz="0" w:space="0" w:color="auto"/>
            <w:right w:val="none" w:sz="0" w:space="0" w:color="auto"/>
          </w:divBdr>
        </w:div>
        <w:div w:id="1850170391">
          <w:marLeft w:val="0"/>
          <w:marRight w:val="0"/>
          <w:marTop w:val="0"/>
          <w:marBottom w:val="0"/>
          <w:divBdr>
            <w:top w:val="none" w:sz="0" w:space="0" w:color="auto"/>
            <w:left w:val="none" w:sz="0" w:space="0" w:color="auto"/>
            <w:bottom w:val="none" w:sz="0" w:space="0" w:color="auto"/>
            <w:right w:val="none" w:sz="0" w:space="0" w:color="auto"/>
          </w:divBdr>
        </w:div>
      </w:divsChild>
    </w:div>
    <w:div w:id="1909489213">
      <w:bodyDiv w:val="1"/>
      <w:marLeft w:val="0"/>
      <w:marRight w:val="0"/>
      <w:marTop w:val="0"/>
      <w:marBottom w:val="0"/>
      <w:divBdr>
        <w:top w:val="none" w:sz="0" w:space="0" w:color="auto"/>
        <w:left w:val="none" w:sz="0" w:space="0" w:color="auto"/>
        <w:bottom w:val="none" w:sz="0" w:space="0" w:color="auto"/>
        <w:right w:val="none" w:sz="0" w:space="0" w:color="auto"/>
      </w:divBdr>
    </w:div>
    <w:div w:id="1926693927">
      <w:bodyDiv w:val="1"/>
      <w:marLeft w:val="0"/>
      <w:marRight w:val="0"/>
      <w:marTop w:val="0"/>
      <w:marBottom w:val="0"/>
      <w:divBdr>
        <w:top w:val="none" w:sz="0" w:space="0" w:color="auto"/>
        <w:left w:val="none" w:sz="0" w:space="0" w:color="auto"/>
        <w:bottom w:val="none" w:sz="0" w:space="0" w:color="auto"/>
        <w:right w:val="none" w:sz="0" w:space="0" w:color="auto"/>
      </w:divBdr>
    </w:div>
    <w:div w:id="1940211002">
      <w:bodyDiv w:val="1"/>
      <w:marLeft w:val="0"/>
      <w:marRight w:val="0"/>
      <w:marTop w:val="0"/>
      <w:marBottom w:val="0"/>
      <w:divBdr>
        <w:top w:val="none" w:sz="0" w:space="0" w:color="auto"/>
        <w:left w:val="none" w:sz="0" w:space="0" w:color="auto"/>
        <w:bottom w:val="none" w:sz="0" w:space="0" w:color="auto"/>
        <w:right w:val="none" w:sz="0" w:space="0" w:color="auto"/>
      </w:divBdr>
    </w:div>
    <w:div w:id="1961035916">
      <w:bodyDiv w:val="1"/>
      <w:marLeft w:val="0"/>
      <w:marRight w:val="0"/>
      <w:marTop w:val="0"/>
      <w:marBottom w:val="0"/>
      <w:divBdr>
        <w:top w:val="none" w:sz="0" w:space="0" w:color="auto"/>
        <w:left w:val="none" w:sz="0" w:space="0" w:color="auto"/>
        <w:bottom w:val="none" w:sz="0" w:space="0" w:color="auto"/>
        <w:right w:val="none" w:sz="0" w:space="0" w:color="auto"/>
      </w:divBdr>
      <w:divsChild>
        <w:div w:id="45766762">
          <w:marLeft w:val="0"/>
          <w:marRight w:val="0"/>
          <w:marTop w:val="0"/>
          <w:marBottom w:val="0"/>
          <w:divBdr>
            <w:top w:val="none" w:sz="0" w:space="0" w:color="auto"/>
            <w:left w:val="none" w:sz="0" w:space="0" w:color="auto"/>
            <w:bottom w:val="none" w:sz="0" w:space="0" w:color="auto"/>
            <w:right w:val="none" w:sz="0" w:space="0" w:color="auto"/>
          </w:divBdr>
        </w:div>
        <w:div w:id="2102333007">
          <w:marLeft w:val="0"/>
          <w:marRight w:val="0"/>
          <w:marTop w:val="0"/>
          <w:marBottom w:val="0"/>
          <w:divBdr>
            <w:top w:val="none" w:sz="0" w:space="0" w:color="auto"/>
            <w:left w:val="none" w:sz="0" w:space="0" w:color="auto"/>
            <w:bottom w:val="none" w:sz="0" w:space="0" w:color="auto"/>
            <w:right w:val="none" w:sz="0" w:space="0" w:color="auto"/>
          </w:divBdr>
        </w:div>
      </w:divsChild>
    </w:div>
    <w:div w:id="1966229636">
      <w:bodyDiv w:val="1"/>
      <w:marLeft w:val="0"/>
      <w:marRight w:val="0"/>
      <w:marTop w:val="0"/>
      <w:marBottom w:val="0"/>
      <w:divBdr>
        <w:top w:val="none" w:sz="0" w:space="0" w:color="auto"/>
        <w:left w:val="none" w:sz="0" w:space="0" w:color="auto"/>
        <w:bottom w:val="none" w:sz="0" w:space="0" w:color="auto"/>
        <w:right w:val="none" w:sz="0" w:space="0" w:color="auto"/>
      </w:divBdr>
    </w:div>
    <w:div w:id="1966932937">
      <w:bodyDiv w:val="1"/>
      <w:marLeft w:val="0"/>
      <w:marRight w:val="0"/>
      <w:marTop w:val="0"/>
      <w:marBottom w:val="0"/>
      <w:divBdr>
        <w:top w:val="none" w:sz="0" w:space="0" w:color="auto"/>
        <w:left w:val="none" w:sz="0" w:space="0" w:color="auto"/>
        <w:bottom w:val="none" w:sz="0" w:space="0" w:color="auto"/>
        <w:right w:val="none" w:sz="0" w:space="0" w:color="auto"/>
      </w:divBdr>
    </w:div>
    <w:div w:id="1968580342">
      <w:bodyDiv w:val="1"/>
      <w:marLeft w:val="0"/>
      <w:marRight w:val="0"/>
      <w:marTop w:val="0"/>
      <w:marBottom w:val="0"/>
      <w:divBdr>
        <w:top w:val="none" w:sz="0" w:space="0" w:color="auto"/>
        <w:left w:val="none" w:sz="0" w:space="0" w:color="auto"/>
        <w:bottom w:val="none" w:sz="0" w:space="0" w:color="auto"/>
        <w:right w:val="none" w:sz="0" w:space="0" w:color="auto"/>
      </w:divBdr>
      <w:divsChild>
        <w:div w:id="526525626">
          <w:marLeft w:val="0"/>
          <w:marRight w:val="0"/>
          <w:marTop w:val="0"/>
          <w:marBottom w:val="0"/>
          <w:divBdr>
            <w:top w:val="none" w:sz="0" w:space="0" w:color="auto"/>
            <w:left w:val="none" w:sz="0" w:space="0" w:color="auto"/>
            <w:bottom w:val="none" w:sz="0" w:space="0" w:color="auto"/>
            <w:right w:val="none" w:sz="0" w:space="0" w:color="auto"/>
          </w:divBdr>
        </w:div>
        <w:div w:id="98063913">
          <w:marLeft w:val="0"/>
          <w:marRight w:val="0"/>
          <w:marTop w:val="0"/>
          <w:marBottom w:val="0"/>
          <w:divBdr>
            <w:top w:val="none" w:sz="0" w:space="0" w:color="auto"/>
            <w:left w:val="none" w:sz="0" w:space="0" w:color="auto"/>
            <w:bottom w:val="none" w:sz="0" w:space="0" w:color="auto"/>
            <w:right w:val="none" w:sz="0" w:space="0" w:color="auto"/>
          </w:divBdr>
        </w:div>
      </w:divsChild>
    </w:div>
    <w:div w:id="1969238484">
      <w:bodyDiv w:val="1"/>
      <w:marLeft w:val="0"/>
      <w:marRight w:val="0"/>
      <w:marTop w:val="0"/>
      <w:marBottom w:val="0"/>
      <w:divBdr>
        <w:top w:val="none" w:sz="0" w:space="0" w:color="auto"/>
        <w:left w:val="none" w:sz="0" w:space="0" w:color="auto"/>
        <w:bottom w:val="none" w:sz="0" w:space="0" w:color="auto"/>
        <w:right w:val="none" w:sz="0" w:space="0" w:color="auto"/>
      </w:divBdr>
    </w:div>
    <w:div w:id="1972831579">
      <w:bodyDiv w:val="1"/>
      <w:marLeft w:val="0"/>
      <w:marRight w:val="0"/>
      <w:marTop w:val="0"/>
      <w:marBottom w:val="0"/>
      <w:divBdr>
        <w:top w:val="none" w:sz="0" w:space="0" w:color="auto"/>
        <w:left w:val="none" w:sz="0" w:space="0" w:color="auto"/>
        <w:bottom w:val="none" w:sz="0" w:space="0" w:color="auto"/>
        <w:right w:val="none" w:sz="0" w:space="0" w:color="auto"/>
      </w:divBdr>
    </w:div>
    <w:div w:id="1976254751">
      <w:bodyDiv w:val="1"/>
      <w:marLeft w:val="0"/>
      <w:marRight w:val="0"/>
      <w:marTop w:val="0"/>
      <w:marBottom w:val="0"/>
      <w:divBdr>
        <w:top w:val="none" w:sz="0" w:space="0" w:color="auto"/>
        <w:left w:val="none" w:sz="0" w:space="0" w:color="auto"/>
        <w:bottom w:val="none" w:sz="0" w:space="0" w:color="auto"/>
        <w:right w:val="none" w:sz="0" w:space="0" w:color="auto"/>
      </w:divBdr>
    </w:div>
    <w:div w:id="1983121267">
      <w:bodyDiv w:val="1"/>
      <w:marLeft w:val="0"/>
      <w:marRight w:val="0"/>
      <w:marTop w:val="0"/>
      <w:marBottom w:val="0"/>
      <w:divBdr>
        <w:top w:val="none" w:sz="0" w:space="0" w:color="auto"/>
        <w:left w:val="none" w:sz="0" w:space="0" w:color="auto"/>
        <w:bottom w:val="none" w:sz="0" w:space="0" w:color="auto"/>
        <w:right w:val="none" w:sz="0" w:space="0" w:color="auto"/>
      </w:divBdr>
      <w:divsChild>
        <w:div w:id="1431588072">
          <w:marLeft w:val="0"/>
          <w:marRight w:val="0"/>
          <w:marTop w:val="0"/>
          <w:marBottom w:val="0"/>
          <w:divBdr>
            <w:top w:val="none" w:sz="0" w:space="0" w:color="auto"/>
            <w:left w:val="none" w:sz="0" w:space="0" w:color="auto"/>
            <w:bottom w:val="none" w:sz="0" w:space="0" w:color="auto"/>
            <w:right w:val="none" w:sz="0" w:space="0" w:color="auto"/>
          </w:divBdr>
        </w:div>
        <w:div w:id="88278716">
          <w:marLeft w:val="0"/>
          <w:marRight w:val="0"/>
          <w:marTop w:val="0"/>
          <w:marBottom w:val="0"/>
          <w:divBdr>
            <w:top w:val="none" w:sz="0" w:space="0" w:color="auto"/>
            <w:left w:val="none" w:sz="0" w:space="0" w:color="auto"/>
            <w:bottom w:val="none" w:sz="0" w:space="0" w:color="auto"/>
            <w:right w:val="none" w:sz="0" w:space="0" w:color="auto"/>
          </w:divBdr>
        </w:div>
      </w:divsChild>
    </w:div>
    <w:div w:id="1992252190">
      <w:bodyDiv w:val="1"/>
      <w:marLeft w:val="0"/>
      <w:marRight w:val="0"/>
      <w:marTop w:val="0"/>
      <w:marBottom w:val="0"/>
      <w:divBdr>
        <w:top w:val="none" w:sz="0" w:space="0" w:color="auto"/>
        <w:left w:val="none" w:sz="0" w:space="0" w:color="auto"/>
        <w:bottom w:val="none" w:sz="0" w:space="0" w:color="auto"/>
        <w:right w:val="none" w:sz="0" w:space="0" w:color="auto"/>
      </w:divBdr>
    </w:div>
    <w:div w:id="1997801347">
      <w:bodyDiv w:val="1"/>
      <w:marLeft w:val="0"/>
      <w:marRight w:val="0"/>
      <w:marTop w:val="0"/>
      <w:marBottom w:val="0"/>
      <w:divBdr>
        <w:top w:val="none" w:sz="0" w:space="0" w:color="auto"/>
        <w:left w:val="none" w:sz="0" w:space="0" w:color="auto"/>
        <w:bottom w:val="none" w:sz="0" w:space="0" w:color="auto"/>
        <w:right w:val="none" w:sz="0" w:space="0" w:color="auto"/>
      </w:divBdr>
    </w:div>
    <w:div w:id="2009166792">
      <w:bodyDiv w:val="1"/>
      <w:marLeft w:val="0"/>
      <w:marRight w:val="0"/>
      <w:marTop w:val="0"/>
      <w:marBottom w:val="0"/>
      <w:divBdr>
        <w:top w:val="none" w:sz="0" w:space="0" w:color="auto"/>
        <w:left w:val="none" w:sz="0" w:space="0" w:color="auto"/>
        <w:bottom w:val="none" w:sz="0" w:space="0" w:color="auto"/>
        <w:right w:val="none" w:sz="0" w:space="0" w:color="auto"/>
      </w:divBdr>
    </w:div>
    <w:div w:id="2013020712">
      <w:bodyDiv w:val="1"/>
      <w:marLeft w:val="0"/>
      <w:marRight w:val="0"/>
      <w:marTop w:val="0"/>
      <w:marBottom w:val="0"/>
      <w:divBdr>
        <w:top w:val="none" w:sz="0" w:space="0" w:color="auto"/>
        <w:left w:val="none" w:sz="0" w:space="0" w:color="auto"/>
        <w:bottom w:val="none" w:sz="0" w:space="0" w:color="auto"/>
        <w:right w:val="none" w:sz="0" w:space="0" w:color="auto"/>
      </w:divBdr>
      <w:divsChild>
        <w:div w:id="968166573">
          <w:marLeft w:val="0"/>
          <w:marRight w:val="0"/>
          <w:marTop w:val="0"/>
          <w:marBottom w:val="0"/>
          <w:divBdr>
            <w:top w:val="none" w:sz="0" w:space="0" w:color="auto"/>
            <w:left w:val="none" w:sz="0" w:space="0" w:color="auto"/>
            <w:bottom w:val="none" w:sz="0" w:space="0" w:color="auto"/>
            <w:right w:val="none" w:sz="0" w:space="0" w:color="auto"/>
          </w:divBdr>
        </w:div>
        <w:div w:id="1525486026">
          <w:marLeft w:val="0"/>
          <w:marRight w:val="0"/>
          <w:marTop w:val="0"/>
          <w:marBottom w:val="0"/>
          <w:divBdr>
            <w:top w:val="none" w:sz="0" w:space="0" w:color="auto"/>
            <w:left w:val="none" w:sz="0" w:space="0" w:color="auto"/>
            <w:bottom w:val="none" w:sz="0" w:space="0" w:color="auto"/>
            <w:right w:val="none" w:sz="0" w:space="0" w:color="auto"/>
          </w:divBdr>
        </w:div>
      </w:divsChild>
    </w:div>
    <w:div w:id="2014189000">
      <w:bodyDiv w:val="1"/>
      <w:marLeft w:val="0"/>
      <w:marRight w:val="0"/>
      <w:marTop w:val="0"/>
      <w:marBottom w:val="0"/>
      <w:divBdr>
        <w:top w:val="none" w:sz="0" w:space="0" w:color="auto"/>
        <w:left w:val="none" w:sz="0" w:space="0" w:color="auto"/>
        <w:bottom w:val="none" w:sz="0" w:space="0" w:color="auto"/>
        <w:right w:val="none" w:sz="0" w:space="0" w:color="auto"/>
      </w:divBdr>
    </w:div>
    <w:div w:id="2014799959">
      <w:bodyDiv w:val="1"/>
      <w:marLeft w:val="0"/>
      <w:marRight w:val="0"/>
      <w:marTop w:val="0"/>
      <w:marBottom w:val="0"/>
      <w:divBdr>
        <w:top w:val="none" w:sz="0" w:space="0" w:color="auto"/>
        <w:left w:val="none" w:sz="0" w:space="0" w:color="auto"/>
        <w:bottom w:val="none" w:sz="0" w:space="0" w:color="auto"/>
        <w:right w:val="none" w:sz="0" w:space="0" w:color="auto"/>
      </w:divBdr>
    </w:div>
    <w:div w:id="2047020123">
      <w:bodyDiv w:val="1"/>
      <w:marLeft w:val="0"/>
      <w:marRight w:val="0"/>
      <w:marTop w:val="0"/>
      <w:marBottom w:val="0"/>
      <w:divBdr>
        <w:top w:val="none" w:sz="0" w:space="0" w:color="auto"/>
        <w:left w:val="none" w:sz="0" w:space="0" w:color="auto"/>
        <w:bottom w:val="none" w:sz="0" w:space="0" w:color="auto"/>
        <w:right w:val="none" w:sz="0" w:space="0" w:color="auto"/>
      </w:divBdr>
      <w:divsChild>
        <w:div w:id="2116629943">
          <w:marLeft w:val="0"/>
          <w:marRight w:val="0"/>
          <w:marTop w:val="0"/>
          <w:marBottom w:val="300"/>
          <w:divBdr>
            <w:top w:val="none" w:sz="0" w:space="0" w:color="auto"/>
            <w:left w:val="none" w:sz="0" w:space="0" w:color="auto"/>
            <w:bottom w:val="none" w:sz="0" w:space="0" w:color="auto"/>
            <w:right w:val="none" w:sz="0" w:space="0" w:color="auto"/>
          </w:divBdr>
        </w:div>
        <w:div w:id="1454982505">
          <w:marLeft w:val="255"/>
          <w:marRight w:val="0"/>
          <w:marTop w:val="75"/>
          <w:marBottom w:val="0"/>
          <w:divBdr>
            <w:top w:val="none" w:sz="0" w:space="0" w:color="auto"/>
            <w:left w:val="none" w:sz="0" w:space="0" w:color="auto"/>
            <w:bottom w:val="none" w:sz="0" w:space="0" w:color="auto"/>
            <w:right w:val="none" w:sz="0" w:space="0" w:color="auto"/>
          </w:divBdr>
          <w:divsChild>
            <w:div w:id="1178547254">
              <w:marLeft w:val="255"/>
              <w:marRight w:val="0"/>
              <w:marTop w:val="0"/>
              <w:marBottom w:val="0"/>
              <w:divBdr>
                <w:top w:val="none" w:sz="0" w:space="0" w:color="auto"/>
                <w:left w:val="none" w:sz="0" w:space="0" w:color="auto"/>
                <w:bottom w:val="none" w:sz="0" w:space="0" w:color="auto"/>
                <w:right w:val="none" w:sz="0" w:space="0" w:color="auto"/>
              </w:divBdr>
            </w:div>
            <w:div w:id="507913407">
              <w:marLeft w:val="255"/>
              <w:marRight w:val="0"/>
              <w:marTop w:val="0"/>
              <w:marBottom w:val="0"/>
              <w:divBdr>
                <w:top w:val="none" w:sz="0" w:space="0" w:color="auto"/>
                <w:left w:val="none" w:sz="0" w:space="0" w:color="auto"/>
                <w:bottom w:val="none" w:sz="0" w:space="0" w:color="auto"/>
                <w:right w:val="none" w:sz="0" w:space="0" w:color="auto"/>
              </w:divBdr>
            </w:div>
            <w:div w:id="1076785364">
              <w:marLeft w:val="255"/>
              <w:marRight w:val="0"/>
              <w:marTop w:val="0"/>
              <w:marBottom w:val="0"/>
              <w:divBdr>
                <w:top w:val="none" w:sz="0" w:space="0" w:color="auto"/>
                <w:left w:val="none" w:sz="0" w:space="0" w:color="auto"/>
                <w:bottom w:val="none" w:sz="0" w:space="0" w:color="auto"/>
                <w:right w:val="none" w:sz="0" w:space="0" w:color="auto"/>
              </w:divBdr>
            </w:div>
            <w:div w:id="455025409">
              <w:marLeft w:val="255"/>
              <w:marRight w:val="0"/>
              <w:marTop w:val="0"/>
              <w:marBottom w:val="0"/>
              <w:divBdr>
                <w:top w:val="none" w:sz="0" w:space="0" w:color="auto"/>
                <w:left w:val="none" w:sz="0" w:space="0" w:color="auto"/>
                <w:bottom w:val="none" w:sz="0" w:space="0" w:color="auto"/>
                <w:right w:val="none" w:sz="0" w:space="0" w:color="auto"/>
              </w:divBdr>
            </w:div>
            <w:div w:id="1962567368">
              <w:marLeft w:val="255"/>
              <w:marRight w:val="0"/>
              <w:marTop w:val="0"/>
              <w:marBottom w:val="0"/>
              <w:divBdr>
                <w:top w:val="none" w:sz="0" w:space="0" w:color="auto"/>
                <w:left w:val="none" w:sz="0" w:space="0" w:color="auto"/>
                <w:bottom w:val="none" w:sz="0" w:space="0" w:color="auto"/>
                <w:right w:val="none" w:sz="0" w:space="0" w:color="auto"/>
              </w:divBdr>
            </w:div>
            <w:div w:id="670528940">
              <w:marLeft w:val="255"/>
              <w:marRight w:val="0"/>
              <w:marTop w:val="0"/>
              <w:marBottom w:val="0"/>
              <w:divBdr>
                <w:top w:val="none" w:sz="0" w:space="0" w:color="auto"/>
                <w:left w:val="none" w:sz="0" w:space="0" w:color="auto"/>
                <w:bottom w:val="none" w:sz="0" w:space="0" w:color="auto"/>
                <w:right w:val="none" w:sz="0" w:space="0" w:color="auto"/>
              </w:divBdr>
            </w:div>
            <w:div w:id="1713382982">
              <w:marLeft w:val="255"/>
              <w:marRight w:val="0"/>
              <w:marTop w:val="0"/>
              <w:marBottom w:val="0"/>
              <w:divBdr>
                <w:top w:val="none" w:sz="0" w:space="0" w:color="auto"/>
                <w:left w:val="none" w:sz="0" w:space="0" w:color="auto"/>
                <w:bottom w:val="none" w:sz="0" w:space="0" w:color="auto"/>
                <w:right w:val="none" w:sz="0" w:space="0" w:color="auto"/>
              </w:divBdr>
            </w:div>
            <w:div w:id="1360205120">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2055496767">
      <w:bodyDiv w:val="1"/>
      <w:marLeft w:val="0"/>
      <w:marRight w:val="0"/>
      <w:marTop w:val="0"/>
      <w:marBottom w:val="0"/>
      <w:divBdr>
        <w:top w:val="none" w:sz="0" w:space="0" w:color="auto"/>
        <w:left w:val="none" w:sz="0" w:space="0" w:color="auto"/>
        <w:bottom w:val="none" w:sz="0" w:space="0" w:color="auto"/>
        <w:right w:val="none" w:sz="0" w:space="0" w:color="auto"/>
      </w:divBdr>
    </w:div>
    <w:div w:id="2062706737">
      <w:bodyDiv w:val="1"/>
      <w:marLeft w:val="0"/>
      <w:marRight w:val="0"/>
      <w:marTop w:val="0"/>
      <w:marBottom w:val="0"/>
      <w:divBdr>
        <w:top w:val="none" w:sz="0" w:space="0" w:color="auto"/>
        <w:left w:val="none" w:sz="0" w:space="0" w:color="auto"/>
        <w:bottom w:val="none" w:sz="0" w:space="0" w:color="auto"/>
        <w:right w:val="none" w:sz="0" w:space="0" w:color="auto"/>
      </w:divBdr>
    </w:div>
    <w:div w:id="2079088629">
      <w:bodyDiv w:val="1"/>
      <w:marLeft w:val="0"/>
      <w:marRight w:val="0"/>
      <w:marTop w:val="0"/>
      <w:marBottom w:val="0"/>
      <w:divBdr>
        <w:top w:val="none" w:sz="0" w:space="0" w:color="auto"/>
        <w:left w:val="none" w:sz="0" w:space="0" w:color="auto"/>
        <w:bottom w:val="none" w:sz="0" w:space="0" w:color="auto"/>
        <w:right w:val="none" w:sz="0" w:space="0" w:color="auto"/>
      </w:divBdr>
    </w:div>
    <w:div w:id="2089500477">
      <w:bodyDiv w:val="1"/>
      <w:marLeft w:val="0"/>
      <w:marRight w:val="0"/>
      <w:marTop w:val="0"/>
      <w:marBottom w:val="0"/>
      <w:divBdr>
        <w:top w:val="none" w:sz="0" w:space="0" w:color="auto"/>
        <w:left w:val="none" w:sz="0" w:space="0" w:color="auto"/>
        <w:bottom w:val="none" w:sz="0" w:space="0" w:color="auto"/>
        <w:right w:val="none" w:sz="0" w:space="0" w:color="auto"/>
      </w:divBdr>
    </w:div>
    <w:div w:id="2116629416">
      <w:bodyDiv w:val="1"/>
      <w:marLeft w:val="0"/>
      <w:marRight w:val="0"/>
      <w:marTop w:val="0"/>
      <w:marBottom w:val="0"/>
      <w:divBdr>
        <w:top w:val="none" w:sz="0" w:space="0" w:color="auto"/>
        <w:left w:val="none" w:sz="0" w:space="0" w:color="auto"/>
        <w:bottom w:val="none" w:sz="0" w:space="0" w:color="auto"/>
        <w:right w:val="none" w:sz="0" w:space="0" w:color="auto"/>
      </w:divBdr>
    </w:div>
    <w:div w:id="2135833008">
      <w:bodyDiv w:val="1"/>
      <w:marLeft w:val="0"/>
      <w:marRight w:val="0"/>
      <w:marTop w:val="0"/>
      <w:marBottom w:val="0"/>
      <w:divBdr>
        <w:top w:val="none" w:sz="0" w:space="0" w:color="auto"/>
        <w:left w:val="none" w:sz="0" w:space="0" w:color="auto"/>
        <w:bottom w:val="none" w:sz="0" w:space="0" w:color="auto"/>
        <w:right w:val="none" w:sz="0" w:space="0" w:color="auto"/>
      </w:divBdr>
    </w:div>
    <w:div w:id="2140104748">
      <w:bodyDiv w:val="1"/>
      <w:marLeft w:val="0"/>
      <w:marRight w:val="0"/>
      <w:marTop w:val="0"/>
      <w:marBottom w:val="0"/>
      <w:divBdr>
        <w:top w:val="none" w:sz="0" w:space="0" w:color="auto"/>
        <w:left w:val="none" w:sz="0" w:space="0" w:color="auto"/>
        <w:bottom w:val="none" w:sz="0" w:space="0" w:color="auto"/>
        <w:right w:val="none" w:sz="0" w:space="0" w:color="auto"/>
      </w:divBdr>
    </w:div>
    <w:div w:id="2142769677">
      <w:bodyDiv w:val="1"/>
      <w:marLeft w:val="0"/>
      <w:marRight w:val="0"/>
      <w:marTop w:val="0"/>
      <w:marBottom w:val="0"/>
      <w:divBdr>
        <w:top w:val="none" w:sz="0" w:space="0" w:color="auto"/>
        <w:left w:val="none" w:sz="0" w:space="0" w:color="auto"/>
        <w:bottom w:val="none" w:sz="0" w:space="0" w:color="auto"/>
        <w:right w:val="none" w:sz="0" w:space="0" w:color="auto"/>
      </w:divBdr>
    </w:div>
    <w:div w:id="21449553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95</Pages>
  <Words>29363</Words>
  <Characters>167371</Characters>
  <Application>Microsoft Office Word</Application>
  <DocSecurity>0</DocSecurity>
  <Lines>1394</Lines>
  <Paragraphs>392</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Školský poriadok Materskej školy, Stromová 3, Trenčín</vt:lpstr>
      <vt:lpstr/>
    </vt:vector>
  </TitlesOfParts>
  <Manager/>
  <Company/>
  <LinksUpToDate>false</LinksUpToDate>
  <CharactersWithSpaces>196342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Školský poriadok Materskej školy, Stromová 3, Trenčín</dc:title>
  <dc:subject>Upravené z aktuálneho súboru bez vkladania predchádzajúcich duplicít</dc:subject>
  <dc:creator>Materská škola, Stromová 3, Trenčín</dc:creator>
  <cp:keywords>školský poriadok; materská škola; desegregácia; ospravedlňovanie; prístupný dokument</cp:keywords>
  <dc:description>generated by python-docx</dc:description>
  <cp:lastModifiedBy>MŠ Stromová</cp:lastModifiedBy>
  <cp:revision>35</cp:revision>
  <cp:lastPrinted>2026-08-31T14:37:00Z</cp:lastPrinted>
  <dcterms:created xsi:type="dcterms:W3CDTF">2026-08-22T21:32:00Z</dcterms:created>
  <dcterms:modified xsi:type="dcterms:W3CDTF">2026-08-31T14:58:00Z</dcterms:modified>
  <cp:category/>
</cp:coreProperties>
</file>